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Strong"/>
          <w:rFonts w:ascii="Kinetic Letters" w:hAnsi="Kinetic Letters"/>
          <w:sz w:val="32"/>
        </w:rPr>
        <w:t>Supporting Document for Home Language Assessment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Fonts w:ascii="Kinetic Letters" w:hAnsi="Kinetic Letters"/>
          <w:sz w:val="32"/>
        </w:rPr>
        <w:t xml:space="preserve">This document provides materials in </w:t>
      </w:r>
      <w:r w:rsidRPr="00905C18">
        <w:rPr>
          <w:rStyle w:val="Strong"/>
          <w:rFonts w:ascii="Kinetic Letters" w:hAnsi="Kinetic Letters"/>
          <w:sz w:val="32"/>
        </w:rPr>
        <w:t>English, Urdu, German, Kurdish, Chinese, and Arabic</w:t>
      </w:r>
      <w:r w:rsidRPr="00905C18">
        <w:rPr>
          <w:rFonts w:ascii="Kinetic Letters" w:hAnsi="Kinetic Letters"/>
          <w:sz w:val="32"/>
        </w:rPr>
        <w:t xml:space="preserve"> to facilitate the </w:t>
      </w:r>
      <w:r w:rsidRPr="00905C18">
        <w:rPr>
          <w:rStyle w:val="Strong"/>
          <w:rFonts w:ascii="Kinetic Letters" w:hAnsi="Kinetic Letters"/>
          <w:sz w:val="32"/>
        </w:rPr>
        <w:t>Home Language Assessment</w:t>
      </w:r>
      <w:r w:rsidRPr="00905C18">
        <w:rPr>
          <w:rFonts w:ascii="Kinetic Letters" w:hAnsi="Kinetic Letters"/>
          <w:sz w:val="32"/>
        </w:rPr>
        <w:t xml:space="preserve"> as outlined in the primary assessment tool. Each section corresponds to the relevant tasks.</w:t>
      </w:r>
      <w:bookmarkStart w:id="0" w:name="_GoBack"/>
      <w:bookmarkEnd w:id="0"/>
    </w:p>
    <w:p w:rsidR="00905C18" w:rsidRPr="00905C18" w:rsidRDefault="00905C18" w:rsidP="00905C18">
      <w:pPr>
        <w:rPr>
          <w:rFonts w:ascii="Kinetic Letters" w:hAnsi="Kinetic Letters"/>
          <w:sz w:val="28"/>
        </w:rPr>
      </w:pPr>
      <w:r w:rsidRPr="00905C18">
        <w:rPr>
          <w:rFonts w:ascii="Kinetic Letters" w:hAnsi="Kinetic Letters"/>
          <w:sz w:val="28"/>
        </w:rPr>
        <w:pict>
          <v:rect id="_x0000_i1025" style="width:0;height:1.5pt" o:hralign="center" o:hrstd="t" o:hr="t" fillcolor="#a0a0a0" stroked="f"/>
        </w:pict>
      </w:r>
    </w:p>
    <w:p w:rsidR="00905C18" w:rsidRPr="00905C18" w:rsidRDefault="00905C18" w:rsidP="00905C18">
      <w:pPr>
        <w:pStyle w:val="Heading2"/>
        <w:rPr>
          <w:rFonts w:ascii="Kinetic Letters" w:hAnsi="Kinetic Letters"/>
          <w:sz w:val="32"/>
        </w:rPr>
      </w:pPr>
      <w:r w:rsidRPr="00905C18">
        <w:rPr>
          <w:rStyle w:val="Strong"/>
          <w:rFonts w:ascii="Kinetic Letters" w:hAnsi="Kinetic Letters"/>
          <w:b/>
          <w:bCs/>
          <w:sz w:val="32"/>
        </w:rPr>
        <w:t>1. Speaking Assessment</w:t>
      </w:r>
    </w:p>
    <w:p w:rsidR="00905C18" w:rsidRPr="00905C18" w:rsidRDefault="00905C18" w:rsidP="00905C18">
      <w:pPr>
        <w:pStyle w:val="Heading3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b/>
          <w:bCs/>
          <w:sz w:val="28"/>
        </w:rPr>
        <w:t>Task 1: Name and Describe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Emphasis"/>
          <w:rFonts w:ascii="Kinetic Letters" w:eastAsiaTheme="majorEastAsia" w:hAnsi="Kinetic Letters"/>
          <w:sz w:val="32"/>
        </w:rPr>
        <w:t>(Reference: Speaking Assessment - Task 1)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Fonts w:ascii="Kinetic Letters" w:hAnsi="Kinetic Letters"/>
          <w:sz w:val="32"/>
        </w:rPr>
        <w:t>Show the child images of common objects and ask them to name and describe them. Here are some sample prompts:</w:t>
      </w:r>
    </w:p>
    <w:p w:rsidR="00905C18" w:rsidRPr="00905C18" w:rsidRDefault="00905C18" w:rsidP="00905C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English:</w:t>
      </w:r>
      <w:r w:rsidRPr="00905C18">
        <w:rPr>
          <w:rFonts w:ascii="Kinetic Letters" w:hAnsi="Kinetic Letters"/>
          <w:sz w:val="28"/>
        </w:rPr>
        <w:t xml:space="preserve"> What is this? Can you tell me something about it?</w:t>
      </w:r>
    </w:p>
    <w:p w:rsidR="00905C18" w:rsidRPr="00905C18" w:rsidRDefault="00905C18" w:rsidP="00905C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Urdu: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یہ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کیا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ہے</w:t>
      </w:r>
      <w:proofErr w:type="spellEnd"/>
      <w:r w:rsidRPr="00905C18">
        <w:rPr>
          <w:rFonts w:ascii="Courier New" w:hAnsi="Courier New" w:cs="Courier New"/>
          <w:sz w:val="28"/>
        </w:rPr>
        <w:t>؟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کیا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آپ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اس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بارے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میں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کچھ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بتا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سکتے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ہیں</w:t>
      </w:r>
      <w:proofErr w:type="spellEnd"/>
      <w:r w:rsidRPr="00905C18">
        <w:rPr>
          <w:rFonts w:ascii="Courier New" w:hAnsi="Courier New" w:cs="Courier New"/>
          <w:sz w:val="28"/>
        </w:rPr>
        <w:t>؟</w:t>
      </w:r>
    </w:p>
    <w:p w:rsidR="00905C18" w:rsidRPr="00905C18" w:rsidRDefault="00905C18" w:rsidP="00905C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German:</w:t>
      </w:r>
      <w:r w:rsidRPr="00905C18">
        <w:rPr>
          <w:rFonts w:ascii="Kinetic Letters" w:hAnsi="Kinetic Letters"/>
          <w:sz w:val="28"/>
        </w:rPr>
        <w:t xml:space="preserve"> Was </w:t>
      </w:r>
      <w:proofErr w:type="spellStart"/>
      <w:r w:rsidRPr="00905C18">
        <w:rPr>
          <w:rFonts w:ascii="Kinetic Letters" w:hAnsi="Kinetic Letters"/>
          <w:sz w:val="28"/>
        </w:rPr>
        <w:t>ist</w:t>
      </w:r>
      <w:proofErr w:type="spellEnd"/>
      <w:r w:rsidRPr="00905C18">
        <w:rPr>
          <w:rFonts w:ascii="Kinetic Letters" w:hAnsi="Kinetic Letters"/>
          <w:sz w:val="28"/>
        </w:rPr>
        <w:t xml:space="preserve"> das? </w:t>
      </w:r>
      <w:proofErr w:type="spellStart"/>
      <w:r w:rsidRPr="00905C18">
        <w:rPr>
          <w:rFonts w:ascii="Kinetic Letters" w:hAnsi="Kinetic Letters"/>
          <w:sz w:val="28"/>
        </w:rPr>
        <w:t>Kannst</w:t>
      </w:r>
      <w:proofErr w:type="spellEnd"/>
      <w:r w:rsidRPr="00905C18">
        <w:rPr>
          <w:rFonts w:ascii="Kinetic Letters" w:hAnsi="Kinetic Letters"/>
          <w:sz w:val="28"/>
        </w:rPr>
        <w:t xml:space="preserve"> du </w:t>
      </w:r>
      <w:proofErr w:type="spellStart"/>
      <w:r w:rsidRPr="00905C18">
        <w:rPr>
          <w:rFonts w:ascii="Kinetic Letters" w:hAnsi="Kinetic Letters"/>
          <w:sz w:val="28"/>
        </w:rPr>
        <w:t>mir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etwas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dar</w:t>
      </w:r>
      <w:r w:rsidRPr="00905C18">
        <w:rPr>
          <w:rFonts w:ascii="Calibri" w:hAnsi="Calibri" w:cs="Calibri"/>
          <w:sz w:val="28"/>
        </w:rPr>
        <w:t>ü</w:t>
      </w:r>
      <w:r w:rsidRPr="00905C18">
        <w:rPr>
          <w:rFonts w:ascii="Kinetic Letters" w:hAnsi="Kinetic Letters"/>
          <w:sz w:val="28"/>
        </w:rPr>
        <w:t>ber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erz</w:t>
      </w:r>
      <w:r w:rsidRPr="00905C18">
        <w:rPr>
          <w:rFonts w:ascii="Calibri" w:hAnsi="Calibri" w:cs="Calibri"/>
          <w:sz w:val="28"/>
        </w:rPr>
        <w:t>ä</w:t>
      </w:r>
      <w:r w:rsidRPr="00905C18">
        <w:rPr>
          <w:rFonts w:ascii="Kinetic Letters" w:hAnsi="Kinetic Letters"/>
          <w:sz w:val="28"/>
        </w:rPr>
        <w:t>hlen</w:t>
      </w:r>
      <w:proofErr w:type="spellEnd"/>
      <w:r w:rsidRPr="00905C18">
        <w:rPr>
          <w:rFonts w:ascii="Kinetic Letters" w:hAnsi="Kinetic Letters"/>
          <w:sz w:val="28"/>
        </w:rPr>
        <w:t>?</w:t>
      </w:r>
    </w:p>
    <w:p w:rsidR="00905C18" w:rsidRPr="00905C18" w:rsidRDefault="00905C18" w:rsidP="00905C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Kurdish: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Ev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alibri" w:hAnsi="Calibri" w:cs="Calibri"/>
          <w:sz w:val="28"/>
        </w:rPr>
        <w:t>ç</w:t>
      </w:r>
      <w:r w:rsidRPr="00905C18">
        <w:rPr>
          <w:rFonts w:ascii="Kinetic Letters" w:hAnsi="Kinetic Letters"/>
          <w:sz w:val="28"/>
        </w:rPr>
        <w:t>i</w:t>
      </w:r>
      <w:proofErr w:type="spellEnd"/>
      <w:r w:rsidRPr="00905C18">
        <w:rPr>
          <w:rFonts w:ascii="Kinetic Letters" w:hAnsi="Kinetic Letters"/>
          <w:sz w:val="28"/>
        </w:rPr>
        <w:t xml:space="preserve"> ye? </w:t>
      </w:r>
      <w:proofErr w:type="spellStart"/>
      <w:r w:rsidRPr="00905C18">
        <w:rPr>
          <w:rFonts w:ascii="Kinetic Letters" w:hAnsi="Kinetic Letters"/>
          <w:sz w:val="28"/>
        </w:rPr>
        <w:t>Dikare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tu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ti</w:t>
      </w:r>
      <w:r w:rsidRPr="00905C18">
        <w:rPr>
          <w:rFonts w:ascii="Calibri" w:hAnsi="Calibri" w:cs="Calibri"/>
          <w:sz w:val="28"/>
        </w:rPr>
        <w:t>ş</w:t>
      </w:r>
      <w:r w:rsidRPr="00905C18">
        <w:rPr>
          <w:rFonts w:ascii="Kinetic Letters" w:hAnsi="Kinetic Letters"/>
          <w:sz w:val="28"/>
        </w:rPr>
        <w:t>t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l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bib</w:t>
      </w:r>
      <w:r w:rsidRPr="00905C18">
        <w:rPr>
          <w:rFonts w:ascii="Calibri" w:hAnsi="Calibri" w:cs="Calibri"/>
          <w:sz w:val="28"/>
        </w:rPr>
        <w:t>ê</w:t>
      </w:r>
      <w:r w:rsidRPr="00905C18">
        <w:rPr>
          <w:rFonts w:ascii="Kinetic Letters" w:hAnsi="Kinetic Letters"/>
          <w:sz w:val="28"/>
        </w:rPr>
        <w:t>je</w:t>
      </w:r>
      <w:proofErr w:type="spellEnd"/>
      <w:r w:rsidRPr="00905C18">
        <w:rPr>
          <w:rFonts w:ascii="Kinetic Letters" w:hAnsi="Kinetic Letters"/>
          <w:sz w:val="28"/>
        </w:rPr>
        <w:t>?</w:t>
      </w:r>
    </w:p>
    <w:p w:rsidR="00905C18" w:rsidRPr="00905C18" w:rsidRDefault="00905C18" w:rsidP="00905C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Chinese: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eastAsia="Microsoft JhengHei" w:hAnsi="Kinetic Letters" w:cs="Microsoft JhengHei"/>
          <w:sz w:val="28"/>
        </w:rPr>
        <w:t>这</w:t>
      </w:r>
      <w:r w:rsidRPr="00905C18">
        <w:rPr>
          <w:rFonts w:ascii="Kinetic Letters" w:eastAsia="Yu Gothic UI" w:hAnsi="Kinetic Letters" w:cs="Yu Gothic UI"/>
          <w:sz w:val="28"/>
        </w:rPr>
        <w:t>是什么？你能描述一下</w:t>
      </w:r>
      <w:r w:rsidRPr="00905C18">
        <w:rPr>
          <w:rFonts w:ascii="Kinetic Letters" w:eastAsia="Microsoft JhengHei" w:hAnsi="Kinetic Letters" w:cs="Microsoft JhengHei"/>
          <w:sz w:val="28"/>
        </w:rPr>
        <w:t>吗</w:t>
      </w:r>
      <w:proofErr w:type="spellEnd"/>
      <w:r w:rsidRPr="00905C18">
        <w:rPr>
          <w:rFonts w:ascii="Kinetic Letters" w:eastAsia="MS Gothic" w:hAnsi="Kinetic Letters" w:cs="MS Gothic"/>
          <w:sz w:val="28"/>
        </w:rPr>
        <w:t>？</w:t>
      </w:r>
    </w:p>
    <w:p w:rsidR="00905C18" w:rsidRPr="00905C18" w:rsidRDefault="00905C18" w:rsidP="00905C1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Arabic: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ما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هذا</w:t>
      </w:r>
      <w:proofErr w:type="spellEnd"/>
      <w:r w:rsidRPr="00905C18">
        <w:rPr>
          <w:rFonts w:ascii="Courier New" w:hAnsi="Courier New" w:cs="Courier New"/>
          <w:sz w:val="28"/>
        </w:rPr>
        <w:t>؟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هل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يمكنك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أن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تخبرني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بشيء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عنه</w:t>
      </w:r>
      <w:proofErr w:type="spellEnd"/>
      <w:r w:rsidRPr="00905C18">
        <w:rPr>
          <w:rFonts w:ascii="Courier New" w:hAnsi="Courier New" w:cs="Courier New"/>
          <w:sz w:val="28"/>
        </w:rPr>
        <w:t>؟</w:t>
      </w:r>
    </w:p>
    <w:p w:rsidR="00905C18" w:rsidRPr="00905C18" w:rsidRDefault="00905C18" w:rsidP="00905C18">
      <w:pPr>
        <w:pStyle w:val="Heading3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b/>
          <w:bCs/>
          <w:sz w:val="28"/>
        </w:rPr>
        <w:t>Task 2: Personal Questions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Emphasis"/>
          <w:rFonts w:ascii="Kinetic Letters" w:eastAsiaTheme="majorEastAsia" w:hAnsi="Kinetic Letters"/>
          <w:sz w:val="32"/>
        </w:rPr>
        <w:t>(Reference: Speaking Assessment - Task 2)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Fonts w:ascii="Kinetic Letters" w:hAnsi="Kinetic Letters"/>
          <w:sz w:val="32"/>
        </w:rPr>
        <w:t>Ask the child about their daily life, family, and interests. Sample questions:</w:t>
      </w:r>
    </w:p>
    <w:p w:rsidR="00905C18" w:rsidRPr="00905C18" w:rsidRDefault="00905C18" w:rsidP="00905C1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English:</w:t>
      </w:r>
      <w:r w:rsidRPr="00905C18">
        <w:rPr>
          <w:rFonts w:ascii="Kinetic Letters" w:hAnsi="Kinetic Letters"/>
          <w:sz w:val="28"/>
        </w:rPr>
        <w:t xml:space="preserve"> What do you like to do with your family?</w:t>
      </w:r>
    </w:p>
    <w:p w:rsidR="00905C18" w:rsidRPr="00905C18" w:rsidRDefault="00905C18" w:rsidP="00905C1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Urdu: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آپ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کو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اپنے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خاندان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ساتھ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کیا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کرنا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پسند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ہے</w:t>
      </w:r>
      <w:proofErr w:type="spellEnd"/>
      <w:r w:rsidRPr="00905C18">
        <w:rPr>
          <w:rFonts w:ascii="Courier New" w:hAnsi="Courier New" w:cs="Courier New"/>
          <w:sz w:val="28"/>
        </w:rPr>
        <w:t>؟</w:t>
      </w:r>
    </w:p>
    <w:p w:rsidR="00905C18" w:rsidRPr="00905C18" w:rsidRDefault="00905C18" w:rsidP="00905C1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German:</w:t>
      </w:r>
      <w:r w:rsidRPr="00905C18">
        <w:rPr>
          <w:rFonts w:ascii="Kinetic Letters" w:hAnsi="Kinetic Letters"/>
          <w:sz w:val="28"/>
        </w:rPr>
        <w:t xml:space="preserve"> Was </w:t>
      </w:r>
      <w:proofErr w:type="spellStart"/>
      <w:r w:rsidRPr="00905C18">
        <w:rPr>
          <w:rFonts w:ascii="Kinetic Letters" w:hAnsi="Kinetic Letters"/>
          <w:sz w:val="28"/>
        </w:rPr>
        <w:t>machst</w:t>
      </w:r>
      <w:proofErr w:type="spellEnd"/>
      <w:r w:rsidRPr="00905C18">
        <w:rPr>
          <w:rFonts w:ascii="Kinetic Letters" w:hAnsi="Kinetic Letters"/>
          <w:sz w:val="28"/>
        </w:rPr>
        <w:t xml:space="preserve"> du </w:t>
      </w:r>
      <w:proofErr w:type="spellStart"/>
      <w:r w:rsidRPr="00905C18">
        <w:rPr>
          <w:rFonts w:ascii="Kinetic Letters" w:hAnsi="Kinetic Letters"/>
          <w:sz w:val="28"/>
        </w:rPr>
        <w:t>gerne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mit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deiner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Familie</w:t>
      </w:r>
      <w:proofErr w:type="spellEnd"/>
      <w:r w:rsidRPr="00905C18">
        <w:rPr>
          <w:rFonts w:ascii="Kinetic Letters" w:hAnsi="Kinetic Letters"/>
          <w:sz w:val="28"/>
        </w:rPr>
        <w:t>?</w:t>
      </w:r>
    </w:p>
    <w:p w:rsidR="00905C18" w:rsidRPr="00905C18" w:rsidRDefault="00905C18" w:rsidP="00905C1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Kurdish: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Tu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alibri" w:hAnsi="Calibri" w:cs="Calibri"/>
          <w:sz w:val="28"/>
        </w:rPr>
        <w:t>ç</w:t>
      </w:r>
      <w:r w:rsidRPr="00905C18">
        <w:rPr>
          <w:rFonts w:ascii="Kinetic Letters" w:hAnsi="Kinetic Letters"/>
          <w:sz w:val="28"/>
        </w:rPr>
        <w:t>i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dik</w:t>
      </w:r>
      <w:r w:rsidRPr="00905C18">
        <w:rPr>
          <w:rFonts w:ascii="Calibri" w:hAnsi="Calibri" w:cs="Calibri"/>
          <w:sz w:val="28"/>
        </w:rPr>
        <w:t>î</w:t>
      </w:r>
      <w:proofErr w:type="spellEnd"/>
      <w:r w:rsidRPr="00905C18">
        <w:rPr>
          <w:rFonts w:ascii="Kinetic Letters" w:hAnsi="Kinetic Letters"/>
          <w:sz w:val="28"/>
        </w:rPr>
        <w:t xml:space="preserve"> bi </w:t>
      </w:r>
      <w:proofErr w:type="spellStart"/>
      <w:r w:rsidRPr="00905C18">
        <w:rPr>
          <w:rFonts w:ascii="Kinetic Letters" w:hAnsi="Kinetic Letters"/>
          <w:sz w:val="28"/>
        </w:rPr>
        <w:t>malbat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xwe</w:t>
      </w:r>
      <w:proofErr w:type="spellEnd"/>
      <w:r w:rsidRPr="00905C18">
        <w:rPr>
          <w:rFonts w:ascii="Kinetic Letters" w:hAnsi="Kinetic Letters"/>
          <w:sz w:val="28"/>
        </w:rPr>
        <w:t xml:space="preserve"> re </w:t>
      </w:r>
      <w:proofErr w:type="spellStart"/>
      <w:r w:rsidRPr="00905C18">
        <w:rPr>
          <w:rFonts w:ascii="Kinetic Letters" w:hAnsi="Kinetic Letters"/>
          <w:sz w:val="28"/>
        </w:rPr>
        <w:t>bik</w:t>
      </w:r>
      <w:r w:rsidRPr="00905C18">
        <w:rPr>
          <w:rFonts w:ascii="Calibri" w:hAnsi="Calibri" w:cs="Calibri"/>
          <w:sz w:val="28"/>
        </w:rPr>
        <w:t>î</w:t>
      </w:r>
      <w:proofErr w:type="spellEnd"/>
      <w:r w:rsidRPr="00905C18">
        <w:rPr>
          <w:rFonts w:ascii="Kinetic Letters" w:hAnsi="Kinetic Letters"/>
          <w:sz w:val="28"/>
        </w:rPr>
        <w:t>?</w:t>
      </w:r>
    </w:p>
    <w:p w:rsidR="00905C18" w:rsidRPr="00905C18" w:rsidRDefault="00905C18" w:rsidP="00905C1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lastRenderedPageBreak/>
        <w:t>Chinese: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你喜</w:t>
      </w:r>
      <w:r w:rsidRPr="00905C18">
        <w:rPr>
          <w:rFonts w:ascii="Kinetic Letters" w:eastAsia="Microsoft JhengHei" w:hAnsi="Kinetic Letters" w:cs="Microsoft JhengHei"/>
          <w:sz w:val="28"/>
        </w:rPr>
        <w:t>欢</w:t>
      </w:r>
      <w:r w:rsidRPr="00905C18">
        <w:rPr>
          <w:rFonts w:ascii="Kinetic Letters" w:eastAsia="Yu Gothic UI" w:hAnsi="Kinetic Letters" w:cs="Yu Gothic UI"/>
          <w:sz w:val="28"/>
        </w:rPr>
        <w:t>和家人做什么</w:t>
      </w:r>
      <w:proofErr w:type="spellEnd"/>
      <w:r w:rsidRPr="00905C18">
        <w:rPr>
          <w:rFonts w:ascii="Kinetic Letters" w:eastAsia="MS Gothic" w:hAnsi="Kinetic Letters" w:cs="MS Gothic"/>
          <w:sz w:val="28"/>
        </w:rPr>
        <w:t>？</w:t>
      </w:r>
    </w:p>
    <w:p w:rsidR="00905C18" w:rsidRPr="00905C18" w:rsidRDefault="00905C18" w:rsidP="00905C1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Arabic: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ماذا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تحب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أن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تفعل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مع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عائلتك</w:t>
      </w:r>
      <w:proofErr w:type="spellEnd"/>
      <w:r w:rsidRPr="00905C18">
        <w:rPr>
          <w:rFonts w:ascii="Courier New" w:hAnsi="Courier New" w:cs="Courier New"/>
          <w:sz w:val="28"/>
        </w:rPr>
        <w:t>؟</w:t>
      </w:r>
    </w:p>
    <w:p w:rsidR="00905C18" w:rsidRPr="00905C18" w:rsidRDefault="00905C18" w:rsidP="00905C18">
      <w:pPr>
        <w:spacing w:after="0"/>
        <w:rPr>
          <w:rFonts w:ascii="Kinetic Letters" w:hAnsi="Kinetic Letters"/>
          <w:sz w:val="28"/>
        </w:rPr>
      </w:pPr>
      <w:r w:rsidRPr="00905C18">
        <w:rPr>
          <w:rFonts w:ascii="Kinetic Letters" w:hAnsi="Kinetic Letters"/>
          <w:sz w:val="28"/>
        </w:rPr>
        <w:pict>
          <v:rect id="_x0000_i1026" style="width:0;height:1.5pt" o:hralign="center" o:hrstd="t" o:hr="t" fillcolor="#a0a0a0" stroked="f"/>
        </w:pict>
      </w:r>
    </w:p>
    <w:p w:rsidR="00905C18" w:rsidRPr="00905C18" w:rsidRDefault="00905C18" w:rsidP="00905C18">
      <w:pPr>
        <w:pStyle w:val="Heading2"/>
        <w:rPr>
          <w:rFonts w:ascii="Kinetic Letters" w:hAnsi="Kinetic Letters"/>
          <w:sz w:val="32"/>
        </w:rPr>
      </w:pPr>
      <w:r w:rsidRPr="00905C18">
        <w:rPr>
          <w:rStyle w:val="Strong"/>
          <w:rFonts w:ascii="Kinetic Letters" w:hAnsi="Kinetic Letters"/>
          <w:b/>
          <w:bCs/>
          <w:sz w:val="32"/>
        </w:rPr>
        <w:t>2. Listening Assessment</w:t>
      </w:r>
    </w:p>
    <w:p w:rsidR="00905C18" w:rsidRPr="00905C18" w:rsidRDefault="00905C18" w:rsidP="00905C18">
      <w:pPr>
        <w:pStyle w:val="Heading3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b/>
          <w:bCs/>
          <w:sz w:val="28"/>
        </w:rPr>
        <w:t>Task 1: Following Instructions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Emphasis"/>
          <w:rFonts w:ascii="Kinetic Letters" w:eastAsiaTheme="majorEastAsia" w:hAnsi="Kinetic Letters"/>
          <w:sz w:val="32"/>
        </w:rPr>
        <w:t>(Reference: Listening Assessment - Task 1)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Fonts w:ascii="Kinetic Letters" w:hAnsi="Kinetic Letters"/>
          <w:sz w:val="32"/>
        </w:rPr>
        <w:t>Give simple instructions and observe how well the child follows them.</w:t>
      </w:r>
    </w:p>
    <w:p w:rsidR="00905C18" w:rsidRPr="00905C18" w:rsidRDefault="00905C18" w:rsidP="00905C1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English:</w:t>
      </w:r>
      <w:r w:rsidRPr="00905C18">
        <w:rPr>
          <w:rFonts w:ascii="Kinetic Letters" w:hAnsi="Kinetic Letters"/>
          <w:sz w:val="28"/>
        </w:rPr>
        <w:t xml:space="preserve"> Point to the red ball.</w:t>
      </w:r>
    </w:p>
    <w:p w:rsidR="00905C18" w:rsidRPr="00905C18" w:rsidRDefault="00905C18" w:rsidP="00905C1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Urdu: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سرخ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گیند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کی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طرف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اشارہ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کریں</w:t>
      </w:r>
      <w:proofErr w:type="spellEnd"/>
      <w:r w:rsidRPr="00905C18">
        <w:rPr>
          <w:rFonts w:ascii="Courier New" w:hAnsi="Courier New" w:cs="Courier New"/>
          <w:sz w:val="28"/>
        </w:rPr>
        <w:t>۔</w:t>
      </w:r>
    </w:p>
    <w:p w:rsidR="00905C18" w:rsidRPr="00905C18" w:rsidRDefault="00905C18" w:rsidP="00905C1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German: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Zeige</w:t>
      </w:r>
      <w:proofErr w:type="spellEnd"/>
      <w:r w:rsidRPr="00905C18">
        <w:rPr>
          <w:rFonts w:ascii="Kinetic Letters" w:hAnsi="Kinetic Letters"/>
          <w:sz w:val="28"/>
        </w:rPr>
        <w:t xml:space="preserve"> auf den </w:t>
      </w:r>
      <w:proofErr w:type="spellStart"/>
      <w:r w:rsidRPr="00905C18">
        <w:rPr>
          <w:rFonts w:ascii="Kinetic Letters" w:hAnsi="Kinetic Letters"/>
          <w:sz w:val="28"/>
        </w:rPr>
        <w:t>roten</w:t>
      </w:r>
      <w:proofErr w:type="spellEnd"/>
      <w:r w:rsidRPr="00905C18">
        <w:rPr>
          <w:rFonts w:ascii="Kinetic Letters" w:hAnsi="Kinetic Letters"/>
          <w:sz w:val="28"/>
        </w:rPr>
        <w:t xml:space="preserve"> Ball.</w:t>
      </w:r>
    </w:p>
    <w:p w:rsidR="00905C18" w:rsidRPr="00905C18" w:rsidRDefault="00905C18" w:rsidP="00905C1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Kurdish:</w:t>
      </w:r>
      <w:r w:rsidRPr="00905C18">
        <w:rPr>
          <w:rFonts w:ascii="Kinetic Letters" w:hAnsi="Kinetic Letters"/>
          <w:sz w:val="28"/>
        </w:rPr>
        <w:t xml:space="preserve"> Bi </w:t>
      </w:r>
      <w:proofErr w:type="spellStart"/>
      <w:r w:rsidRPr="00905C18">
        <w:rPr>
          <w:rFonts w:ascii="Kinetic Letters" w:hAnsi="Kinetic Letters"/>
          <w:sz w:val="28"/>
        </w:rPr>
        <w:t>dest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xwe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ball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soran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n</w:t>
      </w:r>
      <w:r w:rsidRPr="00905C18">
        <w:rPr>
          <w:rFonts w:ascii="Calibri" w:hAnsi="Calibri" w:cs="Calibri"/>
          <w:sz w:val="28"/>
        </w:rPr>
        <w:t>îş</w:t>
      </w:r>
      <w:r w:rsidRPr="00905C18">
        <w:rPr>
          <w:rFonts w:ascii="Kinetic Letters" w:hAnsi="Kinetic Letters"/>
          <w:sz w:val="28"/>
        </w:rPr>
        <w:t>an</w:t>
      </w:r>
      <w:proofErr w:type="spellEnd"/>
      <w:r w:rsidRPr="00905C18">
        <w:rPr>
          <w:rFonts w:ascii="Kinetic Letters" w:hAnsi="Kinetic Letters"/>
          <w:sz w:val="28"/>
        </w:rPr>
        <w:t xml:space="preserve"> bide.</w:t>
      </w:r>
    </w:p>
    <w:p w:rsidR="00905C18" w:rsidRPr="00905C18" w:rsidRDefault="00905C18" w:rsidP="00905C1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Chinese: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指向</w:t>
      </w:r>
      <w:r w:rsidRPr="00905C18">
        <w:rPr>
          <w:rFonts w:ascii="Kinetic Letters" w:eastAsia="Microsoft JhengHei" w:hAnsi="Kinetic Letters" w:cs="Microsoft JhengHei"/>
          <w:sz w:val="28"/>
        </w:rPr>
        <w:t>红</w:t>
      </w:r>
      <w:r w:rsidRPr="00905C18">
        <w:rPr>
          <w:rFonts w:ascii="Kinetic Letters" w:eastAsia="Yu Gothic UI" w:hAnsi="Kinetic Letters" w:cs="Yu Gothic UI"/>
          <w:sz w:val="28"/>
        </w:rPr>
        <w:t>色的球</w:t>
      </w:r>
      <w:proofErr w:type="spellEnd"/>
      <w:r w:rsidRPr="00905C18">
        <w:rPr>
          <w:rFonts w:ascii="Kinetic Letters" w:eastAsia="MS Gothic" w:hAnsi="Kinetic Letters" w:cs="MS Gothic"/>
          <w:sz w:val="28"/>
        </w:rPr>
        <w:t>。</w:t>
      </w:r>
    </w:p>
    <w:p w:rsidR="00905C18" w:rsidRPr="00905C18" w:rsidRDefault="00905C18" w:rsidP="00905C1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Arabic: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أشر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إلى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الكرة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الحمراء</w:t>
      </w:r>
      <w:proofErr w:type="spellEnd"/>
      <w:r w:rsidRPr="00905C18">
        <w:rPr>
          <w:rFonts w:ascii="Kinetic Letters" w:hAnsi="Kinetic Letters"/>
          <w:sz w:val="28"/>
        </w:rPr>
        <w:t>.</w:t>
      </w:r>
    </w:p>
    <w:p w:rsidR="00905C18" w:rsidRPr="00905C18" w:rsidRDefault="00905C18" w:rsidP="00905C18">
      <w:pPr>
        <w:pStyle w:val="Heading3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b/>
          <w:bCs/>
          <w:sz w:val="28"/>
        </w:rPr>
        <w:t>Task 2: Story Comprehension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Emphasis"/>
          <w:rFonts w:ascii="Kinetic Letters" w:eastAsiaTheme="majorEastAsia" w:hAnsi="Kinetic Letters"/>
          <w:sz w:val="32"/>
        </w:rPr>
        <w:t>(Reference: Listening Assessment - Task 2)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Fonts w:ascii="Kinetic Letters" w:hAnsi="Kinetic Letters"/>
          <w:sz w:val="32"/>
        </w:rPr>
        <w:t>Read the following short story in the child’s home language and ask questions.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Strong"/>
          <w:rFonts w:ascii="Kinetic Letters" w:hAnsi="Kinetic Letters"/>
          <w:sz w:val="32"/>
        </w:rPr>
        <w:t>Story:</w:t>
      </w:r>
      <w:r w:rsidRPr="00905C18">
        <w:rPr>
          <w:rFonts w:ascii="Kinetic Letters" w:hAnsi="Kinetic Letters"/>
          <w:sz w:val="32"/>
        </w:rPr>
        <w:t xml:space="preserve"> </w:t>
      </w:r>
      <w:r w:rsidRPr="00905C18">
        <w:rPr>
          <w:rStyle w:val="Emphasis"/>
          <w:rFonts w:ascii="Kinetic Letters" w:eastAsiaTheme="majorEastAsia" w:hAnsi="Kinetic Letters"/>
          <w:sz w:val="32"/>
        </w:rPr>
        <w:t>The Lost Kitten</w:t>
      </w:r>
    </w:p>
    <w:p w:rsidR="00905C18" w:rsidRPr="00905C18" w:rsidRDefault="00905C18" w:rsidP="00905C1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English:</w:t>
      </w:r>
      <w:r w:rsidRPr="00905C18">
        <w:rPr>
          <w:rFonts w:ascii="Kinetic Letters" w:hAnsi="Kinetic Letters"/>
          <w:sz w:val="28"/>
        </w:rPr>
        <w:t xml:space="preserve"> One day, a little girl found a lost kitten in her garden. It was cold and hungry. She took it home and gave it milk. The kitten purred happily.</w:t>
      </w:r>
    </w:p>
    <w:p w:rsidR="00905C18" w:rsidRPr="00905C18" w:rsidRDefault="00905C18" w:rsidP="00905C1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Urdu: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ایک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دن</w:t>
      </w:r>
      <w:proofErr w:type="spellEnd"/>
      <w:r w:rsidRPr="00905C18">
        <w:rPr>
          <w:rFonts w:ascii="Courier New" w:hAnsi="Courier New" w:cs="Courier New"/>
          <w:sz w:val="28"/>
        </w:rPr>
        <w:t>،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ایک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چھوٹی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لڑکی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نے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اپنے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باغ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میں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ایک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کھویا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ہوا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بلی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بچہ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پایا</w:t>
      </w:r>
      <w:proofErr w:type="spellEnd"/>
      <w:r w:rsidRPr="00905C18">
        <w:rPr>
          <w:rFonts w:ascii="Courier New" w:hAnsi="Courier New" w:cs="Courier New"/>
          <w:sz w:val="28"/>
        </w:rPr>
        <w:t>۔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یہ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ٹھنڈا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اور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بھوکا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تھا</w:t>
      </w:r>
      <w:proofErr w:type="spellEnd"/>
      <w:r w:rsidRPr="00905C18">
        <w:rPr>
          <w:rFonts w:ascii="Courier New" w:hAnsi="Courier New" w:cs="Courier New"/>
          <w:sz w:val="28"/>
        </w:rPr>
        <w:t>۔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اس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نے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اسے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گھر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لے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جا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کر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دودھ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دیا</w:t>
      </w:r>
      <w:proofErr w:type="spellEnd"/>
      <w:r w:rsidRPr="00905C18">
        <w:rPr>
          <w:rFonts w:ascii="Courier New" w:hAnsi="Courier New" w:cs="Courier New"/>
          <w:sz w:val="28"/>
        </w:rPr>
        <w:t>۔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بلی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بچہ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خوشی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سے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گنگنانے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لگا</w:t>
      </w:r>
      <w:proofErr w:type="spellEnd"/>
      <w:r w:rsidRPr="00905C18">
        <w:rPr>
          <w:rFonts w:ascii="Courier New" w:hAnsi="Courier New" w:cs="Courier New"/>
          <w:sz w:val="28"/>
        </w:rPr>
        <w:t>۔</w:t>
      </w:r>
    </w:p>
    <w:p w:rsidR="00905C18" w:rsidRPr="00905C18" w:rsidRDefault="00905C18" w:rsidP="00905C1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German: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Eines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Tages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fand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ein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kleines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M</w:t>
      </w:r>
      <w:r w:rsidRPr="00905C18">
        <w:rPr>
          <w:rFonts w:ascii="Calibri" w:hAnsi="Calibri" w:cs="Calibri"/>
          <w:sz w:val="28"/>
        </w:rPr>
        <w:t>ä</w:t>
      </w:r>
      <w:r w:rsidRPr="00905C18">
        <w:rPr>
          <w:rFonts w:ascii="Kinetic Letters" w:hAnsi="Kinetic Letters"/>
          <w:sz w:val="28"/>
        </w:rPr>
        <w:t>dchen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ein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verlorenes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K</w:t>
      </w:r>
      <w:r w:rsidRPr="00905C18">
        <w:rPr>
          <w:rFonts w:ascii="Calibri" w:hAnsi="Calibri" w:cs="Calibri"/>
          <w:sz w:val="28"/>
        </w:rPr>
        <w:t>ä</w:t>
      </w:r>
      <w:r w:rsidRPr="00905C18">
        <w:rPr>
          <w:rFonts w:ascii="Kinetic Letters" w:hAnsi="Kinetic Letters"/>
          <w:sz w:val="28"/>
        </w:rPr>
        <w:t>tzchen</w:t>
      </w:r>
      <w:proofErr w:type="spellEnd"/>
      <w:r w:rsidRPr="00905C18">
        <w:rPr>
          <w:rFonts w:ascii="Kinetic Letters" w:hAnsi="Kinetic Letters"/>
          <w:sz w:val="28"/>
        </w:rPr>
        <w:t xml:space="preserve"> in </w:t>
      </w:r>
      <w:proofErr w:type="spellStart"/>
      <w:r w:rsidRPr="00905C18">
        <w:rPr>
          <w:rFonts w:ascii="Kinetic Letters" w:hAnsi="Kinetic Letters"/>
          <w:sz w:val="28"/>
        </w:rPr>
        <w:t>ihrem</w:t>
      </w:r>
      <w:proofErr w:type="spellEnd"/>
      <w:r w:rsidRPr="00905C18">
        <w:rPr>
          <w:rFonts w:ascii="Kinetic Letters" w:hAnsi="Kinetic Letters"/>
          <w:sz w:val="28"/>
        </w:rPr>
        <w:t xml:space="preserve"> Garten. </w:t>
      </w:r>
      <w:proofErr w:type="spellStart"/>
      <w:r w:rsidRPr="00905C18">
        <w:rPr>
          <w:rFonts w:ascii="Kinetic Letters" w:hAnsi="Kinetic Letters"/>
          <w:sz w:val="28"/>
        </w:rPr>
        <w:t>Es</w:t>
      </w:r>
      <w:proofErr w:type="spellEnd"/>
      <w:r w:rsidRPr="00905C18">
        <w:rPr>
          <w:rFonts w:ascii="Kinetic Letters" w:hAnsi="Kinetic Letters"/>
          <w:sz w:val="28"/>
        </w:rPr>
        <w:t xml:space="preserve"> war </w:t>
      </w:r>
      <w:proofErr w:type="spellStart"/>
      <w:r w:rsidRPr="00905C18">
        <w:rPr>
          <w:rFonts w:ascii="Kinetic Letters" w:hAnsi="Kinetic Letters"/>
          <w:sz w:val="28"/>
        </w:rPr>
        <w:t>kalt</w:t>
      </w:r>
      <w:proofErr w:type="spellEnd"/>
      <w:r w:rsidRPr="00905C18">
        <w:rPr>
          <w:rFonts w:ascii="Kinetic Letters" w:hAnsi="Kinetic Letters"/>
          <w:sz w:val="28"/>
        </w:rPr>
        <w:t xml:space="preserve"> und </w:t>
      </w:r>
      <w:proofErr w:type="spellStart"/>
      <w:r w:rsidRPr="00905C18">
        <w:rPr>
          <w:rFonts w:ascii="Kinetic Letters" w:hAnsi="Kinetic Letters"/>
          <w:sz w:val="28"/>
        </w:rPr>
        <w:t>hungrig</w:t>
      </w:r>
      <w:proofErr w:type="spellEnd"/>
      <w:r w:rsidRPr="00905C18">
        <w:rPr>
          <w:rFonts w:ascii="Kinetic Letters" w:hAnsi="Kinetic Letters"/>
          <w:sz w:val="28"/>
        </w:rPr>
        <w:t xml:space="preserve">. </w:t>
      </w:r>
      <w:proofErr w:type="spellStart"/>
      <w:r w:rsidRPr="00905C18">
        <w:rPr>
          <w:rFonts w:ascii="Kinetic Letters" w:hAnsi="Kinetic Letters"/>
          <w:sz w:val="28"/>
        </w:rPr>
        <w:t>Sie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brachte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es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nach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Hause</w:t>
      </w:r>
      <w:proofErr w:type="spellEnd"/>
      <w:r w:rsidRPr="00905C18">
        <w:rPr>
          <w:rFonts w:ascii="Kinetic Letters" w:hAnsi="Kinetic Letters"/>
          <w:sz w:val="28"/>
        </w:rPr>
        <w:t xml:space="preserve"> und gab </w:t>
      </w:r>
      <w:proofErr w:type="spellStart"/>
      <w:r w:rsidRPr="00905C18">
        <w:rPr>
          <w:rFonts w:ascii="Kinetic Letters" w:hAnsi="Kinetic Letters"/>
          <w:sz w:val="28"/>
        </w:rPr>
        <w:t>ihm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Milch</w:t>
      </w:r>
      <w:proofErr w:type="spellEnd"/>
      <w:r w:rsidRPr="00905C18">
        <w:rPr>
          <w:rFonts w:ascii="Kinetic Letters" w:hAnsi="Kinetic Letters"/>
          <w:sz w:val="28"/>
        </w:rPr>
        <w:t xml:space="preserve">. Das </w:t>
      </w:r>
      <w:proofErr w:type="spellStart"/>
      <w:r w:rsidRPr="00905C18">
        <w:rPr>
          <w:rFonts w:ascii="Kinetic Letters" w:hAnsi="Kinetic Letters"/>
          <w:sz w:val="28"/>
        </w:rPr>
        <w:t>K</w:t>
      </w:r>
      <w:r w:rsidRPr="00905C18">
        <w:rPr>
          <w:rFonts w:ascii="Calibri" w:hAnsi="Calibri" w:cs="Calibri"/>
          <w:sz w:val="28"/>
        </w:rPr>
        <w:t>ä</w:t>
      </w:r>
      <w:r w:rsidRPr="00905C18">
        <w:rPr>
          <w:rFonts w:ascii="Kinetic Letters" w:hAnsi="Kinetic Letters"/>
          <w:sz w:val="28"/>
        </w:rPr>
        <w:t>tzchen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schnurrte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gl</w:t>
      </w:r>
      <w:r w:rsidRPr="00905C18">
        <w:rPr>
          <w:rFonts w:ascii="Calibri" w:hAnsi="Calibri" w:cs="Calibri"/>
          <w:sz w:val="28"/>
        </w:rPr>
        <w:t>ü</w:t>
      </w:r>
      <w:r w:rsidRPr="00905C18">
        <w:rPr>
          <w:rFonts w:ascii="Kinetic Letters" w:hAnsi="Kinetic Letters"/>
          <w:sz w:val="28"/>
        </w:rPr>
        <w:t>cklich</w:t>
      </w:r>
      <w:proofErr w:type="spellEnd"/>
      <w:r w:rsidRPr="00905C18">
        <w:rPr>
          <w:rFonts w:ascii="Kinetic Letters" w:hAnsi="Kinetic Letters"/>
          <w:sz w:val="28"/>
        </w:rPr>
        <w:t>.</w:t>
      </w:r>
    </w:p>
    <w:p w:rsidR="00905C18" w:rsidRPr="00905C18" w:rsidRDefault="00905C18" w:rsidP="00905C1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lastRenderedPageBreak/>
        <w:t>Kurdish: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Roja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yek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, </w:t>
      </w:r>
      <w:proofErr w:type="spellStart"/>
      <w:r w:rsidRPr="00905C18">
        <w:rPr>
          <w:rFonts w:ascii="Kinetic Letters" w:hAnsi="Kinetic Letters"/>
          <w:sz w:val="28"/>
        </w:rPr>
        <w:t>ke</w:t>
      </w:r>
      <w:r w:rsidRPr="00905C18">
        <w:rPr>
          <w:rFonts w:ascii="Calibri" w:hAnsi="Calibri" w:cs="Calibri"/>
          <w:sz w:val="28"/>
        </w:rPr>
        <w:t>ç</w:t>
      </w:r>
      <w:r w:rsidRPr="00905C18">
        <w:rPr>
          <w:rFonts w:ascii="Kinetic Letters" w:hAnsi="Kinetic Letters"/>
          <w:sz w:val="28"/>
        </w:rPr>
        <w:t>ik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bi</w:t>
      </w:r>
      <w:r w:rsidRPr="00905C18">
        <w:rPr>
          <w:rFonts w:ascii="Calibri" w:hAnsi="Calibri" w:cs="Calibri"/>
          <w:sz w:val="28"/>
        </w:rPr>
        <w:t>çû</w:t>
      </w:r>
      <w:r w:rsidRPr="00905C18">
        <w:rPr>
          <w:rFonts w:ascii="Kinetic Letters" w:hAnsi="Kinetic Letters"/>
          <w:sz w:val="28"/>
        </w:rPr>
        <w:t>k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g</w:t>
      </w:r>
      <w:r w:rsidRPr="00905C18">
        <w:rPr>
          <w:rFonts w:ascii="Calibri" w:hAnsi="Calibri" w:cs="Calibri"/>
          <w:sz w:val="28"/>
        </w:rPr>
        <w:t>û</w:t>
      </w:r>
      <w:r w:rsidRPr="00905C18">
        <w:rPr>
          <w:rFonts w:ascii="Kinetic Letters" w:hAnsi="Kinetic Letters"/>
          <w:sz w:val="28"/>
        </w:rPr>
        <w:t>likek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winda</w:t>
      </w:r>
      <w:proofErr w:type="spellEnd"/>
      <w:r w:rsidRPr="00905C18">
        <w:rPr>
          <w:rFonts w:ascii="Kinetic Letters" w:hAnsi="Kinetic Letters"/>
          <w:sz w:val="28"/>
        </w:rPr>
        <w:t xml:space="preserve"> di </w:t>
      </w:r>
      <w:proofErr w:type="spellStart"/>
      <w:r w:rsidRPr="00905C18">
        <w:rPr>
          <w:rFonts w:ascii="Kinetic Letters" w:hAnsi="Kinetic Letters"/>
          <w:sz w:val="28"/>
        </w:rPr>
        <w:t>bax</w:t>
      </w:r>
      <w:r w:rsidRPr="00905C18">
        <w:rPr>
          <w:rFonts w:ascii="Calibri" w:hAnsi="Calibri" w:cs="Calibri"/>
          <w:sz w:val="28"/>
        </w:rPr>
        <w:t>çê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xwe</w:t>
      </w:r>
      <w:proofErr w:type="spellEnd"/>
      <w:r w:rsidRPr="00905C18">
        <w:rPr>
          <w:rFonts w:ascii="Kinetic Letters" w:hAnsi="Kinetic Letters"/>
          <w:sz w:val="28"/>
        </w:rPr>
        <w:t xml:space="preserve"> de </w:t>
      </w:r>
      <w:proofErr w:type="spellStart"/>
      <w:r w:rsidRPr="00905C18">
        <w:rPr>
          <w:rFonts w:ascii="Kinetic Letters" w:hAnsi="Kinetic Letters"/>
          <w:sz w:val="28"/>
        </w:rPr>
        <w:t>d</w:t>
      </w:r>
      <w:r w:rsidRPr="00905C18">
        <w:rPr>
          <w:rFonts w:ascii="Calibri" w:hAnsi="Calibri" w:cs="Calibri"/>
          <w:sz w:val="28"/>
        </w:rPr>
        <w:t>î</w:t>
      </w:r>
      <w:r w:rsidRPr="00905C18">
        <w:rPr>
          <w:rFonts w:ascii="Kinetic Letters" w:hAnsi="Kinetic Letters"/>
          <w:sz w:val="28"/>
        </w:rPr>
        <w:t>t</w:t>
      </w:r>
      <w:proofErr w:type="spellEnd"/>
      <w:r w:rsidRPr="00905C18">
        <w:rPr>
          <w:rFonts w:ascii="Kinetic Letters" w:hAnsi="Kinetic Letters"/>
          <w:sz w:val="28"/>
        </w:rPr>
        <w:t xml:space="preserve">. </w:t>
      </w:r>
      <w:proofErr w:type="spellStart"/>
      <w:r w:rsidRPr="00905C18">
        <w:rPr>
          <w:rFonts w:ascii="Kinetic Letters" w:hAnsi="Kinetic Letters"/>
          <w:sz w:val="28"/>
        </w:rPr>
        <w:t>Ew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sar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r w:rsidRPr="00905C18">
        <w:rPr>
          <w:rFonts w:ascii="Calibri" w:hAnsi="Calibri" w:cs="Calibri"/>
          <w:sz w:val="28"/>
        </w:rPr>
        <w:t>û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bir</w:t>
      </w:r>
      <w:r w:rsidRPr="00905C18">
        <w:rPr>
          <w:rFonts w:ascii="Calibri" w:hAnsi="Calibri" w:cs="Calibri"/>
          <w:sz w:val="28"/>
        </w:rPr>
        <w:t>çî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b</w:t>
      </w:r>
      <w:r w:rsidRPr="00905C18">
        <w:rPr>
          <w:rFonts w:ascii="Calibri" w:hAnsi="Calibri" w:cs="Calibri"/>
          <w:sz w:val="28"/>
        </w:rPr>
        <w:t>û</w:t>
      </w:r>
      <w:proofErr w:type="spellEnd"/>
      <w:r w:rsidRPr="00905C18">
        <w:rPr>
          <w:rFonts w:ascii="Kinetic Letters" w:hAnsi="Kinetic Letters"/>
          <w:sz w:val="28"/>
        </w:rPr>
        <w:t xml:space="preserve">. </w:t>
      </w:r>
      <w:proofErr w:type="spellStart"/>
      <w:r w:rsidRPr="00905C18">
        <w:rPr>
          <w:rFonts w:ascii="Kinetic Letters" w:hAnsi="Kinetic Letters"/>
          <w:sz w:val="28"/>
        </w:rPr>
        <w:t>Ew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w</w:t>
      </w:r>
      <w:r w:rsidRPr="00905C18">
        <w:rPr>
          <w:rFonts w:ascii="Calibri" w:hAnsi="Calibri" w:cs="Calibri"/>
          <w:sz w:val="28"/>
        </w:rPr>
        <w:t>î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g</w:t>
      </w:r>
      <w:r w:rsidRPr="00905C18">
        <w:rPr>
          <w:rFonts w:ascii="Calibri" w:hAnsi="Calibri" w:cs="Calibri"/>
          <w:sz w:val="28"/>
        </w:rPr>
        <w:t>û</w:t>
      </w:r>
      <w:r w:rsidRPr="00905C18">
        <w:rPr>
          <w:rFonts w:ascii="Kinetic Letters" w:hAnsi="Kinetic Letters"/>
          <w:sz w:val="28"/>
        </w:rPr>
        <w:t>l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 girt </w:t>
      </w:r>
      <w:r w:rsidRPr="00905C18">
        <w:rPr>
          <w:rFonts w:ascii="Calibri" w:hAnsi="Calibri" w:cs="Calibri"/>
          <w:sz w:val="28"/>
        </w:rPr>
        <w:t>û</w:t>
      </w:r>
      <w:r w:rsidRPr="00905C18">
        <w:rPr>
          <w:rFonts w:ascii="Kinetic Letters" w:hAnsi="Kinetic Letters"/>
          <w:sz w:val="28"/>
        </w:rPr>
        <w:t xml:space="preserve"> bi </w:t>
      </w:r>
      <w:proofErr w:type="spellStart"/>
      <w:r w:rsidRPr="00905C18">
        <w:rPr>
          <w:rFonts w:ascii="Kinetic Letters" w:hAnsi="Kinetic Letters"/>
          <w:sz w:val="28"/>
        </w:rPr>
        <w:t>xwe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ket</w:t>
      </w:r>
      <w:proofErr w:type="spellEnd"/>
      <w:r w:rsidRPr="00905C18">
        <w:rPr>
          <w:rFonts w:ascii="Kinetic Letters" w:hAnsi="Kinetic Letters"/>
          <w:sz w:val="28"/>
        </w:rPr>
        <w:t xml:space="preserve"> mala </w:t>
      </w:r>
      <w:proofErr w:type="spellStart"/>
      <w:r w:rsidRPr="00905C18">
        <w:rPr>
          <w:rFonts w:ascii="Kinetic Letters" w:hAnsi="Kinetic Letters"/>
          <w:sz w:val="28"/>
        </w:rPr>
        <w:t>xwe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r w:rsidRPr="00905C18">
        <w:rPr>
          <w:rFonts w:ascii="Calibri" w:hAnsi="Calibri" w:cs="Calibri"/>
          <w:sz w:val="28"/>
        </w:rPr>
        <w:t>û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st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r w:rsidRPr="00905C18">
        <w:rPr>
          <w:rFonts w:ascii="Calibri" w:hAnsi="Calibri" w:cs="Calibri"/>
          <w:sz w:val="28"/>
        </w:rPr>
        <w:t>û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alibri" w:hAnsi="Calibri" w:cs="Calibri"/>
          <w:sz w:val="28"/>
        </w:rPr>
        <w:t>şî</w:t>
      </w:r>
      <w:r w:rsidRPr="00905C18">
        <w:rPr>
          <w:rFonts w:ascii="Kinetic Letters" w:hAnsi="Kinetic Letters"/>
          <w:sz w:val="28"/>
        </w:rPr>
        <w:t>r</w:t>
      </w:r>
      <w:proofErr w:type="spellEnd"/>
      <w:r w:rsidRPr="00905C18">
        <w:rPr>
          <w:rFonts w:ascii="Kinetic Letters" w:hAnsi="Kinetic Letters"/>
          <w:sz w:val="28"/>
        </w:rPr>
        <w:t xml:space="preserve"> da.</w:t>
      </w:r>
    </w:p>
    <w:p w:rsidR="00905C18" w:rsidRPr="00905C18" w:rsidRDefault="00905C18" w:rsidP="00905C1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Chinese: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有一天，一个小女孩在花园里</w:t>
      </w:r>
      <w:r w:rsidRPr="00905C18">
        <w:rPr>
          <w:rFonts w:ascii="Kinetic Letters" w:eastAsia="Microsoft JhengHei" w:hAnsi="Kinetic Letters" w:cs="Microsoft JhengHei"/>
          <w:sz w:val="28"/>
        </w:rPr>
        <w:t>发现</w:t>
      </w:r>
      <w:r w:rsidRPr="00905C18">
        <w:rPr>
          <w:rFonts w:ascii="Kinetic Letters" w:eastAsia="Yu Gothic UI" w:hAnsi="Kinetic Letters" w:cs="Yu Gothic UI"/>
          <w:sz w:val="28"/>
        </w:rPr>
        <w:t>了一只迷路的小猫。它又冷又</w:t>
      </w:r>
      <w:r w:rsidRPr="00905C18">
        <w:rPr>
          <w:rFonts w:ascii="Kinetic Letters" w:eastAsia="Microsoft JhengHei" w:hAnsi="Kinetic Letters" w:cs="Microsoft JhengHei"/>
          <w:sz w:val="28"/>
        </w:rPr>
        <w:t>饿</w:t>
      </w:r>
      <w:r w:rsidRPr="00905C18">
        <w:rPr>
          <w:rFonts w:ascii="Kinetic Letters" w:eastAsia="Yu Gothic UI" w:hAnsi="Kinetic Letters" w:cs="Yu Gothic UI"/>
          <w:sz w:val="28"/>
        </w:rPr>
        <w:t>。她把它</w:t>
      </w:r>
      <w:r w:rsidRPr="00905C18">
        <w:rPr>
          <w:rFonts w:ascii="Kinetic Letters" w:eastAsia="Microsoft JhengHei" w:hAnsi="Kinetic Letters" w:cs="Microsoft JhengHei"/>
          <w:sz w:val="28"/>
        </w:rPr>
        <w:t>带</w:t>
      </w:r>
      <w:r w:rsidRPr="00905C18">
        <w:rPr>
          <w:rFonts w:ascii="Kinetic Letters" w:eastAsia="Yu Gothic UI" w:hAnsi="Kinetic Letters" w:cs="Yu Gothic UI"/>
          <w:sz w:val="28"/>
        </w:rPr>
        <w:t>回家，</w:t>
      </w:r>
      <w:r w:rsidRPr="00905C18">
        <w:rPr>
          <w:rFonts w:ascii="Kinetic Letters" w:eastAsia="Microsoft JhengHei" w:hAnsi="Kinetic Letters" w:cs="Microsoft JhengHei"/>
          <w:sz w:val="28"/>
        </w:rPr>
        <w:t>给</w:t>
      </w:r>
      <w:r w:rsidRPr="00905C18">
        <w:rPr>
          <w:rFonts w:ascii="Kinetic Letters" w:eastAsia="Yu Gothic UI" w:hAnsi="Kinetic Letters" w:cs="Yu Gothic UI"/>
          <w:sz w:val="28"/>
        </w:rPr>
        <w:t>它喝牛奶。小猫开心地</w:t>
      </w:r>
      <w:r w:rsidRPr="00905C18">
        <w:rPr>
          <w:rFonts w:ascii="Kinetic Letters" w:eastAsia="Microsoft JhengHei" w:hAnsi="Kinetic Letters" w:cs="Microsoft JhengHei"/>
          <w:sz w:val="28"/>
        </w:rPr>
        <w:t>喵喵</w:t>
      </w:r>
      <w:r w:rsidRPr="00905C18">
        <w:rPr>
          <w:rFonts w:ascii="Kinetic Letters" w:eastAsia="Yu Gothic UI" w:hAnsi="Kinetic Letters" w:cs="Yu Gothic UI"/>
          <w:sz w:val="28"/>
        </w:rPr>
        <w:t>叫</w:t>
      </w:r>
      <w:proofErr w:type="spellEnd"/>
      <w:r w:rsidRPr="00905C18">
        <w:rPr>
          <w:rFonts w:ascii="Kinetic Letters" w:eastAsia="MS Gothic" w:hAnsi="Kinetic Letters" w:cs="MS Gothic"/>
          <w:sz w:val="28"/>
        </w:rPr>
        <w:t>。</w:t>
      </w:r>
    </w:p>
    <w:p w:rsidR="00905C18" w:rsidRPr="00905C18" w:rsidRDefault="00905C18" w:rsidP="00905C1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Arabic: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في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يوم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من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الأيام</w:t>
      </w:r>
      <w:proofErr w:type="spellEnd"/>
      <w:r w:rsidRPr="00905C18">
        <w:rPr>
          <w:rFonts w:ascii="Courier New" w:hAnsi="Courier New" w:cs="Courier New"/>
          <w:sz w:val="28"/>
        </w:rPr>
        <w:t>،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وجدت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فتاة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صغيرة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قطة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ضائعة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في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حديقتها</w:t>
      </w:r>
      <w:proofErr w:type="spellEnd"/>
      <w:r w:rsidRPr="00905C18">
        <w:rPr>
          <w:rFonts w:ascii="Kinetic Letters" w:hAnsi="Kinetic Letters"/>
          <w:sz w:val="28"/>
        </w:rPr>
        <w:t xml:space="preserve">. </w:t>
      </w:r>
      <w:proofErr w:type="spellStart"/>
      <w:r w:rsidRPr="00905C18">
        <w:rPr>
          <w:rFonts w:ascii="Courier New" w:hAnsi="Courier New" w:cs="Courier New"/>
          <w:sz w:val="28"/>
        </w:rPr>
        <w:t>كانت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باردة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وجائعة</w:t>
      </w:r>
      <w:proofErr w:type="spellEnd"/>
      <w:r w:rsidRPr="00905C18">
        <w:rPr>
          <w:rFonts w:ascii="Kinetic Letters" w:hAnsi="Kinetic Letters"/>
          <w:sz w:val="28"/>
        </w:rPr>
        <w:t xml:space="preserve">. </w:t>
      </w:r>
      <w:proofErr w:type="spellStart"/>
      <w:r w:rsidRPr="00905C18">
        <w:rPr>
          <w:rFonts w:ascii="Courier New" w:hAnsi="Courier New" w:cs="Courier New"/>
          <w:sz w:val="28"/>
        </w:rPr>
        <w:t>أخذتها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إلى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المنزل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وأعطتها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الحليب</w:t>
      </w:r>
      <w:proofErr w:type="spellEnd"/>
      <w:r w:rsidRPr="00905C18">
        <w:rPr>
          <w:rFonts w:ascii="Kinetic Letters" w:hAnsi="Kinetic Letters"/>
          <w:sz w:val="28"/>
        </w:rPr>
        <w:t xml:space="preserve">. </w:t>
      </w:r>
      <w:proofErr w:type="spellStart"/>
      <w:r w:rsidRPr="00905C18">
        <w:rPr>
          <w:rFonts w:ascii="Courier New" w:hAnsi="Courier New" w:cs="Courier New"/>
          <w:sz w:val="28"/>
        </w:rPr>
        <w:t>بدأت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القطة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في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المواء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بسعادة</w:t>
      </w:r>
      <w:proofErr w:type="spellEnd"/>
      <w:r w:rsidRPr="00905C18">
        <w:rPr>
          <w:rFonts w:ascii="Kinetic Letters" w:hAnsi="Kinetic Letters"/>
          <w:sz w:val="28"/>
        </w:rPr>
        <w:t>.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Strong"/>
          <w:rFonts w:ascii="Kinetic Letters" w:hAnsi="Kinetic Letters"/>
          <w:sz w:val="32"/>
        </w:rPr>
        <w:t>Comprehension Questions:</w:t>
      </w:r>
    </w:p>
    <w:p w:rsidR="00905C18" w:rsidRPr="00905C18" w:rsidRDefault="00905C18" w:rsidP="00905C1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Fonts w:ascii="Kinetic Letters" w:hAnsi="Kinetic Letters"/>
          <w:sz w:val="28"/>
        </w:rPr>
        <w:t>Where did the girl find the kitten?</w:t>
      </w:r>
    </w:p>
    <w:p w:rsidR="00905C18" w:rsidRPr="00905C18" w:rsidRDefault="00905C18" w:rsidP="00905C1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Fonts w:ascii="Kinetic Letters" w:hAnsi="Kinetic Letters"/>
          <w:sz w:val="28"/>
        </w:rPr>
        <w:t>How did the kitten feel?</w:t>
      </w:r>
    </w:p>
    <w:p w:rsidR="00905C18" w:rsidRPr="00905C18" w:rsidRDefault="00905C18" w:rsidP="00905C1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Fonts w:ascii="Kinetic Letters" w:hAnsi="Kinetic Letters"/>
          <w:sz w:val="28"/>
        </w:rPr>
        <w:t>What did the girl do to help the kitten?</w:t>
      </w:r>
    </w:p>
    <w:p w:rsidR="00905C18" w:rsidRPr="00905C18" w:rsidRDefault="00905C18" w:rsidP="00905C18">
      <w:pPr>
        <w:spacing w:after="0"/>
        <w:rPr>
          <w:rFonts w:ascii="Kinetic Letters" w:hAnsi="Kinetic Letters"/>
          <w:sz w:val="28"/>
        </w:rPr>
      </w:pPr>
      <w:r w:rsidRPr="00905C18">
        <w:rPr>
          <w:rFonts w:ascii="Kinetic Letters" w:hAnsi="Kinetic Letters"/>
          <w:sz w:val="28"/>
        </w:rPr>
        <w:pict>
          <v:rect id="_x0000_i1027" style="width:0;height:1.5pt" o:hralign="center" o:hrstd="t" o:hr="t" fillcolor="#a0a0a0" stroked="f"/>
        </w:pict>
      </w:r>
    </w:p>
    <w:p w:rsidR="00905C18" w:rsidRPr="00905C18" w:rsidRDefault="00905C18" w:rsidP="00905C18">
      <w:pPr>
        <w:pStyle w:val="Heading2"/>
        <w:rPr>
          <w:rFonts w:ascii="Kinetic Letters" w:hAnsi="Kinetic Letters"/>
          <w:sz w:val="32"/>
        </w:rPr>
      </w:pPr>
      <w:r w:rsidRPr="00905C18">
        <w:rPr>
          <w:rStyle w:val="Strong"/>
          <w:rFonts w:ascii="Kinetic Letters" w:hAnsi="Kinetic Letters"/>
          <w:b/>
          <w:bCs/>
          <w:sz w:val="32"/>
        </w:rPr>
        <w:t>3. Reading Assessment</w:t>
      </w:r>
    </w:p>
    <w:p w:rsidR="00905C18" w:rsidRPr="00905C18" w:rsidRDefault="00905C18" w:rsidP="00905C18">
      <w:pPr>
        <w:pStyle w:val="Heading3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b/>
          <w:bCs/>
          <w:sz w:val="28"/>
        </w:rPr>
        <w:t>Task 1: Word Recognition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Emphasis"/>
          <w:rFonts w:ascii="Kinetic Letters" w:eastAsiaTheme="majorEastAsia" w:hAnsi="Kinetic Letters"/>
          <w:sz w:val="32"/>
        </w:rPr>
        <w:t>(Reference: Reading Assessment - Task 1)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Fonts w:ascii="Kinetic Letters" w:hAnsi="Kinetic Letters"/>
          <w:sz w:val="32"/>
        </w:rPr>
        <w:t>Show the child these words and ask them to read aloud.</w:t>
      </w:r>
    </w:p>
    <w:p w:rsidR="00905C18" w:rsidRPr="00905C18" w:rsidRDefault="00905C18" w:rsidP="00905C1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English:</w:t>
      </w:r>
      <w:r w:rsidRPr="00905C18">
        <w:rPr>
          <w:rFonts w:ascii="Kinetic Letters" w:hAnsi="Kinetic Letters"/>
          <w:sz w:val="28"/>
        </w:rPr>
        <w:t xml:space="preserve"> House, Tree, Dog</w:t>
      </w:r>
    </w:p>
    <w:p w:rsidR="00905C18" w:rsidRPr="00905C18" w:rsidRDefault="00905C18" w:rsidP="00905C1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Urdu: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گھر</w:t>
      </w:r>
      <w:proofErr w:type="spellEnd"/>
      <w:r w:rsidRPr="00905C18">
        <w:rPr>
          <w:rFonts w:ascii="Courier New" w:hAnsi="Courier New" w:cs="Courier New"/>
          <w:sz w:val="28"/>
        </w:rPr>
        <w:t>،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درخت</w:t>
      </w:r>
      <w:proofErr w:type="spellEnd"/>
      <w:r w:rsidRPr="00905C18">
        <w:rPr>
          <w:rFonts w:ascii="Courier New" w:hAnsi="Courier New" w:cs="Courier New"/>
          <w:sz w:val="28"/>
        </w:rPr>
        <w:t>،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کتا</w:t>
      </w:r>
      <w:proofErr w:type="spellEnd"/>
    </w:p>
    <w:p w:rsidR="00905C18" w:rsidRPr="00905C18" w:rsidRDefault="00905C18" w:rsidP="00905C1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German: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Haus</w:t>
      </w:r>
      <w:proofErr w:type="spellEnd"/>
      <w:r w:rsidRPr="00905C18">
        <w:rPr>
          <w:rFonts w:ascii="Kinetic Letters" w:hAnsi="Kinetic Letters"/>
          <w:sz w:val="28"/>
        </w:rPr>
        <w:t>, Baum, Hund</w:t>
      </w:r>
    </w:p>
    <w:p w:rsidR="00905C18" w:rsidRPr="00905C18" w:rsidRDefault="00905C18" w:rsidP="00905C1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Kurdish:</w:t>
      </w:r>
      <w:r w:rsidRPr="00905C18">
        <w:rPr>
          <w:rFonts w:ascii="Kinetic Letters" w:hAnsi="Kinetic Letters"/>
          <w:sz w:val="28"/>
        </w:rPr>
        <w:t xml:space="preserve"> Mal, Dar, Se</w:t>
      </w:r>
    </w:p>
    <w:p w:rsidR="00905C18" w:rsidRPr="00905C18" w:rsidRDefault="00905C18" w:rsidP="00905C1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Chinese: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房子，</w:t>
      </w:r>
      <w:r w:rsidRPr="00905C18">
        <w:rPr>
          <w:rFonts w:ascii="Kinetic Letters" w:eastAsia="Microsoft JhengHei" w:hAnsi="Kinetic Letters" w:cs="Microsoft JhengHei"/>
          <w:sz w:val="28"/>
        </w:rPr>
        <w:t>树</w:t>
      </w:r>
      <w:r w:rsidRPr="00905C18">
        <w:rPr>
          <w:rFonts w:ascii="Kinetic Letters" w:eastAsia="Yu Gothic UI" w:hAnsi="Kinetic Letters" w:cs="Yu Gothic UI"/>
          <w:sz w:val="28"/>
        </w:rPr>
        <w:t>，</w:t>
      </w:r>
      <w:r w:rsidRPr="00905C18">
        <w:rPr>
          <w:rFonts w:ascii="Kinetic Letters" w:eastAsia="MS Gothic" w:hAnsi="Kinetic Letters" w:cs="MS Gothic"/>
          <w:sz w:val="28"/>
        </w:rPr>
        <w:t>狗</w:t>
      </w:r>
      <w:proofErr w:type="spellEnd"/>
    </w:p>
    <w:p w:rsidR="00905C18" w:rsidRPr="00905C18" w:rsidRDefault="00905C18" w:rsidP="00905C1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Arabic: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بيت</w:t>
      </w:r>
      <w:proofErr w:type="spellEnd"/>
      <w:r w:rsidRPr="00905C18">
        <w:rPr>
          <w:rFonts w:ascii="Courier New" w:hAnsi="Courier New" w:cs="Courier New"/>
          <w:sz w:val="28"/>
        </w:rPr>
        <w:t>،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شجرة</w:t>
      </w:r>
      <w:proofErr w:type="spellEnd"/>
      <w:r w:rsidRPr="00905C18">
        <w:rPr>
          <w:rFonts w:ascii="Courier New" w:hAnsi="Courier New" w:cs="Courier New"/>
          <w:sz w:val="28"/>
        </w:rPr>
        <w:t>،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كلب</w:t>
      </w:r>
      <w:proofErr w:type="spellEnd"/>
    </w:p>
    <w:p w:rsidR="00905C18" w:rsidRPr="00905C18" w:rsidRDefault="00905C18" w:rsidP="00905C18">
      <w:pPr>
        <w:pStyle w:val="Heading3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b/>
          <w:bCs/>
          <w:sz w:val="28"/>
        </w:rPr>
        <w:t>Task 2: Sentence Reading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Emphasis"/>
          <w:rFonts w:ascii="Kinetic Letters" w:eastAsiaTheme="majorEastAsia" w:hAnsi="Kinetic Letters"/>
          <w:sz w:val="32"/>
        </w:rPr>
        <w:t>(Reference: Reading Assessment - Task 2)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Fonts w:ascii="Kinetic Letters" w:hAnsi="Kinetic Letters"/>
          <w:sz w:val="32"/>
        </w:rPr>
        <w:lastRenderedPageBreak/>
        <w:t>Provide simple sentences for the child to read.</w:t>
      </w:r>
    </w:p>
    <w:p w:rsidR="00905C18" w:rsidRPr="00905C18" w:rsidRDefault="00905C18" w:rsidP="00905C1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English:</w:t>
      </w:r>
      <w:r w:rsidRPr="00905C18">
        <w:rPr>
          <w:rFonts w:ascii="Kinetic Letters" w:hAnsi="Kinetic Letters"/>
          <w:sz w:val="28"/>
        </w:rPr>
        <w:t xml:space="preserve"> The sun is bright today.</w:t>
      </w:r>
    </w:p>
    <w:p w:rsidR="00905C18" w:rsidRPr="00905C18" w:rsidRDefault="00905C18" w:rsidP="00905C1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Urdu: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آج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سورج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چمک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رہا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ہے</w:t>
      </w:r>
      <w:proofErr w:type="spellEnd"/>
      <w:r w:rsidRPr="00905C18">
        <w:rPr>
          <w:rFonts w:ascii="Courier New" w:hAnsi="Courier New" w:cs="Courier New"/>
          <w:sz w:val="28"/>
        </w:rPr>
        <w:t>۔</w:t>
      </w:r>
    </w:p>
    <w:p w:rsidR="00905C18" w:rsidRPr="00905C18" w:rsidRDefault="00905C18" w:rsidP="00905C1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German:</w:t>
      </w:r>
      <w:r w:rsidRPr="00905C18">
        <w:rPr>
          <w:rFonts w:ascii="Kinetic Letters" w:hAnsi="Kinetic Letters"/>
          <w:sz w:val="28"/>
        </w:rPr>
        <w:t xml:space="preserve"> Die </w:t>
      </w:r>
      <w:proofErr w:type="spellStart"/>
      <w:r w:rsidRPr="00905C18">
        <w:rPr>
          <w:rFonts w:ascii="Kinetic Letters" w:hAnsi="Kinetic Letters"/>
          <w:sz w:val="28"/>
        </w:rPr>
        <w:t>Sonne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scheint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heute</w:t>
      </w:r>
      <w:proofErr w:type="spellEnd"/>
      <w:r w:rsidRPr="00905C18">
        <w:rPr>
          <w:rFonts w:ascii="Kinetic Letters" w:hAnsi="Kinetic Letters"/>
          <w:sz w:val="28"/>
        </w:rPr>
        <w:t xml:space="preserve"> hell.</w:t>
      </w:r>
    </w:p>
    <w:p w:rsidR="00905C18" w:rsidRPr="00905C18" w:rsidRDefault="00905C18" w:rsidP="00905C1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Kurdish: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Roj</w:t>
      </w:r>
      <w:r w:rsidRPr="00905C18">
        <w:rPr>
          <w:rFonts w:ascii="Calibri" w:hAnsi="Calibri" w:cs="Calibri"/>
          <w:sz w:val="28"/>
        </w:rPr>
        <w:t>ê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alibri" w:hAnsi="Calibri" w:cs="Calibri"/>
          <w:sz w:val="28"/>
        </w:rPr>
        <w:t>î</w:t>
      </w:r>
      <w:r w:rsidRPr="00905C18">
        <w:rPr>
          <w:rFonts w:ascii="Kinetic Letters" w:hAnsi="Kinetic Letters"/>
          <w:sz w:val="28"/>
        </w:rPr>
        <w:t>ro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gelek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ronah</w:t>
      </w:r>
      <w:r w:rsidRPr="00905C18">
        <w:rPr>
          <w:rFonts w:ascii="Calibri" w:hAnsi="Calibri" w:cs="Calibri"/>
          <w:sz w:val="28"/>
        </w:rPr>
        <w:t>î</w:t>
      </w:r>
      <w:proofErr w:type="spellEnd"/>
      <w:r w:rsidRPr="00905C18">
        <w:rPr>
          <w:rFonts w:ascii="Kinetic Letters" w:hAnsi="Kinetic Letters"/>
          <w:sz w:val="28"/>
        </w:rPr>
        <w:t xml:space="preserve"> ye.</w:t>
      </w:r>
    </w:p>
    <w:p w:rsidR="00905C18" w:rsidRPr="00905C18" w:rsidRDefault="00905C18" w:rsidP="00905C1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Chinese: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今天太阳很亮</w:t>
      </w:r>
      <w:proofErr w:type="spellEnd"/>
      <w:r w:rsidRPr="00905C18">
        <w:rPr>
          <w:rFonts w:ascii="Kinetic Letters" w:eastAsia="MS Gothic" w:hAnsi="Kinetic Letters" w:cs="MS Gothic"/>
          <w:sz w:val="28"/>
        </w:rPr>
        <w:t>。</w:t>
      </w:r>
    </w:p>
    <w:p w:rsidR="00905C18" w:rsidRPr="00905C18" w:rsidRDefault="00905C18" w:rsidP="00905C1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Arabic: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الشمس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مشرقة</w:t>
      </w:r>
      <w:proofErr w:type="spellEnd"/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اليوم</w:t>
      </w:r>
      <w:proofErr w:type="spellEnd"/>
      <w:r w:rsidRPr="00905C18">
        <w:rPr>
          <w:rFonts w:ascii="Kinetic Letters" w:hAnsi="Kinetic Letters"/>
          <w:sz w:val="28"/>
        </w:rPr>
        <w:t>.</w:t>
      </w:r>
    </w:p>
    <w:p w:rsidR="00905C18" w:rsidRPr="00905C18" w:rsidRDefault="00905C18" w:rsidP="00905C18">
      <w:pPr>
        <w:spacing w:after="0"/>
        <w:rPr>
          <w:rFonts w:ascii="Kinetic Letters" w:hAnsi="Kinetic Letters"/>
          <w:sz w:val="28"/>
        </w:rPr>
      </w:pPr>
      <w:r w:rsidRPr="00905C18">
        <w:rPr>
          <w:rFonts w:ascii="Kinetic Letters" w:hAnsi="Kinetic Letters"/>
          <w:sz w:val="28"/>
        </w:rPr>
        <w:pict>
          <v:rect id="_x0000_i1028" style="width:0;height:1.5pt" o:hralign="center" o:hrstd="t" o:hr="t" fillcolor="#a0a0a0" stroked="f"/>
        </w:pict>
      </w:r>
    </w:p>
    <w:p w:rsidR="00905C18" w:rsidRPr="00905C18" w:rsidRDefault="00905C18" w:rsidP="00905C18">
      <w:pPr>
        <w:pStyle w:val="Heading2"/>
        <w:rPr>
          <w:rFonts w:ascii="Kinetic Letters" w:hAnsi="Kinetic Letters"/>
          <w:sz w:val="32"/>
        </w:rPr>
      </w:pPr>
      <w:r w:rsidRPr="00905C18">
        <w:rPr>
          <w:rStyle w:val="Strong"/>
          <w:rFonts w:ascii="Kinetic Letters" w:hAnsi="Kinetic Letters"/>
          <w:b/>
          <w:bCs/>
          <w:sz w:val="32"/>
        </w:rPr>
        <w:t>4. Writing Assessment</w:t>
      </w:r>
    </w:p>
    <w:p w:rsidR="00905C18" w:rsidRPr="00905C18" w:rsidRDefault="00905C18" w:rsidP="00905C18">
      <w:pPr>
        <w:pStyle w:val="Heading3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b/>
          <w:bCs/>
          <w:sz w:val="28"/>
        </w:rPr>
        <w:t>Task 1: Copying Words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Emphasis"/>
          <w:rFonts w:ascii="Kinetic Letters" w:eastAsiaTheme="majorEastAsia" w:hAnsi="Kinetic Letters"/>
          <w:sz w:val="32"/>
        </w:rPr>
        <w:t>(Reference: Writing Assessment - Task 1)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Fonts w:ascii="Kinetic Letters" w:hAnsi="Kinetic Letters"/>
          <w:sz w:val="32"/>
        </w:rPr>
        <w:t>Ask the child to copy these words.</w:t>
      </w:r>
    </w:p>
    <w:p w:rsidR="00905C18" w:rsidRPr="00905C18" w:rsidRDefault="00905C18" w:rsidP="00905C1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English:</w:t>
      </w:r>
      <w:r w:rsidRPr="00905C18">
        <w:rPr>
          <w:rFonts w:ascii="Kinetic Letters" w:hAnsi="Kinetic Letters"/>
          <w:sz w:val="28"/>
        </w:rPr>
        <w:t xml:space="preserve"> Apple, Car, School</w:t>
      </w:r>
    </w:p>
    <w:p w:rsidR="00905C18" w:rsidRPr="00905C18" w:rsidRDefault="00905C18" w:rsidP="00905C1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Urdu: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سیب</w:t>
      </w:r>
      <w:proofErr w:type="spellEnd"/>
      <w:r w:rsidRPr="00905C18">
        <w:rPr>
          <w:rFonts w:ascii="Courier New" w:hAnsi="Courier New" w:cs="Courier New"/>
          <w:sz w:val="28"/>
        </w:rPr>
        <w:t>،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گاڑی</w:t>
      </w:r>
      <w:proofErr w:type="spellEnd"/>
      <w:r w:rsidRPr="00905C18">
        <w:rPr>
          <w:rFonts w:ascii="Courier New" w:hAnsi="Courier New" w:cs="Courier New"/>
          <w:sz w:val="28"/>
        </w:rPr>
        <w:t>،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اسکول</w:t>
      </w:r>
      <w:proofErr w:type="spellEnd"/>
    </w:p>
    <w:p w:rsidR="00905C18" w:rsidRPr="00905C18" w:rsidRDefault="00905C18" w:rsidP="00905C1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German: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Apfel</w:t>
      </w:r>
      <w:proofErr w:type="spellEnd"/>
      <w:r w:rsidRPr="00905C18">
        <w:rPr>
          <w:rFonts w:ascii="Kinetic Letters" w:hAnsi="Kinetic Letters"/>
          <w:sz w:val="28"/>
        </w:rPr>
        <w:t xml:space="preserve">, Auto, </w:t>
      </w:r>
      <w:proofErr w:type="spellStart"/>
      <w:r w:rsidRPr="00905C18">
        <w:rPr>
          <w:rFonts w:ascii="Kinetic Letters" w:hAnsi="Kinetic Letters"/>
          <w:sz w:val="28"/>
        </w:rPr>
        <w:t>Schule</w:t>
      </w:r>
      <w:proofErr w:type="spellEnd"/>
    </w:p>
    <w:p w:rsidR="00905C18" w:rsidRPr="00905C18" w:rsidRDefault="00905C18" w:rsidP="00905C1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Kurdish:</w:t>
      </w:r>
      <w:r w:rsidRPr="00905C18">
        <w:rPr>
          <w:rFonts w:ascii="Kinetic Letters" w:hAnsi="Kinetic Letters"/>
          <w:sz w:val="28"/>
        </w:rPr>
        <w:t xml:space="preserve"> Sew, </w:t>
      </w:r>
      <w:proofErr w:type="spellStart"/>
      <w:r w:rsidRPr="00905C18">
        <w:rPr>
          <w:rFonts w:ascii="Kinetic Letters" w:hAnsi="Kinetic Letters"/>
          <w:sz w:val="28"/>
        </w:rPr>
        <w:t>G</w:t>
      </w:r>
      <w:r w:rsidRPr="00905C18">
        <w:rPr>
          <w:rFonts w:ascii="Calibri" w:hAnsi="Calibri" w:cs="Calibri"/>
          <w:sz w:val="28"/>
        </w:rPr>
        <w:t>î</w:t>
      </w:r>
      <w:r w:rsidRPr="00905C18">
        <w:rPr>
          <w:rFonts w:ascii="Kinetic Letters" w:hAnsi="Kinetic Letters"/>
          <w:sz w:val="28"/>
        </w:rPr>
        <w:t>ra</w:t>
      </w:r>
      <w:proofErr w:type="spellEnd"/>
      <w:r w:rsidRPr="00905C18">
        <w:rPr>
          <w:rFonts w:ascii="Kinetic Letters" w:hAnsi="Kinetic Letters"/>
          <w:sz w:val="28"/>
        </w:rPr>
        <w:t xml:space="preserve">, </w:t>
      </w:r>
      <w:proofErr w:type="spellStart"/>
      <w:r w:rsidRPr="00905C18">
        <w:rPr>
          <w:rFonts w:ascii="Kinetic Letters" w:hAnsi="Kinetic Letters"/>
          <w:sz w:val="28"/>
        </w:rPr>
        <w:t>Dibistan</w:t>
      </w:r>
      <w:proofErr w:type="spellEnd"/>
    </w:p>
    <w:p w:rsidR="00905C18" w:rsidRPr="00905C18" w:rsidRDefault="00905C18" w:rsidP="00905C1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Chinese: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Kinetic Letters" w:hAnsi="Kinetic Letters"/>
          <w:sz w:val="28"/>
        </w:rPr>
        <w:t>苹果，</w:t>
      </w:r>
      <w:r w:rsidRPr="00905C18">
        <w:rPr>
          <w:rFonts w:ascii="Kinetic Letters" w:eastAsia="Microsoft JhengHei" w:hAnsi="Kinetic Letters" w:cs="Microsoft JhengHei"/>
          <w:sz w:val="28"/>
        </w:rPr>
        <w:t>车</w:t>
      </w:r>
      <w:r w:rsidRPr="00905C18">
        <w:rPr>
          <w:rFonts w:ascii="Kinetic Letters" w:eastAsia="Yu Gothic UI" w:hAnsi="Kinetic Letters" w:cs="Yu Gothic UI"/>
          <w:sz w:val="28"/>
        </w:rPr>
        <w:t>，学</w:t>
      </w:r>
      <w:r w:rsidRPr="00905C18">
        <w:rPr>
          <w:rFonts w:ascii="Kinetic Letters" w:eastAsia="MS Gothic" w:hAnsi="Kinetic Letters" w:cs="MS Gothic"/>
          <w:sz w:val="28"/>
        </w:rPr>
        <w:t>校</w:t>
      </w:r>
      <w:proofErr w:type="spellEnd"/>
    </w:p>
    <w:p w:rsidR="00905C18" w:rsidRPr="00905C18" w:rsidRDefault="00905C18" w:rsidP="00905C1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sz w:val="28"/>
        </w:rPr>
        <w:t>Arabic: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تفاحة</w:t>
      </w:r>
      <w:proofErr w:type="spellEnd"/>
      <w:r w:rsidRPr="00905C18">
        <w:rPr>
          <w:rFonts w:ascii="Courier New" w:hAnsi="Courier New" w:cs="Courier New"/>
          <w:sz w:val="28"/>
        </w:rPr>
        <w:t>،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سيارة</w:t>
      </w:r>
      <w:proofErr w:type="spellEnd"/>
      <w:r w:rsidRPr="00905C18">
        <w:rPr>
          <w:rFonts w:ascii="Courier New" w:hAnsi="Courier New" w:cs="Courier New"/>
          <w:sz w:val="28"/>
        </w:rPr>
        <w:t>،</w:t>
      </w:r>
      <w:r w:rsidRPr="00905C18">
        <w:rPr>
          <w:rFonts w:ascii="Kinetic Letters" w:hAnsi="Kinetic Letters"/>
          <w:sz w:val="28"/>
        </w:rPr>
        <w:t xml:space="preserve"> </w:t>
      </w:r>
      <w:proofErr w:type="spellStart"/>
      <w:r w:rsidRPr="00905C18">
        <w:rPr>
          <w:rFonts w:ascii="Courier New" w:hAnsi="Courier New" w:cs="Courier New"/>
          <w:sz w:val="28"/>
        </w:rPr>
        <w:t>مدرسة</w:t>
      </w:r>
      <w:proofErr w:type="spellEnd"/>
    </w:p>
    <w:p w:rsidR="00905C18" w:rsidRPr="00905C18" w:rsidRDefault="00905C18" w:rsidP="00905C18">
      <w:pPr>
        <w:pStyle w:val="Heading3"/>
        <w:rPr>
          <w:rFonts w:ascii="Kinetic Letters" w:hAnsi="Kinetic Letters"/>
          <w:sz w:val="28"/>
        </w:rPr>
      </w:pPr>
      <w:r w:rsidRPr="00905C18">
        <w:rPr>
          <w:rStyle w:val="Strong"/>
          <w:rFonts w:ascii="Kinetic Letters" w:hAnsi="Kinetic Letters"/>
          <w:b/>
          <w:bCs/>
          <w:sz w:val="28"/>
        </w:rPr>
        <w:t>Task 2: Sentence Writing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Style w:val="Emphasis"/>
          <w:rFonts w:ascii="Kinetic Letters" w:eastAsiaTheme="majorEastAsia" w:hAnsi="Kinetic Letters"/>
          <w:sz w:val="32"/>
        </w:rPr>
        <w:t>(Reference: Writing Assessment - Task 2)</w:t>
      </w:r>
    </w:p>
    <w:p w:rsidR="00905C18" w:rsidRPr="00905C18" w:rsidRDefault="00905C18" w:rsidP="00905C18">
      <w:pPr>
        <w:pStyle w:val="NormalWeb"/>
        <w:rPr>
          <w:rFonts w:ascii="Kinetic Letters" w:hAnsi="Kinetic Letters"/>
          <w:sz w:val="32"/>
        </w:rPr>
      </w:pPr>
      <w:r w:rsidRPr="00905C18">
        <w:rPr>
          <w:rFonts w:ascii="Kinetic Letters" w:hAnsi="Kinetic Letters"/>
          <w:sz w:val="32"/>
        </w:rPr>
        <w:t xml:space="preserve">Ask the child to write a sentence about their family or </w:t>
      </w:r>
      <w:proofErr w:type="spellStart"/>
      <w:r w:rsidRPr="00905C18">
        <w:rPr>
          <w:rFonts w:ascii="Kinetic Letters" w:hAnsi="Kinetic Letters"/>
          <w:sz w:val="32"/>
        </w:rPr>
        <w:t>favorite</w:t>
      </w:r>
      <w:proofErr w:type="spellEnd"/>
      <w:r w:rsidRPr="00905C18">
        <w:rPr>
          <w:rFonts w:ascii="Kinetic Letters" w:hAnsi="Kinetic Letters"/>
          <w:sz w:val="32"/>
        </w:rPr>
        <w:t xml:space="preserve"> activity.</w:t>
      </w:r>
    </w:p>
    <w:p w:rsidR="00905C18" w:rsidRPr="00905C18" w:rsidRDefault="00905C18" w:rsidP="00905C18">
      <w:pPr>
        <w:rPr>
          <w:rFonts w:ascii="Kinetic Letters" w:hAnsi="Kinetic Letters"/>
          <w:sz w:val="28"/>
        </w:rPr>
      </w:pPr>
      <w:r w:rsidRPr="00905C18">
        <w:rPr>
          <w:rFonts w:ascii="Kinetic Letters" w:hAnsi="Kinetic Letters"/>
          <w:sz w:val="28"/>
        </w:rPr>
        <w:pict>
          <v:rect id="_x0000_i1029" style="width:0;height:1.5pt" o:hralign="center" o:hrstd="t" o:hr="t" fillcolor="#a0a0a0" stroked="f"/>
        </w:pict>
      </w:r>
    </w:p>
    <w:p w:rsidR="000A66E7" w:rsidRPr="00905C18" w:rsidRDefault="000A66E7" w:rsidP="00905C18">
      <w:pPr>
        <w:rPr>
          <w:rFonts w:ascii="Kinetic Letters" w:hAnsi="Kinetic Letters"/>
          <w:sz w:val="28"/>
        </w:rPr>
      </w:pPr>
    </w:p>
    <w:sectPr w:rsidR="000A66E7" w:rsidRPr="00905C18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9B9" w:rsidRDefault="00CB69B9" w:rsidP="00905C18">
      <w:pPr>
        <w:spacing w:after="0" w:line="240" w:lineRule="auto"/>
      </w:pPr>
      <w:r>
        <w:separator/>
      </w:r>
    </w:p>
  </w:endnote>
  <w:endnote w:type="continuationSeparator" w:id="0">
    <w:p w:rsidR="00CB69B9" w:rsidRDefault="00CB69B9" w:rsidP="00905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9B9" w:rsidRDefault="00CB69B9" w:rsidP="00905C18">
      <w:pPr>
        <w:spacing w:after="0" w:line="240" w:lineRule="auto"/>
      </w:pPr>
      <w:r>
        <w:separator/>
      </w:r>
    </w:p>
  </w:footnote>
  <w:footnote w:type="continuationSeparator" w:id="0">
    <w:p w:rsidR="00CB69B9" w:rsidRDefault="00CB69B9" w:rsidP="00905C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18" w:rsidRDefault="00905C18" w:rsidP="00905C18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1074420" cy="10744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74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C928B9"/>
    <w:multiLevelType w:val="multilevel"/>
    <w:tmpl w:val="E2A44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6B3915"/>
    <w:multiLevelType w:val="multilevel"/>
    <w:tmpl w:val="1BA6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E71294"/>
    <w:multiLevelType w:val="multilevel"/>
    <w:tmpl w:val="D94CB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255F0A"/>
    <w:multiLevelType w:val="multilevel"/>
    <w:tmpl w:val="BD32C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6D50CD"/>
    <w:multiLevelType w:val="multilevel"/>
    <w:tmpl w:val="0704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1609D7"/>
    <w:multiLevelType w:val="multilevel"/>
    <w:tmpl w:val="3E50F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B95941"/>
    <w:multiLevelType w:val="multilevel"/>
    <w:tmpl w:val="D2349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922BD5"/>
    <w:multiLevelType w:val="multilevel"/>
    <w:tmpl w:val="71683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4"/>
  </w:num>
  <w:num w:numId="12">
    <w:abstractNumId w:val="13"/>
  </w:num>
  <w:num w:numId="13">
    <w:abstractNumId w:val="16"/>
  </w:num>
  <w:num w:numId="14">
    <w:abstractNumId w:val="11"/>
  </w:num>
  <w:num w:numId="15">
    <w:abstractNumId w:val="10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A66E7"/>
    <w:rsid w:val="0015074B"/>
    <w:rsid w:val="0029639D"/>
    <w:rsid w:val="00326F90"/>
    <w:rsid w:val="00905C18"/>
    <w:rsid w:val="00AA1D8D"/>
    <w:rsid w:val="00B47730"/>
    <w:rsid w:val="00CB0664"/>
    <w:rsid w:val="00CB69B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  <w15:docId w15:val="{FD31F28B-501D-40E4-A7EE-E895CB17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905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687139-6E37-4BBC-9FD2-06934B33E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2025-02-10T11:47:00Z</dcterms:modified>
  <cp:category/>
</cp:coreProperties>
</file>