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6DF" w:rsidRPr="006267AA" w:rsidRDefault="00AD7DCB">
      <w:pPr>
        <w:pStyle w:val="Heading1"/>
        <w:rPr>
          <w:rFonts w:ascii="Kinetic Letters" w:hAnsi="Kinetic Letters"/>
          <w:sz w:val="40"/>
        </w:rPr>
      </w:pPr>
      <w:r w:rsidRPr="006267AA">
        <w:rPr>
          <w:rFonts w:ascii="Kinetic Letters" w:hAnsi="Kinetic Letters"/>
          <w:sz w:val="40"/>
        </w:rPr>
        <w:t>Talk Like A Reader - VIPERS Sentence Stems</w:t>
      </w:r>
    </w:p>
    <w:p w:rsidR="006076DF" w:rsidRPr="006267AA" w:rsidRDefault="00AD7DCB">
      <w:pPr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This document contains structured sentence stems to support disciplinary talk in Reading, following the VIPERS framework across all key stages.</w:t>
      </w:r>
    </w:p>
    <w:p w:rsidR="006076DF" w:rsidRPr="006267AA" w:rsidRDefault="00AD7DCB" w:rsidP="006267AA">
      <w:pPr>
        <w:pStyle w:val="Heading2"/>
        <w:spacing w:before="0" w:line="240" w:lineRule="auto"/>
        <w:rPr>
          <w:rFonts w:ascii="Kinetic Letters" w:hAnsi="Kinetic Letters"/>
          <w:sz w:val="36"/>
        </w:rPr>
      </w:pPr>
      <w:r w:rsidRPr="006267AA">
        <w:rPr>
          <w:rFonts w:ascii="Kinetic Letters" w:hAnsi="Kinetic Letters"/>
          <w:sz w:val="36"/>
        </w:rPr>
        <w:t>Upper Key Stage 2 (Years 5 &amp; 6)</w:t>
      </w:r>
    </w:p>
    <w:p w:rsidR="006076DF" w:rsidRPr="006267AA" w:rsidRDefault="00AD7DCB" w:rsidP="006267AA">
      <w:pPr>
        <w:pStyle w:val="Heading3"/>
        <w:spacing w:before="0" w:line="240" w:lineRule="auto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Vocabulary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 xml:space="preserve">The word </w:t>
            </w:r>
            <w:r w:rsidRPr="006267AA">
              <w:rPr>
                <w:rFonts w:ascii="Kinetic Letters" w:hAnsi="Kinetic Letters"/>
                <w:sz w:val="32"/>
              </w:rPr>
              <w:t>‘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 w:cs="Kinetic Letters"/>
                <w:sz w:val="32"/>
              </w:rPr>
              <w:t>’</w:t>
            </w:r>
            <w:r w:rsidRPr="006267AA">
              <w:rPr>
                <w:rFonts w:ascii="Kinetic Letters" w:hAnsi="Kinetic Letters"/>
                <w:sz w:val="32"/>
              </w:rPr>
              <w:t xml:space="preserve"> means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author chose this word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A synonym for this word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phrase creates an effect of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word ‘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 w:cs="Kinetic Letters"/>
                <w:sz w:val="32"/>
              </w:rPr>
              <w:t>’</w:t>
            </w:r>
            <w:r w:rsidRPr="006267AA">
              <w:rPr>
                <w:rFonts w:ascii="Kinetic Letters" w:hAnsi="Kinetic Letters"/>
                <w:sz w:val="32"/>
              </w:rPr>
              <w:t xml:space="preserve"> suggests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Inference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can infer that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character is feeling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 xml:space="preserve">This setting is </w:t>
            </w:r>
            <w:r w:rsidRPr="006267AA">
              <w:rPr>
                <w:rFonts w:ascii="Kinetic Letters" w:hAnsi="Kinetic Letters"/>
                <w:sz w:val="32"/>
              </w:rPr>
              <w:t>described as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which suggests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author implies that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when they write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A hidden meaning in this part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Prediction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Based on what I’ve read, I predict that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think the next event will be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character might do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b</w:t>
            </w:r>
            <w:r w:rsidRPr="006267AA">
              <w:rPr>
                <w:rFonts w:ascii="Kinetic Letters" w:hAnsi="Kinetic Letters"/>
                <w:sz w:val="32"/>
              </w:rPr>
              <w:t>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If the setting changes, I think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will happen.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</w:t>
            </w:r>
            <w:r w:rsidRPr="006267AA">
              <w:rPr>
                <w:rFonts w:ascii="Kinetic Letters" w:hAnsi="Kinetic Letters"/>
                <w:sz w:val="32"/>
              </w:rPr>
              <w:t>h</w:t>
            </w:r>
            <w:r w:rsidRPr="006267AA">
              <w:rPr>
                <w:rFonts w:ascii="Kinetic Letters" w:hAnsi="Kinetic Letters"/>
                <w:sz w:val="32"/>
              </w:rPr>
              <w:t>is reminds me of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so I think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lastRenderedPageBreak/>
        <w:t>Explanation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author’s purpose in this paragraph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text is organised in this way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character has changed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 xml:space="preserve">This event </w:t>
            </w:r>
            <w:r w:rsidRPr="006267AA">
              <w:rPr>
                <w:rFonts w:ascii="Kinetic Letters" w:hAnsi="Kinetic Letters"/>
                <w:sz w:val="32"/>
              </w:rPr>
              <w:t>is important to the plot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theme of this story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Retrieval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know this because the text says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can find the answer in the text where it says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event happened when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main idea of this section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A key d</w:t>
            </w:r>
            <w:r w:rsidRPr="006267AA">
              <w:rPr>
                <w:rFonts w:ascii="Kinetic Letters" w:hAnsi="Kinetic Letters"/>
                <w:sz w:val="32"/>
              </w:rPr>
              <w:t>etail about this character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proofErr w:type="spellStart"/>
      <w:r w:rsidRPr="006267AA">
        <w:rPr>
          <w:rFonts w:ascii="Kinetic Letters" w:hAnsi="Kinetic Letters"/>
          <w:sz w:val="32"/>
        </w:rPr>
        <w:t>Summarising</w:t>
      </w:r>
      <w:proofErr w:type="spellEnd"/>
      <w:r w:rsidRPr="006267AA">
        <w:rPr>
          <w:rFonts w:ascii="Kinetic Letters" w:hAnsi="Kinetic Letters"/>
          <w:sz w:val="32"/>
        </w:rPr>
        <w:t>/Sequencing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At the beginning, the character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main events in this chapter are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 xml:space="preserve">First, 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then, 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finally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most important thing that happened was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story is about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Default="00AD7DCB">
      <w:pPr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br/>
      </w:r>
    </w:p>
    <w:p w:rsidR="006267AA" w:rsidRDefault="006267AA">
      <w:pPr>
        <w:rPr>
          <w:rFonts w:ascii="Kinetic Letters" w:hAnsi="Kinetic Letters"/>
          <w:sz w:val="32"/>
        </w:rPr>
      </w:pPr>
    </w:p>
    <w:p w:rsidR="006267AA" w:rsidRPr="006267AA" w:rsidRDefault="006267AA">
      <w:pPr>
        <w:rPr>
          <w:rFonts w:ascii="Kinetic Letters" w:hAnsi="Kinetic Letters"/>
          <w:sz w:val="32"/>
        </w:rPr>
      </w:pPr>
    </w:p>
    <w:p w:rsidR="006076DF" w:rsidRPr="006267AA" w:rsidRDefault="00AD7DCB" w:rsidP="006267AA">
      <w:pPr>
        <w:pStyle w:val="Heading2"/>
        <w:spacing w:before="0" w:line="240" w:lineRule="auto"/>
        <w:rPr>
          <w:rFonts w:ascii="Kinetic Letters" w:hAnsi="Kinetic Letters"/>
          <w:sz w:val="36"/>
        </w:rPr>
      </w:pPr>
      <w:r w:rsidRPr="006267AA">
        <w:rPr>
          <w:rFonts w:ascii="Kinetic Letters" w:hAnsi="Kinetic Letters"/>
          <w:sz w:val="36"/>
        </w:rPr>
        <w:lastRenderedPageBreak/>
        <w:t>Lower Key Stage</w:t>
      </w:r>
      <w:r w:rsidRPr="006267AA">
        <w:rPr>
          <w:rFonts w:ascii="Kinetic Letters" w:hAnsi="Kinetic Letters"/>
          <w:sz w:val="36"/>
        </w:rPr>
        <w:t xml:space="preserve"> 2 (Years 3 &amp; 4)</w:t>
      </w:r>
    </w:p>
    <w:p w:rsidR="006076DF" w:rsidRPr="006267AA" w:rsidRDefault="00AD7DCB" w:rsidP="006267AA">
      <w:pPr>
        <w:pStyle w:val="Heading3"/>
        <w:spacing w:before="0" w:line="240" w:lineRule="auto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Vocabulary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think this word means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A word like this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sentence helps me understand that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phrase tells me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A synonym for this word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Inference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think the character feels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</w:t>
            </w:r>
            <w:r w:rsidRPr="006267AA">
              <w:rPr>
                <w:rFonts w:ascii="Kinetic Letters" w:hAnsi="Kinetic Letters"/>
                <w:sz w:val="32"/>
              </w:rPr>
              <w:t>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setting is described as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which makes me think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story makes me think that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author uses this description to show that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A clue about what might happen next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Prediction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think the next part will be about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</w:t>
            </w:r>
            <w:r w:rsidRPr="006267AA">
              <w:rPr>
                <w:rFonts w:ascii="Kinetic Letters" w:hAnsi="Kinetic Letters"/>
                <w:sz w:val="32"/>
              </w:rPr>
              <w:t>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character might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predict that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A similar story I know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so I think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clues in the text suggest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Explanation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writer has written this in this way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layout of the text helps me becau</w:t>
            </w:r>
            <w:r w:rsidRPr="006267AA">
              <w:rPr>
                <w:rFonts w:ascii="Kinetic Letters" w:hAnsi="Kinetic Letters"/>
                <w:sz w:val="32"/>
              </w:rPr>
              <w:t>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character acts like this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setting is important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story is in this order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lastRenderedPageBreak/>
        <w:t>Retrieval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found the answer in the text when it said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main idea in this paragraph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character does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</w:t>
            </w:r>
            <w:r w:rsidRPr="006267AA">
              <w:rPr>
                <w:rFonts w:ascii="Kinetic Letters" w:hAnsi="Kinetic Letters"/>
                <w:sz w:val="32"/>
              </w:rPr>
              <w:t>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fact tells me that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can prove my answer because the text says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 w:rsidP="006267AA">
      <w:pPr>
        <w:rPr>
          <w:rFonts w:ascii="Kinetic Letters" w:hAnsi="Kinetic Letters"/>
          <w:color w:val="0070C0"/>
          <w:sz w:val="32"/>
        </w:rPr>
      </w:pPr>
      <w:proofErr w:type="spellStart"/>
      <w:r w:rsidRPr="006267AA">
        <w:rPr>
          <w:rFonts w:ascii="Kinetic Letters" w:hAnsi="Kinetic Letters"/>
          <w:color w:val="0070C0"/>
          <w:sz w:val="32"/>
        </w:rPr>
        <w:t>Summarising</w:t>
      </w:r>
      <w:proofErr w:type="spellEnd"/>
      <w:r w:rsidRPr="006267AA">
        <w:rPr>
          <w:rFonts w:ascii="Kinetic Letters" w:hAnsi="Kinetic Letters"/>
          <w:color w:val="0070C0"/>
          <w:sz w:val="32"/>
        </w:rPr>
        <w:t>/Sequencing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At the beginning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First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then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next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key events are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text is about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problem in the story was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and it was solved by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Default="00AD7DCB">
      <w:pPr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br/>
      </w:r>
    </w:p>
    <w:p w:rsidR="006267AA" w:rsidRDefault="006267AA">
      <w:pPr>
        <w:rPr>
          <w:rFonts w:ascii="Kinetic Letters" w:hAnsi="Kinetic Letters"/>
          <w:sz w:val="32"/>
        </w:rPr>
      </w:pPr>
    </w:p>
    <w:p w:rsidR="006267AA" w:rsidRDefault="006267AA">
      <w:pPr>
        <w:rPr>
          <w:rFonts w:ascii="Kinetic Letters" w:hAnsi="Kinetic Letters"/>
          <w:sz w:val="32"/>
        </w:rPr>
      </w:pPr>
    </w:p>
    <w:p w:rsidR="006267AA" w:rsidRDefault="006267AA">
      <w:pPr>
        <w:rPr>
          <w:rFonts w:ascii="Kinetic Letters" w:hAnsi="Kinetic Letters"/>
          <w:sz w:val="32"/>
        </w:rPr>
      </w:pPr>
    </w:p>
    <w:p w:rsidR="006267AA" w:rsidRDefault="006267AA">
      <w:pPr>
        <w:rPr>
          <w:rFonts w:ascii="Kinetic Letters" w:hAnsi="Kinetic Letters"/>
          <w:sz w:val="32"/>
        </w:rPr>
      </w:pPr>
    </w:p>
    <w:p w:rsidR="006267AA" w:rsidRDefault="006267AA">
      <w:pPr>
        <w:rPr>
          <w:rFonts w:ascii="Kinetic Letters" w:hAnsi="Kinetic Letters"/>
          <w:sz w:val="32"/>
        </w:rPr>
      </w:pPr>
    </w:p>
    <w:p w:rsidR="006267AA" w:rsidRDefault="006267AA">
      <w:pPr>
        <w:rPr>
          <w:rFonts w:ascii="Kinetic Letters" w:hAnsi="Kinetic Letters"/>
          <w:sz w:val="32"/>
        </w:rPr>
      </w:pPr>
    </w:p>
    <w:p w:rsidR="006267AA" w:rsidRPr="006267AA" w:rsidRDefault="006267AA">
      <w:pPr>
        <w:rPr>
          <w:rFonts w:ascii="Kinetic Letters" w:hAnsi="Kinetic Letters"/>
          <w:sz w:val="32"/>
        </w:rPr>
      </w:pPr>
    </w:p>
    <w:p w:rsidR="006076DF" w:rsidRPr="006267AA" w:rsidRDefault="00AD7DCB" w:rsidP="006267AA">
      <w:pPr>
        <w:pStyle w:val="Heading2"/>
        <w:spacing w:before="0" w:line="240" w:lineRule="auto"/>
        <w:rPr>
          <w:rFonts w:ascii="Kinetic Letters" w:hAnsi="Kinetic Letters"/>
          <w:sz w:val="36"/>
        </w:rPr>
      </w:pPr>
      <w:r w:rsidRPr="006267AA">
        <w:rPr>
          <w:rFonts w:ascii="Kinetic Letters" w:hAnsi="Kinetic Letters"/>
          <w:sz w:val="36"/>
        </w:rPr>
        <w:lastRenderedPageBreak/>
        <w:t>Key Stage 1 (Years 1 &amp; 2)</w:t>
      </w:r>
    </w:p>
    <w:p w:rsidR="006076DF" w:rsidRPr="006267AA" w:rsidRDefault="00AD7DCB" w:rsidP="006267AA">
      <w:pPr>
        <w:pStyle w:val="Heading3"/>
        <w:spacing w:before="0" w:line="240" w:lineRule="auto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Vocabulary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word means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word makes me think of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sentence tells me that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A word like this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word is tricky, but I think it means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Inference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character looks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</w:t>
            </w:r>
            <w:r w:rsidRPr="006267AA">
              <w:rPr>
                <w:rFonts w:ascii="Kinetic Letters" w:hAnsi="Kinetic Letters"/>
                <w:sz w:val="32"/>
              </w:rPr>
              <w:t>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think this place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part of the story makes me feel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story makes me think that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picture helps me understand that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Prediction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think next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will happen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character might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 xml:space="preserve">I </w:t>
            </w:r>
            <w:r w:rsidRPr="006267AA">
              <w:rPr>
                <w:rFonts w:ascii="Kinetic Letters" w:hAnsi="Kinetic Letters"/>
                <w:sz w:val="32"/>
              </w:rPr>
              <w:t>wonder if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reminds me of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so I think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character will do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Explanation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book is about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story is written like this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character changes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part is important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 xml:space="preserve">This text is </w:t>
            </w:r>
            <w:r w:rsidRPr="006267AA">
              <w:rPr>
                <w:rFonts w:ascii="Kinetic Letters" w:hAnsi="Kinetic Letters"/>
                <w:sz w:val="32"/>
              </w:rPr>
              <w:t>organised like this to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lastRenderedPageBreak/>
        <w:t>Retrieval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character’s name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story takes place in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can find the answer in the text where it says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happened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problem in the story was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proofErr w:type="spellStart"/>
      <w:r w:rsidRPr="006267AA">
        <w:rPr>
          <w:rFonts w:ascii="Kinetic Letters" w:hAnsi="Kinetic Letters"/>
          <w:sz w:val="32"/>
        </w:rPr>
        <w:t>Summarising</w:t>
      </w:r>
      <w:proofErr w:type="spellEnd"/>
      <w:r w:rsidRPr="006267AA">
        <w:rPr>
          <w:rFonts w:ascii="Kinetic Letters" w:hAnsi="Kinetic Letters"/>
          <w:sz w:val="32"/>
        </w:rPr>
        <w:t>/Sequencing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First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then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story is about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main events are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At the end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most important thing in the story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Default="00AD7DCB">
      <w:pPr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br/>
      </w:r>
    </w:p>
    <w:p w:rsidR="006267AA" w:rsidRDefault="006267AA">
      <w:pPr>
        <w:rPr>
          <w:rFonts w:ascii="Kinetic Letters" w:hAnsi="Kinetic Letters"/>
          <w:sz w:val="32"/>
        </w:rPr>
      </w:pPr>
    </w:p>
    <w:p w:rsidR="006267AA" w:rsidRDefault="006267AA">
      <w:pPr>
        <w:rPr>
          <w:rFonts w:ascii="Kinetic Letters" w:hAnsi="Kinetic Letters"/>
          <w:sz w:val="32"/>
        </w:rPr>
      </w:pPr>
    </w:p>
    <w:p w:rsidR="006267AA" w:rsidRDefault="006267AA">
      <w:pPr>
        <w:rPr>
          <w:rFonts w:ascii="Kinetic Letters" w:hAnsi="Kinetic Letters"/>
          <w:sz w:val="32"/>
        </w:rPr>
      </w:pPr>
    </w:p>
    <w:p w:rsidR="006267AA" w:rsidRDefault="006267AA">
      <w:pPr>
        <w:rPr>
          <w:rFonts w:ascii="Kinetic Letters" w:hAnsi="Kinetic Letters"/>
          <w:sz w:val="32"/>
        </w:rPr>
      </w:pPr>
    </w:p>
    <w:p w:rsidR="006267AA" w:rsidRDefault="006267AA">
      <w:pPr>
        <w:rPr>
          <w:rFonts w:ascii="Kinetic Letters" w:hAnsi="Kinetic Letters"/>
          <w:sz w:val="32"/>
        </w:rPr>
      </w:pPr>
    </w:p>
    <w:p w:rsidR="006267AA" w:rsidRDefault="006267AA">
      <w:pPr>
        <w:rPr>
          <w:rFonts w:ascii="Kinetic Letters" w:hAnsi="Kinetic Letters"/>
          <w:sz w:val="32"/>
        </w:rPr>
      </w:pPr>
    </w:p>
    <w:p w:rsidR="006267AA" w:rsidRPr="006267AA" w:rsidRDefault="006267AA">
      <w:pPr>
        <w:rPr>
          <w:rFonts w:ascii="Kinetic Letters" w:hAnsi="Kinetic Letters"/>
          <w:sz w:val="32"/>
        </w:rPr>
      </w:pPr>
    </w:p>
    <w:p w:rsidR="006076DF" w:rsidRPr="006267AA" w:rsidRDefault="00AD7DCB" w:rsidP="006267AA">
      <w:pPr>
        <w:pStyle w:val="Heading2"/>
        <w:spacing w:before="0" w:line="240" w:lineRule="auto"/>
        <w:rPr>
          <w:rFonts w:ascii="Kinetic Letters" w:hAnsi="Kinetic Letters"/>
          <w:sz w:val="36"/>
        </w:rPr>
      </w:pPr>
      <w:r w:rsidRPr="006267AA">
        <w:rPr>
          <w:rFonts w:ascii="Kinetic Letters" w:hAnsi="Kinetic Letters"/>
          <w:sz w:val="36"/>
        </w:rPr>
        <w:lastRenderedPageBreak/>
        <w:t>Early Years (Reception)</w:t>
      </w:r>
    </w:p>
    <w:p w:rsidR="006076DF" w:rsidRPr="006267AA" w:rsidRDefault="00AD7DCB" w:rsidP="006267AA">
      <w:pPr>
        <w:pStyle w:val="Heading3"/>
        <w:spacing w:before="0" w:line="240" w:lineRule="auto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Vocabulary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word means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picture helps me understand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know this word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can find</w:t>
            </w:r>
            <w:r w:rsidRPr="006267AA">
              <w:rPr>
                <w:rFonts w:ascii="Kinetic Letters" w:hAnsi="Kinetic Letters"/>
                <w:sz w:val="32"/>
              </w:rPr>
              <w:t xml:space="preserve"> a word that means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word makes me think of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Inference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character looks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think they feel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setting looks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think this story is about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part makes me feel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Prediction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think next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 xml:space="preserve">I </w:t>
            </w:r>
            <w:r w:rsidRPr="006267AA">
              <w:rPr>
                <w:rFonts w:ascii="Kinetic Letters" w:hAnsi="Kinetic Letters"/>
                <w:sz w:val="32"/>
              </w:rPr>
              <w:t>wonder if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reminds me of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so I think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Maybe the character will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story might end with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t>Explanation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book is about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story is happy/sad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part is important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pictures help me understand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 xml:space="preserve">I </w:t>
            </w:r>
            <w:r w:rsidRPr="006267AA">
              <w:rPr>
                <w:rFonts w:ascii="Kinetic Letters" w:hAnsi="Kinetic Letters"/>
                <w:sz w:val="32"/>
              </w:rPr>
              <w:t>like this story because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lastRenderedPageBreak/>
        <w:t>Retrieval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character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setting is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I can find the answer in the book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problem in the story was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story starts with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pStyle w:val="Heading3"/>
        <w:rPr>
          <w:rFonts w:ascii="Kinetic Letters" w:hAnsi="Kinetic Letters"/>
          <w:sz w:val="32"/>
        </w:rPr>
      </w:pPr>
      <w:proofErr w:type="spellStart"/>
      <w:r w:rsidRPr="006267AA">
        <w:rPr>
          <w:rFonts w:ascii="Kinetic Letters" w:hAnsi="Kinetic Letters"/>
          <w:sz w:val="32"/>
        </w:rPr>
        <w:t>Summarising</w:t>
      </w:r>
      <w:proofErr w:type="spellEnd"/>
      <w:r w:rsidRPr="006267AA">
        <w:rPr>
          <w:rFonts w:ascii="Kinetic Letters" w:hAnsi="Kinetic Letters"/>
          <w:sz w:val="32"/>
        </w:rPr>
        <w:t>/Sequencing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First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  <w:r w:rsidRPr="006267AA">
              <w:rPr>
                <w:rFonts w:ascii="Kinetic Letters" w:hAnsi="Kinetic Letters"/>
                <w:sz w:val="32"/>
              </w:rPr>
              <w:t xml:space="preserve"> then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This story is about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main events are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At the end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076DF" w:rsidRPr="006267AA">
        <w:tc>
          <w:tcPr>
            <w:tcW w:w="8640" w:type="dxa"/>
          </w:tcPr>
          <w:p w:rsidR="006076DF" w:rsidRPr="006267AA" w:rsidRDefault="00AD7DCB">
            <w:pPr>
              <w:rPr>
                <w:rFonts w:ascii="Kinetic Letters" w:hAnsi="Kinetic Letters"/>
                <w:sz w:val="32"/>
              </w:rPr>
            </w:pPr>
            <w:r w:rsidRPr="006267AA">
              <w:rPr>
                <w:rFonts w:ascii="Kinetic Letters" w:hAnsi="Kinetic Letters"/>
                <w:sz w:val="32"/>
              </w:rPr>
              <w:t>The most exciting part was</w:t>
            </w:r>
            <w:r w:rsidRPr="006267AA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076DF" w:rsidRPr="006267AA" w:rsidRDefault="00AD7DCB">
      <w:pPr>
        <w:rPr>
          <w:rFonts w:ascii="Kinetic Letters" w:hAnsi="Kinetic Letters"/>
          <w:sz w:val="32"/>
        </w:rPr>
      </w:pPr>
      <w:r w:rsidRPr="006267AA">
        <w:rPr>
          <w:rFonts w:ascii="Kinetic Letters" w:hAnsi="Kinetic Letters"/>
          <w:sz w:val="32"/>
        </w:rPr>
        <w:br/>
      </w:r>
    </w:p>
    <w:sectPr w:rsidR="006076DF" w:rsidRPr="006267AA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DCB" w:rsidRDefault="00AD7DCB" w:rsidP="006267AA">
      <w:pPr>
        <w:spacing w:after="0" w:line="240" w:lineRule="auto"/>
      </w:pPr>
      <w:r>
        <w:separator/>
      </w:r>
    </w:p>
  </w:endnote>
  <w:endnote w:type="continuationSeparator" w:id="0">
    <w:p w:rsidR="00AD7DCB" w:rsidRDefault="00AD7DCB" w:rsidP="00626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DCB" w:rsidRDefault="00AD7DCB" w:rsidP="006267AA">
      <w:pPr>
        <w:spacing w:after="0" w:line="240" w:lineRule="auto"/>
      </w:pPr>
      <w:r>
        <w:separator/>
      </w:r>
    </w:p>
  </w:footnote>
  <w:footnote w:type="continuationSeparator" w:id="0">
    <w:p w:rsidR="00AD7DCB" w:rsidRDefault="00AD7DCB" w:rsidP="006267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7AA" w:rsidRDefault="006267AA" w:rsidP="006267AA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6C183B6" wp14:editId="78E6C81D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076DF"/>
    <w:rsid w:val="006267AA"/>
    <w:rsid w:val="00AA1D8D"/>
    <w:rsid w:val="00AD7DCB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27FF51"/>
  <w14:defaultImageDpi w14:val="300"/>
  <w15:docId w15:val="{7526025C-C44A-4978-817A-9ED290D27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75148C-9804-49BF-ACFC-0B5D490FF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2025-02-10T13:48:00Z</dcterms:modified>
  <cp:category/>
</cp:coreProperties>
</file>