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906" w:rsidRPr="00B53469" w:rsidRDefault="00952B49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B53469">
        <w:rPr>
          <w:rFonts w:ascii="Kinetic Letters" w:hAnsi="Kinetic Letters"/>
          <w:sz w:val="40"/>
        </w:rPr>
        <w:t>Talk Like A Writer - Sentence Stems</w:t>
      </w:r>
    </w:p>
    <w:p w:rsidR="007C3906" w:rsidRPr="00B53469" w:rsidRDefault="00952B49">
      <w:pPr>
        <w:rPr>
          <w:rFonts w:ascii="Kinetic Letters" w:hAnsi="Kinetic Letters"/>
          <w:sz w:val="32"/>
        </w:rPr>
      </w:pPr>
      <w:r w:rsidRPr="00B53469">
        <w:rPr>
          <w:rFonts w:ascii="Kinetic Letters" w:hAnsi="Kinetic Letters"/>
          <w:sz w:val="32"/>
        </w:rPr>
        <w:t>This document contains structured sentence stems to support disciplinary talk in Writing across all key stages.</w:t>
      </w:r>
    </w:p>
    <w:p w:rsidR="007C3906" w:rsidRPr="00B53469" w:rsidRDefault="00952B49">
      <w:pPr>
        <w:pStyle w:val="Heading2"/>
        <w:rPr>
          <w:rFonts w:ascii="Kinetic Letters" w:hAnsi="Kinetic Letters"/>
          <w:sz w:val="36"/>
        </w:rPr>
      </w:pPr>
      <w:r w:rsidRPr="00B53469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The purpose of my writing is to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 xml:space="preserve">I chose this word </w:t>
            </w:r>
            <w:r w:rsidRPr="00B53469">
              <w:rPr>
                <w:rFonts w:ascii="Kinetic Letters" w:hAnsi="Kinetic Letters"/>
                <w:sz w:val="32"/>
              </w:rPr>
              <w:t>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The sentence structure creates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A powerful phrase I used is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audience will feel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  <w:r w:rsidRPr="00B53469">
              <w:rPr>
                <w:rFonts w:ascii="Kinetic Letters" w:hAnsi="Kinetic Letters"/>
                <w:sz w:val="32"/>
              </w:rPr>
              <w:t xml:space="preserve">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To improve this, I could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use figurative language like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opening sentence hooks the reader by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The mood of my writing is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 xml:space="preserve">If I edit this, </w:t>
            </w:r>
            <w:r w:rsidRPr="00B53469">
              <w:rPr>
                <w:rFonts w:ascii="Kinetic Letters" w:hAnsi="Kinetic Letters"/>
                <w:sz w:val="32"/>
              </w:rPr>
              <w:t>I will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C3906" w:rsidRPr="00B53469" w:rsidRDefault="00952B49">
      <w:pPr>
        <w:rPr>
          <w:rFonts w:ascii="Kinetic Letters" w:hAnsi="Kinetic Letters"/>
          <w:sz w:val="32"/>
        </w:rPr>
      </w:pPr>
      <w:r w:rsidRPr="00B53469">
        <w:rPr>
          <w:rFonts w:ascii="Kinetic Letters" w:hAnsi="Kinetic Letters"/>
          <w:sz w:val="32"/>
        </w:rPr>
        <w:br/>
      </w:r>
    </w:p>
    <w:p w:rsidR="007C3906" w:rsidRPr="00B53469" w:rsidRDefault="00952B49">
      <w:pPr>
        <w:pStyle w:val="Heading2"/>
        <w:rPr>
          <w:rFonts w:ascii="Kinetic Letters" w:hAnsi="Kinetic Letters"/>
          <w:sz w:val="36"/>
        </w:rPr>
      </w:pPr>
      <w:r w:rsidRPr="00B53469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used this word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sentence is interesting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make this better by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story is about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used a capital letter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This character feels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  <w:r w:rsidRPr="00B53469">
              <w:rPr>
                <w:rFonts w:ascii="Kinetic Letters" w:hAnsi="Kinetic Letters"/>
                <w:sz w:val="32"/>
              </w:rPr>
              <w:t xml:space="preserve">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 xml:space="preserve">I can add more </w:t>
            </w:r>
            <w:r w:rsidRPr="00B53469">
              <w:rPr>
                <w:rFonts w:ascii="Kinetic Letters" w:hAnsi="Kinetic Letters"/>
                <w:sz w:val="32"/>
              </w:rPr>
              <w:t>detail by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used a conjunction to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lastRenderedPageBreak/>
              <w:t>My writing is exciting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describe this setting by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C3906" w:rsidRPr="00B53469" w:rsidRDefault="00952B49">
      <w:pPr>
        <w:rPr>
          <w:rFonts w:ascii="Kinetic Letters" w:hAnsi="Kinetic Letters"/>
          <w:sz w:val="32"/>
        </w:rPr>
      </w:pPr>
      <w:r w:rsidRPr="00B53469">
        <w:rPr>
          <w:rFonts w:ascii="Kinetic Letters" w:hAnsi="Kinetic Letters"/>
          <w:sz w:val="32"/>
        </w:rPr>
        <w:br/>
      </w:r>
    </w:p>
    <w:p w:rsidR="007C3906" w:rsidRPr="00B53469" w:rsidRDefault="00952B49">
      <w:pPr>
        <w:pStyle w:val="Heading2"/>
        <w:rPr>
          <w:rFonts w:ascii="Kinetic Letters" w:hAnsi="Kinetic Letters"/>
          <w:sz w:val="36"/>
        </w:rPr>
      </w:pPr>
      <w:r w:rsidRPr="00B53469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sentence says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add more by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This word is important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describe this by saying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This</w:t>
            </w:r>
            <w:r w:rsidRPr="00B53469">
              <w:rPr>
                <w:rFonts w:ascii="Kinetic Letters" w:hAnsi="Kinetic Letters"/>
                <w:sz w:val="32"/>
              </w:rPr>
              <w:t xml:space="preserve"> character is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like my writing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sentence starts with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use punctuation to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This is an exciting part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If I change this word, my sentence will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C3906" w:rsidRPr="00B53469" w:rsidRDefault="00952B49">
      <w:pPr>
        <w:rPr>
          <w:rFonts w:ascii="Kinetic Letters" w:hAnsi="Kinetic Letters"/>
          <w:sz w:val="32"/>
        </w:rPr>
      </w:pPr>
      <w:r w:rsidRPr="00B53469">
        <w:rPr>
          <w:rFonts w:ascii="Kinetic Letters" w:hAnsi="Kinetic Letters"/>
          <w:sz w:val="32"/>
        </w:rPr>
        <w:br/>
      </w:r>
    </w:p>
    <w:p w:rsidR="007C3906" w:rsidRPr="00B53469" w:rsidRDefault="00952B49">
      <w:pPr>
        <w:pStyle w:val="Heading2"/>
        <w:rPr>
          <w:rFonts w:ascii="Kinetic Letters" w:hAnsi="Kinetic Letters"/>
          <w:sz w:val="36"/>
        </w:rPr>
      </w:pPr>
      <w:r w:rsidRPr="00B53469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write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My picture is about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 xml:space="preserve">This </w:t>
            </w:r>
            <w:r w:rsidRPr="00B53469">
              <w:rPr>
                <w:rFonts w:ascii="Kinetic Letters" w:hAnsi="Kinetic Letters"/>
                <w:sz w:val="32"/>
              </w:rPr>
              <w:t>word says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describe this by saying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like my writing!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wrote about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This sentence says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can sound out this word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t>I use a capital letter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C3906" w:rsidRPr="00B53469">
        <w:tc>
          <w:tcPr>
            <w:tcW w:w="8640" w:type="dxa"/>
          </w:tcPr>
          <w:p w:rsidR="007C3906" w:rsidRPr="00B53469" w:rsidRDefault="00952B49">
            <w:pPr>
              <w:rPr>
                <w:rFonts w:ascii="Kinetic Letters" w:hAnsi="Kinetic Letters"/>
                <w:sz w:val="32"/>
              </w:rPr>
            </w:pPr>
            <w:r w:rsidRPr="00B53469">
              <w:rPr>
                <w:rFonts w:ascii="Kinetic Letters" w:hAnsi="Kinetic Letters"/>
                <w:sz w:val="32"/>
              </w:rPr>
              <w:lastRenderedPageBreak/>
              <w:t>My writing is fun because</w:t>
            </w:r>
            <w:r w:rsidRPr="00B5346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C3906" w:rsidRPr="00B53469" w:rsidRDefault="00952B49">
      <w:pPr>
        <w:rPr>
          <w:rFonts w:ascii="Kinetic Letters" w:hAnsi="Kinetic Letters"/>
          <w:sz w:val="32"/>
        </w:rPr>
      </w:pPr>
      <w:r w:rsidRPr="00B53469">
        <w:rPr>
          <w:rFonts w:ascii="Kinetic Letters" w:hAnsi="Kinetic Letters"/>
          <w:sz w:val="32"/>
        </w:rPr>
        <w:br/>
      </w:r>
      <w:bookmarkEnd w:id="0"/>
    </w:p>
    <w:sectPr w:rsidR="007C3906" w:rsidRPr="00B53469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B49" w:rsidRDefault="00952B49" w:rsidP="00B53469">
      <w:pPr>
        <w:spacing w:after="0" w:line="240" w:lineRule="auto"/>
      </w:pPr>
      <w:r>
        <w:separator/>
      </w:r>
    </w:p>
  </w:endnote>
  <w:endnote w:type="continuationSeparator" w:id="0">
    <w:p w:rsidR="00952B49" w:rsidRDefault="00952B49" w:rsidP="00B53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B49" w:rsidRDefault="00952B49" w:rsidP="00B53469">
      <w:pPr>
        <w:spacing w:after="0" w:line="240" w:lineRule="auto"/>
      </w:pPr>
      <w:r>
        <w:separator/>
      </w:r>
    </w:p>
  </w:footnote>
  <w:footnote w:type="continuationSeparator" w:id="0">
    <w:p w:rsidR="00952B49" w:rsidRDefault="00952B49" w:rsidP="00B53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469" w:rsidRDefault="00B53469" w:rsidP="00B53469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C3906"/>
    <w:rsid w:val="00952B49"/>
    <w:rsid w:val="00AA1D8D"/>
    <w:rsid w:val="00B47730"/>
    <w:rsid w:val="00B5346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B9CC2FF2-6C1B-457B-8297-ABF62289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89A544-190B-4274-91D5-05CFB552F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2025-02-10T13:45:00Z</dcterms:modified>
  <cp:category/>
</cp:coreProperties>
</file>