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0B3" w:rsidRPr="00E26AB3" w:rsidRDefault="00224065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E26AB3">
        <w:rPr>
          <w:rFonts w:ascii="Kinetic Letters" w:hAnsi="Kinetic Letters"/>
          <w:sz w:val="40"/>
        </w:rPr>
        <w:t>Talk Like A Mathematician - Sentence Stems</w:t>
      </w:r>
    </w:p>
    <w:p w:rsidR="00B400B3" w:rsidRPr="00E26AB3" w:rsidRDefault="00224065">
      <w:pPr>
        <w:rPr>
          <w:rFonts w:ascii="Kinetic Letters" w:hAnsi="Kinetic Letters"/>
          <w:sz w:val="32"/>
        </w:rPr>
      </w:pPr>
      <w:r w:rsidRPr="00E26AB3">
        <w:rPr>
          <w:rFonts w:ascii="Kinetic Letters" w:hAnsi="Kinetic Letters"/>
          <w:sz w:val="32"/>
        </w:rPr>
        <w:t>This document contains structured sentence stems to support disciplinary talk in Maths across all key stages.</w:t>
      </w:r>
    </w:p>
    <w:p w:rsidR="00B400B3" w:rsidRPr="00E26AB3" w:rsidRDefault="00224065">
      <w:pPr>
        <w:pStyle w:val="Heading2"/>
        <w:rPr>
          <w:rFonts w:ascii="Kinetic Letters" w:hAnsi="Kinetic Letters"/>
          <w:sz w:val="36"/>
        </w:rPr>
      </w:pPr>
      <w:r w:rsidRPr="00E26AB3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prove my answer by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 xml:space="preserve">The most efficient method </w:t>
            </w:r>
            <w:r w:rsidRPr="00E26AB3">
              <w:rPr>
                <w:rFonts w:ascii="Kinetic Letters" w:hAnsi="Kinetic Letters"/>
                <w:sz w:val="32"/>
              </w:rPr>
              <w:t>to solve this is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notice a pattern because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number is significant because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To check my answer, I can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estimate the answer by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problem is similar to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  <w:r w:rsidRPr="00E26AB3">
              <w:rPr>
                <w:rFonts w:ascii="Kinetic Letters" w:hAnsi="Kinetic Letters"/>
                <w:sz w:val="32"/>
              </w:rPr>
              <w:t xml:space="preserve"> because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If I change this variable, then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A real-life example of this concept is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mathematical rule applies because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B400B3" w:rsidRPr="00E26AB3" w:rsidRDefault="00224065">
      <w:pPr>
        <w:rPr>
          <w:rFonts w:ascii="Kinetic Letters" w:hAnsi="Kinetic Letters"/>
          <w:sz w:val="32"/>
        </w:rPr>
      </w:pPr>
      <w:r w:rsidRPr="00E26AB3">
        <w:rPr>
          <w:rFonts w:ascii="Kinetic Letters" w:hAnsi="Kinetic Letters"/>
          <w:sz w:val="32"/>
        </w:rPr>
        <w:br/>
      </w:r>
    </w:p>
    <w:p w:rsidR="00B400B3" w:rsidRPr="00E26AB3" w:rsidRDefault="00224065">
      <w:pPr>
        <w:pStyle w:val="Heading2"/>
        <w:rPr>
          <w:rFonts w:ascii="Kinetic Letters" w:hAnsi="Kinetic Letters"/>
          <w:sz w:val="36"/>
        </w:rPr>
      </w:pPr>
      <w:r w:rsidRPr="00E26AB3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solve this by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check my answer by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number is greater/less than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  <w:r w:rsidRPr="00E26AB3">
              <w:rPr>
                <w:rFonts w:ascii="Kinetic Letters" w:hAnsi="Kinetic Letters"/>
                <w:sz w:val="32"/>
              </w:rPr>
              <w:t xml:space="preserve"> because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noticed that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To find the answer, I need to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 xml:space="preserve">This pattern shows </w:t>
            </w:r>
            <w:r w:rsidRPr="00E26AB3">
              <w:rPr>
                <w:rFonts w:ascii="Kinetic Letters" w:hAnsi="Kinetic Letters"/>
                <w:sz w:val="32"/>
              </w:rPr>
              <w:t>that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A different method I could use is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explain this using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lastRenderedPageBreak/>
              <w:t>If I change this digit, the answer would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The best way to solve this is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B400B3" w:rsidRPr="00E26AB3" w:rsidRDefault="00224065">
      <w:pPr>
        <w:rPr>
          <w:rFonts w:ascii="Kinetic Letters" w:hAnsi="Kinetic Letters"/>
          <w:sz w:val="32"/>
        </w:rPr>
      </w:pPr>
      <w:r w:rsidRPr="00E26AB3">
        <w:rPr>
          <w:rFonts w:ascii="Kinetic Letters" w:hAnsi="Kinetic Letters"/>
          <w:sz w:val="32"/>
        </w:rPr>
        <w:br/>
      </w:r>
    </w:p>
    <w:p w:rsidR="00B400B3" w:rsidRPr="00E26AB3" w:rsidRDefault="00224065">
      <w:pPr>
        <w:pStyle w:val="Heading2"/>
        <w:rPr>
          <w:rFonts w:ascii="Kinetic Letters" w:hAnsi="Kinetic Letters"/>
          <w:sz w:val="36"/>
        </w:rPr>
      </w:pPr>
      <w:r w:rsidRPr="00E26AB3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count to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number is bigger/smaller than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 xml:space="preserve">I can add </w:t>
            </w:r>
            <w:r w:rsidRPr="00E26AB3">
              <w:rPr>
                <w:rFonts w:ascii="Kinetic Letters" w:hAnsi="Kinetic Letters"/>
                <w:sz w:val="32"/>
              </w:rPr>
              <w:t>these by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know this is correct because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The pattern is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If I take away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  <w:r w:rsidRPr="00E26AB3">
              <w:rPr>
                <w:rFonts w:ascii="Kinetic Letters" w:hAnsi="Kinetic Letters"/>
                <w:sz w:val="32"/>
              </w:rPr>
              <w:t>, I get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shape is called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share this between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make this number using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means the same as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B400B3" w:rsidRPr="00E26AB3" w:rsidRDefault="00224065">
      <w:pPr>
        <w:rPr>
          <w:rFonts w:ascii="Kinetic Letters" w:hAnsi="Kinetic Letters"/>
          <w:sz w:val="32"/>
        </w:rPr>
      </w:pPr>
      <w:r w:rsidRPr="00E26AB3">
        <w:rPr>
          <w:rFonts w:ascii="Kinetic Letters" w:hAnsi="Kinetic Letters"/>
          <w:sz w:val="32"/>
        </w:rPr>
        <w:br/>
      </w:r>
    </w:p>
    <w:p w:rsidR="00B400B3" w:rsidRPr="00E26AB3" w:rsidRDefault="00224065">
      <w:pPr>
        <w:pStyle w:val="Heading2"/>
        <w:rPr>
          <w:rFonts w:ascii="Kinetic Letters" w:hAnsi="Kinetic Letters"/>
          <w:sz w:val="36"/>
        </w:rPr>
      </w:pPr>
      <w:r w:rsidRPr="00E26AB3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count to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 xml:space="preserve">This </w:t>
            </w:r>
            <w:r w:rsidRPr="00E26AB3">
              <w:rPr>
                <w:rFonts w:ascii="Kinetic Letters" w:hAnsi="Kinetic Letters"/>
                <w:sz w:val="32"/>
              </w:rPr>
              <w:t>is a big/small number!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find one more/one less!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add by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see a pattern!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shape is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sort these by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This is heavy/light!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t>I can share this with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B400B3" w:rsidRPr="00E26AB3">
        <w:tc>
          <w:tcPr>
            <w:tcW w:w="8640" w:type="dxa"/>
          </w:tcPr>
          <w:p w:rsidR="00B400B3" w:rsidRPr="00E26AB3" w:rsidRDefault="00224065">
            <w:pPr>
              <w:rPr>
                <w:rFonts w:ascii="Kinetic Letters" w:hAnsi="Kinetic Letters"/>
                <w:sz w:val="32"/>
              </w:rPr>
            </w:pPr>
            <w:r w:rsidRPr="00E26AB3">
              <w:rPr>
                <w:rFonts w:ascii="Kinetic Letters" w:hAnsi="Kinetic Letters"/>
                <w:sz w:val="32"/>
              </w:rPr>
              <w:lastRenderedPageBreak/>
              <w:t>I see numbers in</w:t>
            </w:r>
            <w:r w:rsidRPr="00E26AB3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B400B3" w:rsidRPr="00E26AB3" w:rsidRDefault="00224065">
      <w:pPr>
        <w:rPr>
          <w:rFonts w:ascii="Kinetic Letters" w:hAnsi="Kinetic Letters"/>
          <w:sz w:val="32"/>
        </w:rPr>
      </w:pPr>
      <w:r w:rsidRPr="00E26AB3">
        <w:rPr>
          <w:rFonts w:ascii="Kinetic Letters" w:hAnsi="Kinetic Letters"/>
          <w:sz w:val="32"/>
        </w:rPr>
        <w:br/>
      </w:r>
      <w:bookmarkEnd w:id="0"/>
    </w:p>
    <w:sectPr w:rsidR="00B400B3" w:rsidRPr="00E26AB3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065" w:rsidRDefault="00224065" w:rsidP="00E26AB3">
      <w:pPr>
        <w:spacing w:after="0" w:line="240" w:lineRule="auto"/>
      </w:pPr>
      <w:r>
        <w:separator/>
      </w:r>
    </w:p>
  </w:endnote>
  <w:endnote w:type="continuationSeparator" w:id="0">
    <w:p w:rsidR="00224065" w:rsidRDefault="00224065" w:rsidP="00E26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065" w:rsidRDefault="00224065" w:rsidP="00E26AB3">
      <w:pPr>
        <w:spacing w:after="0" w:line="240" w:lineRule="auto"/>
      </w:pPr>
      <w:r>
        <w:separator/>
      </w:r>
    </w:p>
  </w:footnote>
  <w:footnote w:type="continuationSeparator" w:id="0">
    <w:p w:rsidR="00224065" w:rsidRDefault="00224065" w:rsidP="00E26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AB3" w:rsidRDefault="00E26AB3" w:rsidP="00E26AB3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24065"/>
    <w:rsid w:val="0029639D"/>
    <w:rsid w:val="00326F90"/>
    <w:rsid w:val="00AA1D8D"/>
    <w:rsid w:val="00B400B3"/>
    <w:rsid w:val="00B47730"/>
    <w:rsid w:val="00CB0664"/>
    <w:rsid w:val="00E26AB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C4C1A9BB-5AD6-4561-B2D3-41A4694F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018CDE-E15F-49AB-85AD-7317DFA69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2025-02-10T13:44:00Z</dcterms:modified>
  <cp:category/>
</cp:coreProperties>
</file>