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5058" w:rsidRPr="00BE4C5F" w:rsidRDefault="00E07DFA" w:rsidP="00BE4C5F">
      <w:pPr>
        <w:pStyle w:val="Heading1"/>
        <w:jc w:val="center"/>
        <w:rPr>
          <w:rFonts w:ascii="Kinetic Letters" w:hAnsi="Kinetic Letters"/>
          <w:sz w:val="40"/>
        </w:rPr>
      </w:pPr>
      <w:r w:rsidRPr="00BE4C5F">
        <w:rPr>
          <w:rFonts w:ascii="Kinetic Letters" w:hAnsi="Kinetic Letters"/>
          <w:sz w:val="40"/>
        </w:rPr>
        <w:t xml:space="preserve">Talk Like a Communicator </w:t>
      </w:r>
      <w:r w:rsidR="00506D1E">
        <w:rPr>
          <w:rFonts w:ascii="Courier New" w:hAnsi="Courier New" w:cs="Courier New"/>
          <w:sz w:val="40"/>
        </w:rPr>
        <w:t>–</w:t>
      </w:r>
      <w:r w:rsidRPr="00BE4C5F">
        <w:rPr>
          <w:rFonts w:ascii="Kinetic Letters" w:hAnsi="Kinetic Letters"/>
          <w:sz w:val="40"/>
        </w:rPr>
        <w:t xml:space="preserve"> </w:t>
      </w:r>
      <w:r w:rsidR="00506D1E">
        <w:rPr>
          <w:rFonts w:ascii="Kinetic Letters" w:hAnsi="Kinetic Letters"/>
          <w:sz w:val="40"/>
        </w:rPr>
        <w:t xml:space="preserve">Group Talk </w:t>
      </w:r>
      <w:bookmarkStart w:id="0" w:name="_GoBack"/>
      <w:bookmarkEnd w:id="0"/>
      <w:r w:rsidRPr="00BE4C5F">
        <w:rPr>
          <w:rFonts w:ascii="Kinetic Letters" w:hAnsi="Kinetic Letters"/>
          <w:sz w:val="40"/>
        </w:rPr>
        <w:t>Sentence Stems</w:t>
      </w:r>
    </w:p>
    <w:p w:rsidR="00435058" w:rsidRPr="00BE4C5F" w:rsidRDefault="00E07DFA">
      <w:pPr>
        <w:pStyle w:val="Heading2"/>
        <w:rPr>
          <w:rFonts w:ascii="Kinetic Letters" w:hAnsi="Kinetic Letters"/>
          <w:sz w:val="36"/>
        </w:rPr>
      </w:pPr>
      <w:r w:rsidRPr="00BE4C5F">
        <w:rPr>
          <w:rFonts w:ascii="Kinetic Letters" w:hAnsi="Kinetic Letters"/>
          <w:sz w:val="36"/>
        </w:rPr>
        <w:t>Upper Key Stage 2 (Years 5 &amp; 6)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40"/>
      </w:tblGrid>
      <w:tr w:rsidR="00435058" w:rsidRPr="00BE4C5F">
        <w:tc>
          <w:tcPr>
            <w:tcW w:w="8640" w:type="dxa"/>
          </w:tcPr>
          <w:p w:rsidR="00435058" w:rsidRPr="00BE4C5F" w:rsidRDefault="00E07DFA">
            <w:pPr>
              <w:rPr>
                <w:rFonts w:ascii="Kinetic Letters" w:hAnsi="Kinetic Letters"/>
                <w:sz w:val="32"/>
              </w:rPr>
            </w:pPr>
            <w:r w:rsidRPr="00BE4C5F">
              <w:rPr>
                <w:rFonts w:ascii="Kinetic Letters" w:hAnsi="Kinetic Letters"/>
                <w:sz w:val="32"/>
              </w:rPr>
              <w:t>Sentence Stems</w:t>
            </w:r>
          </w:p>
        </w:tc>
      </w:tr>
      <w:tr w:rsidR="00435058" w:rsidRPr="00BE4C5F">
        <w:tc>
          <w:tcPr>
            <w:tcW w:w="8640" w:type="dxa"/>
          </w:tcPr>
          <w:p w:rsidR="00435058" w:rsidRPr="00BE4C5F" w:rsidRDefault="00E07DFA">
            <w:pPr>
              <w:rPr>
                <w:rFonts w:ascii="Kinetic Letters" w:hAnsi="Kinetic Letters"/>
                <w:sz w:val="32"/>
              </w:rPr>
            </w:pPr>
            <w:r w:rsidRPr="00BE4C5F">
              <w:rPr>
                <w:rFonts w:ascii="Kinetic Letters" w:hAnsi="Kinetic Letters"/>
                <w:sz w:val="32"/>
              </w:rPr>
              <w:t>I agree with</w:t>
            </w:r>
            <w:r w:rsidRPr="00BE4C5F">
              <w:rPr>
                <w:rFonts w:ascii="Courier New" w:hAnsi="Courier New" w:cs="Courier New"/>
                <w:sz w:val="32"/>
              </w:rPr>
              <w:t>…</w:t>
            </w:r>
            <w:r w:rsidRPr="00BE4C5F">
              <w:rPr>
                <w:rFonts w:ascii="Kinetic Letters" w:hAnsi="Kinetic Letters"/>
                <w:sz w:val="32"/>
              </w:rPr>
              <w:t xml:space="preserve"> because</w:t>
            </w:r>
            <w:r w:rsidRPr="00BE4C5F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435058" w:rsidRPr="00BE4C5F">
        <w:tc>
          <w:tcPr>
            <w:tcW w:w="8640" w:type="dxa"/>
          </w:tcPr>
          <w:p w:rsidR="00435058" w:rsidRPr="00BE4C5F" w:rsidRDefault="00E07DFA">
            <w:pPr>
              <w:rPr>
                <w:rFonts w:ascii="Kinetic Letters" w:hAnsi="Kinetic Letters"/>
                <w:sz w:val="32"/>
              </w:rPr>
            </w:pPr>
            <w:r w:rsidRPr="00BE4C5F">
              <w:rPr>
                <w:rFonts w:ascii="Kinetic Letters" w:hAnsi="Kinetic Letters"/>
                <w:sz w:val="32"/>
              </w:rPr>
              <w:t>I see your point, but I think</w:t>
            </w:r>
            <w:r w:rsidRPr="00BE4C5F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435058" w:rsidRPr="00BE4C5F">
        <w:tc>
          <w:tcPr>
            <w:tcW w:w="8640" w:type="dxa"/>
          </w:tcPr>
          <w:p w:rsidR="00435058" w:rsidRPr="00BE4C5F" w:rsidRDefault="00E07DFA">
            <w:pPr>
              <w:rPr>
                <w:rFonts w:ascii="Kinetic Letters" w:hAnsi="Kinetic Letters"/>
                <w:sz w:val="32"/>
              </w:rPr>
            </w:pPr>
            <w:r w:rsidRPr="00BE4C5F">
              <w:rPr>
                <w:rFonts w:ascii="Kinetic Letters" w:hAnsi="Kinetic Letters"/>
                <w:sz w:val="32"/>
              </w:rPr>
              <w:t>Could you explain what you mean by</w:t>
            </w:r>
            <w:r w:rsidRPr="00BE4C5F">
              <w:rPr>
                <w:rFonts w:ascii="Courier New" w:hAnsi="Courier New" w:cs="Courier New"/>
                <w:sz w:val="32"/>
              </w:rPr>
              <w:t>…</w:t>
            </w:r>
            <w:r w:rsidRPr="00BE4C5F">
              <w:rPr>
                <w:rFonts w:ascii="Kinetic Letters" w:hAnsi="Kinetic Letters"/>
                <w:sz w:val="32"/>
              </w:rPr>
              <w:t>?</w:t>
            </w:r>
          </w:p>
        </w:tc>
      </w:tr>
      <w:tr w:rsidR="00435058" w:rsidRPr="00BE4C5F">
        <w:tc>
          <w:tcPr>
            <w:tcW w:w="8640" w:type="dxa"/>
          </w:tcPr>
          <w:p w:rsidR="00435058" w:rsidRPr="00BE4C5F" w:rsidRDefault="00E07DFA">
            <w:pPr>
              <w:rPr>
                <w:rFonts w:ascii="Kinetic Letters" w:hAnsi="Kinetic Letters"/>
                <w:sz w:val="32"/>
              </w:rPr>
            </w:pPr>
            <w:r w:rsidRPr="00BE4C5F">
              <w:rPr>
                <w:rFonts w:ascii="Kinetic Letters" w:hAnsi="Kinetic Letters"/>
                <w:sz w:val="32"/>
              </w:rPr>
              <w:t>I can build on your idea by</w:t>
            </w:r>
            <w:r w:rsidRPr="00BE4C5F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435058" w:rsidRPr="00BE4C5F">
        <w:tc>
          <w:tcPr>
            <w:tcW w:w="8640" w:type="dxa"/>
          </w:tcPr>
          <w:p w:rsidR="00435058" w:rsidRPr="00BE4C5F" w:rsidRDefault="00E07DFA">
            <w:pPr>
              <w:rPr>
                <w:rFonts w:ascii="Kinetic Letters" w:hAnsi="Kinetic Letters"/>
                <w:sz w:val="32"/>
              </w:rPr>
            </w:pPr>
            <w:r w:rsidRPr="00BE4C5F">
              <w:rPr>
                <w:rFonts w:ascii="Kinetic Letters" w:hAnsi="Kinetic Letters"/>
                <w:sz w:val="32"/>
              </w:rPr>
              <w:t>A good example of this is</w:t>
            </w:r>
            <w:r w:rsidRPr="00BE4C5F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435058" w:rsidRPr="00BE4C5F">
        <w:tc>
          <w:tcPr>
            <w:tcW w:w="8640" w:type="dxa"/>
          </w:tcPr>
          <w:p w:rsidR="00435058" w:rsidRPr="00BE4C5F" w:rsidRDefault="00E07DFA">
            <w:pPr>
              <w:rPr>
                <w:rFonts w:ascii="Kinetic Letters" w:hAnsi="Kinetic Letters"/>
                <w:sz w:val="32"/>
              </w:rPr>
            </w:pPr>
            <w:r w:rsidRPr="00BE4C5F">
              <w:rPr>
                <w:rFonts w:ascii="Kinetic Letters" w:hAnsi="Kinetic Letters"/>
                <w:sz w:val="32"/>
              </w:rPr>
              <w:t>I respectfully disagree because</w:t>
            </w:r>
            <w:r w:rsidRPr="00BE4C5F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435058" w:rsidRPr="00BE4C5F">
        <w:tc>
          <w:tcPr>
            <w:tcW w:w="8640" w:type="dxa"/>
          </w:tcPr>
          <w:p w:rsidR="00435058" w:rsidRPr="00BE4C5F" w:rsidRDefault="00E07DFA">
            <w:pPr>
              <w:rPr>
                <w:rFonts w:ascii="Kinetic Letters" w:hAnsi="Kinetic Letters"/>
                <w:sz w:val="32"/>
              </w:rPr>
            </w:pPr>
            <w:r w:rsidRPr="00BE4C5F">
              <w:rPr>
                <w:rFonts w:ascii="Kinetic Letters" w:hAnsi="Kinetic Letters"/>
                <w:sz w:val="32"/>
              </w:rPr>
              <w:t>To clarify, what I mean is</w:t>
            </w:r>
            <w:r w:rsidRPr="00BE4C5F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435058" w:rsidRPr="00BE4C5F">
        <w:tc>
          <w:tcPr>
            <w:tcW w:w="8640" w:type="dxa"/>
          </w:tcPr>
          <w:p w:rsidR="00435058" w:rsidRPr="00BE4C5F" w:rsidRDefault="00E07DFA">
            <w:pPr>
              <w:rPr>
                <w:rFonts w:ascii="Kinetic Letters" w:hAnsi="Kinetic Letters"/>
                <w:sz w:val="32"/>
              </w:rPr>
            </w:pPr>
            <w:r w:rsidRPr="00BE4C5F">
              <w:rPr>
                <w:rFonts w:ascii="Kinetic Letters" w:hAnsi="Kinetic Letters"/>
                <w:sz w:val="32"/>
              </w:rPr>
              <w:t>The key point here is</w:t>
            </w:r>
            <w:r w:rsidRPr="00BE4C5F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435058" w:rsidRPr="00BE4C5F">
        <w:tc>
          <w:tcPr>
            <w:tcW w:w="8640" w:type="dxa"/>
          </w:tcPr>
          <w:p w:rsidR="00435058" w:rsidRPr="00BE4C5F" w:rsidRDefault="00E07DFA">
            <w:pPr>
              <w:rPr>
                <w:rFonts w:ascii="Kinetic Letters" w:hAnsi="Kinetic Letters"/>
                <w:sz w:val="32"/>
              </w:rPr>
            </w:pPr>
            <w:r w:rsidRPr="00BE4C5F">
              <w:rPr>
                <w:rFonts w:ascii="Kinetic Letters" w:hAnsi="Kinetic Letters"/>
                <w:sz w:val="32"/>
              </w:rPr>
              <w:t>One question I h</w:t>
            </w:r>
            <w:r w:rsidRPr="00BE4C5F">
              <w:rPr>
                <w:rFonts w:ascii="Kinetic Letters" w:hAnsi="Kinetic Letters"/>
                <w:sz w:val="32"/>
              </w:rPr>
              <w:t>ave is</w:t>
            </w:r>
            <w:r w:rsidRPr="00BE4C5F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435058" w:rsidRPr="00BE4C5F">
        <w:tc>
          <w:tcPr>
            <w:tcW w:w="8640" w:type="dxa"/>
          </w:tcPr>
          <w:p w:rsidR="00435058" w:rsidRPr="00BE4C5F" w:rsidRDefault="00E07DFA">
            <w:pPr>
              <w:rPr>
                <w:rFonts w:ascii="Kinetic Letters" w:hAnsi="Kinetic Letters"/>
                <w:sz w:val="32"/>
              </w:rPr>
            </w:pPr>
            <w:r w:rsidRPr="00BE4C5F">
              <w:rPr>
                <w:rFonts w:ascii="Kinetic Letters" w:hAnsi="Kinetic Letters"/>
                <w:sz w:val="32"/>
              </w:rPr>
              <w:t>To summarise, we have discussed</w:t>
            </w:r>
            <w:r w:rsidRPr="00BE4C5F">
              <w:rPr>
                <w:rFonts w:ascii="Courier New" w:hAnsi="Courier New" w:cs="Courier New"/>
                <w:sz w:val="32"/>
              </w:rPr>
              <w:t>…</w:t>
            </w:r>
          </w:p>
        </w:tc>
      </w:tr>
    </w:tbl>
    <w:p w:rsidR="00435058" w:rsidRPr="00BE4C5F" w:rsidRDefault="00E07DFA">
      <w:pPr>
        <w:pStyle w:val="Heading2"/>
        <w:rPr>
          <w:rFonts w:ascii="Kinetic Letters" w:hAnsi="Kinetic Letters"/>
          <w:sz w:val="36"/>
        </w:rPr>
      </w:pPr>
      <w:r w:rsidRPr="00BE4C5F">
        <w:rPr>
          <w:rFonts w:ascii="Kinetic Letters" w:hAnsi="Kinetic Letters"/>
          <w:sz w:val="36"/>
        </w:rPr>
        <w:t>Lower Key Stage 2 (Years 3 &amp; 4)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40"/>
      </w:tblGrid>
      <w:tr w:rsidR="00435058" w:rsidRPr="00BE4C5F">
        <w:tc>
          <w:tcPr>
            <w:tcW w:w="8640" w:type="dxa"/>
          </w:tcPr>
          <w:p w:rsidR="00435058" w:rsidRPr="00BE4C5F" w:rsidRDefault="00E07DFA">
            <w:pPr>
              <w:rPr>
                <w:rFonts w:ascii="Kinetic Letters" w:hAnsi="Kinetic Letters"/>
                <w:sz w:val="32"/>
              </w:rPr>
            </w:pPr>
            <w:r w:rsidRPr="00BE4C5F">
              <w:rPr>
                <w:rFonts w:ascii="Kinetic Letters" w:hAnsi="Kinetic Letters"/>
                <w:sz w:val="32"/>
              </w:rPr>
              <w:t>Sentence Stems</w:t>
            </w:r>
          </w:p>
        </w:tc>
      </w:tr>
      <w:tr w:rsidR="00435058" w:rsidRPr="00BE4C5F">
        <w:tc>
          <w:tcPr>
            <w:tcW w:w="8640" w:type="dxa"/>
          </w:tcPr>
          <w:p w:rsidR="00435058" w:rsidRPr="00BE4C5F" w:rsidRDefault="00E07DFA">
            <w:pPr>
              <w:rPr>
                <w:rFonts w:ascii="Kinetic Letters" w:hAnsi="Kinetic Letters"/>
                <w:sz w:val="32"/>
              </w:rPr>
            </w:pPr>
            <w:r w:rsidRPr="00BE4C5F">
              <w:rPr>
                <w:rFonts w:ascii="Kinetic Letters" w:hAnsi="Kinetic Letters"/>
                <w:sz w:val="32"/>
              </w:rPr>
              <w:t>I think that</w:t>
            </w:r>
            <w:r w:rsidRPr="00BE4C5F">
              <w:rPr>
                <w:rFonts w:ascii="Courier New" w:hAnsi="Courier New" w:cs="Courier New"/>
                <w:sz w:val="32"/>
              </w:rPr>
              <w:t>…</w:t>
            </w:r>
            <w:r w:rsidRPr="00BE4C5F">
              <w:rPr>
                <w:rFonts w:ascii="Kinetic Letters" w:hAnsi="Kinetic Letters"/>
                <w:sz w:val="32"/>
              </w:rPr>
              <w:t xml:space="preserve"> because</w:t>
            </w:r>
            <w:r w:rsidRPr="00BE4C5F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435058" w:rsidRPr="00BE4C5F">
        <w:tc>
          <w:tcPr>
            <w:tcW w:w="8640" w:type="dxa"/>
          </w:tcPr>
          <w:p w:rsidR="00435058" w:rsidRPr="00BE4C5F" w:rsidRDefault="00E07DFA">
            <w:pPr>
              <w:rPr>
                <w:rFonts w:ascii="Kinetic Letters" w:hAnsi="Kinetic Letters"/>
                <w:sz w:val="32"/>
              </w:rPr>
            </w:pPr>
            <w:r w:rsidRPr="00BE4C5F">
              <w:rPr>
                <w:rFonts w:ascii="Kinetic Letters" w:hAnsi="Kinetic Letters"/>
                <w:sz w:val="32"/>
              </w:rPr>
              <w:t>Another idea could be</w:t>
            </w:r>
            <w:r w:rsidRPr="00BE4C5F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435058" w:rsidRPr="00BE4C5F">
        <w:tc>
          <w:tcPr>
            <w:tcW w:w="8640" w:type="dxa"/>
          </w:tcPr>
          <w:p w:rsidR="00435058" w:rsidRPr="00BE4C5F" w:rsidRDefault="00E07DFA">
            <w:pPr>
              <w:rPr>
                <w:rFonts w:ascii="Kinetic Letters" w:hAnsi="Kinetic Letters"/>
                <w:sz w:val="32"/>
              </w:rPr>
            </w:pPr>
            <w:r w:rsidRPr="00BE4C5F">
              <w:rPr>
                <w:rFonts w:ascii="Kinetic Letters" w:hAnsi="Kinetic Letters"/>
                <w:sz w:val="32"/>
              </w:rPr>
              <w:t>I understand your point, but</w:t>
            </w:r>
            <w:r w:rsidRPr="00BE4C5F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435058" w:rsidRPr="00BE4C5F">
        <w:tc>
          <w:tcPr>
            <w:tcW w:w="8640" w:type="dxa"/>
          </w:tcPr>
          <w:p w:rsidR="00435058" w:rsidRPr="00BE4C5F" w:rsidRDefault="00E07DFA">
            <w:pPr>
              <w:rPr>
                <w:rFonts w:ascii="Kinetic Letters" w:hAnsi="Kinetic Letters"/>
                <w:sz w:val="32"/>
              </w:rPr>
            </w:pPr>
            <w:r w:rsidRPr="00BE4C5F">
              <w:rPr>
                <w:rFonts w:ascii="Kinetic Letters" w:hAnsi="Kinetic Letters"/>
                <w:sz w:val="32"/>
              </w:rPr>
              <w:t>Can you explain why you think that?</w:t>
            </w:r>
          </w:p>
        </w:tc>
      </w:tr>
      <w:tr w:rsidR="00435058" w:rsidRPr="00BE4C5F">
        <w:tc>
          <w:tcPr>
            <w:tcW w:w="8640" w:type="dxa"/>
          </w:tcPr>
          <w:p w:rsidR="00435058" w:rsidRPr="00BE4C5F" w:rsidRDefault="00E07DFA">
            <w:pPr>
              <w:rPr>
                <w:rFonts w:ascii="Kinetic Letters" w:hAnsi="Kinetic Letters"/>
                <w:sz w:val="32"/>
              </w:rPr>
            </w:pPr>
            <w:r w:rsidRPr="00BE4C5F">
              <w:rPr>
                <w:rFonts w:ascii="Kinetic Letters" w:hAnsi="Kinetic Letters"/>
                <w:sz w:val="32"/>
              </w:rPr>
              <w:t>That makes sense because</w:t>
            </w:r>
            <w:r w:rsidRPr="00BE4C5F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435058" w:rsidRPr="00BE4C5F">
        <w:tc>
          <w:tcPr>
            <w:tcW w:w="8640" w:type="dxa"/>
          </w:tcPr>
          <w:p w:rsidR="00435058" w:rsidRPr="00BE4C5F" w:rsidRDefault="00E07DFA">
            <w:pPr>
              <w:rPr>
                <w:rFonts w:ascii="Kinetic Letters" w:hAnsi="Kinetic Letters"/>
                <w:sz w:val="32"/>
              </w:rPr>
            </w:pPr>
            <w:r w:rsidRPr="00BE4C5F">
              <w:rPr>
                <w:rFonts w:ascii="Kinetic Letters" w:hAnsi="Kinetic Letters"/>
                <w:sz w:val="32"/>
              </w:rPr>
              <w:t xml:space="preserve">I have a different </w:t>
            </w:r>
            <w:r w:rsidRPr="00BE4C5F">
              <w:rPr>
                <w:rFonts w:ascii="Kinetic Letters" w:hAnsi="Kinetic Letters"/>
                <w:sz w:val="32"/>
              </w:rPr>
              <w:t>opinion because</w:t>
            </w:r>
            <w:r w:rsidRPr="00BE4C5F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435058" w:rsidRPr="00BE4C5F">
        <w:tc>
          <w:tcPr>
            <w:tcW w:w="8640" w:type="dxa"/>
          </w:tcPr>
          <w:p w:rsidR="00435058" w:rsidRPr="00BE4C5F" w:rsidRDefault="00E07DFA">
            <w:pPr>
              <w:rPr>
                <w:rFonts w:ascii="Kinetic Letters" w:hAnsi="Kinetic Letters"/>
                <w:sz w:val="32"/>
              </w:rPr>
            </w:pPr>
            <w:r w:rsidRPr="00BE4C5F">
              <w:rPr>
                <w:rFonts w:ascii="Kinetic Letters" w:hAnsi="Kinetic Letters"/>
                <w:sz w:val="32"/>
              </w:rPr>
              <w:t>I noticed that</w:t>
            </w:r>
            <w:r w:rsidRPr="00BE4C5F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435058" w:rsidRPr="00BE4C5F">
        <w:tc>
          <w:tcPr>
            <w:tcW w:w="8640" w:type="dxa"/>
          </w:tcPr>
          <w:p w:rsidR="00435058" w:rsidRPr="00BE4C5F" w:rsidRDefault="00E07DFA">
            <w:pPr>
              <w:rPr>
                <w:rFonts w:ascii="Kinetic Letters" w:hAnsi="Kinetic Letters"/>
                <w:sz w:val="32"/>
              </w:rPr>
            </w:pPr>
            <w:r w:rsidRPr="00BE4C5F">
              <w:rPr>
                <w:rFonts w:ascii="Kinetic Letters" w:hAnsi="Kinetic Letters"/>
                <w:sz w:val="32"/>
              </w:rPr>
              <w:t>I wonder if</w:t>
            </w:r>
            <w:r w:rsidRPr="00BE4C5F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435058" w:rsidRPr="00BE4C5F">
        <w:tc>
          <w:tcPr>
            <w:tcW w:w="8640" w:type="dxa"/>
          </w:tcPr>
          <w:p w:rsidR="00435058" w:rsidRPr="00BE4C5F" w:rsidRDefault="00E07DFA">
            <w:pPr>
              <w:rPr>
                <w:rFonts w:ascii="Kinetic Letters" w:hAnsi="Kinetic Letters"/>
                <w:sz w:val="32"/>
              </w:rPr>
            </w:pPr>
            <w:r w:rsidRPr="00BE4C5F">
              <w:rPr>
                <w:rFonts w:ascii="Kinetic Letters" w:hAnsi="Kinetic Letters"/>
                <w:sz w:val="32"/>
              </w:rPr>
              <w:t>My evidence for this is</w:t>
            </w:r>
            <w:r w:rsidRPr="00BE4C5F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435058" w:rsidRPr="00BE4C5F">
        <w:tc>
          <w:tcPr>
            <w:tcW w:w="8640" w:type="dxa"/>
          </w:tcPr>
          <w:p w:rsidR="00435058" w:rsidRPr="00BE4C5F" w:rsidRDefault="00E07DFA">
            <w:pPr>
              <w:rPr>
                <w:rFonts w:ascii="Kinetic Letters" w:hAnsi="Kinetic Letters"/>
                <w:sz w:val="32"/>
              </w:rPr>
            </w:pPr>
            <w:r w:rsidRPr="00BE4C5F">
              <w:rPr>
                <w:rFonts w:ascii="Kinetic Letters" w:hAnsi="Kinetic Letters"/>
                <w:sz w:val="32"/>
              </w:rPr>
              <w:t>To conclude, we have learned that</w:t>
            </w:r>
            <w:r w:rsidRPr="00BE4C5F">
              <w:rPr>
                <w:rFonts w:ascii="Courier New" w:hAnsi="Courier New" w:cs="Courier New"/>
                <w:sz w:val="32"/>
              </w:rPr>
              <w:t>…</w:t>
            </w:r>
          </w:p>
        </w:tc>
      </w:tr>
    </w:tbl>
    <w:p w:rsidR="00435058" w:rsidRPr="00BE4C5F" w:rsidRDefault="00435058">
      <w:pPr>
        <w:rPr>
          <w:rFonts w:ascii="Kinetic Letters" w:hAnsi="Kinetic Letters"/>
          <w:sz w:val="32"/>
        </w:rPr>
      </w:pPr>
    </w:p>
    <w:p w:rsidR="00435058" w:rsidRPr="00BE4C5F" w:rsidRDefault="00E07DFA">
      <w:pPr>
        <w:pStyle w:val="Heading2"/>
        <w:rPr>
          <w:rFonts w:ascii="Kinetic Letters" w:hAnsi="Kinetic Letters"/>
          <w:sz w:val="36"/>
        </w:rPr>
      </w:pPr>
      <w:r w:rsidRPr="00BE4C5F">
        <w:rPr>
          <w:rFonts w:ascii="Kinetic Letters" w:hAnsi="Kinetic Letters"/>
          <w:sz w:val="36"/>
        </w:rPr>
        <w:lastRenderedPageBreak/>
        <w:t>Key Stage 1 (Years 1 &amp; 2)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40"/>
      </w:tblGrid>
      <w:tr w:rsidR="00435058" w:rsidRPr="00BE4C5F">
        <w:tc>
          <w:tcPr>
            <w:tcW w:w="8640" w:type="dxa"/>
          </w:tcPr>
          <w:p w:rsidR="00435058" w:rsidRPr="00BE4C5F" w:rsidRDefault="00E07DFA">
            <w:pPr>
              <w:rPr>
                <w:rFonts w:ascii="Kinetic Letters" w:hAnsi="Kinetic Letters"/>
                <w:sz w:val="32"/>
              </w:rPr>
            </w:pPr>
            <w:r w:rsidRPr="00BE4C5F">
              <w:rPr>
                <w:rFonts w:ascii="Kinetic Letters" w:hAnsi="Kinetic Letters"/>
                <w:sz w:val="32"/>
              </w:rPr>
              <w:t>Sentence Stems</w:t>
            </w:r>
          </w:p>
        </w:tc>
      </w:tr>
      <w:tr w:rsidR="00435058" w:rsidRPr="00BE4C5F">
        <w:tc>
          <w:tcPr>
            <w:tcW w:w="8640" w:type="dxa"/>
          </w:tcPr>
          <w:p w:rsidR="00435058" w:rsidRPr="00BE4C5F" w:rsidRDefault="00E07DFA">
            <w:pPr>
              <w:rPr>
                <w:rFonts w:ascii="Kinetic Letters" w:hAnsi="Kinetic Letters"/>
                <w:sz w:val="32"/>
              </w:rPr>
            </w:pPr>
            <w:r w:rsidRPr="00BE4C5F">
              <w:rPr>
                <w:rFonts w:ascii="Kinetic Letters" w:hAnsi="Kinetic Letters"/>
                <w:sz w:val="32"/>
              </w:rPr>
              <w:t>I think</w:t>
            </w:r>
            <w:r w:rsidRPr="00BE4C5F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435058" w:rsidRPr="00BE4C5F">
        <w:tc>
          <w:tcPr>
            <w:tcW w:w="8640" w:type="dxa"/>
          </w:tcPr>
          <w:p w:rsidR="00435058" w:rsidRPr="00BE4C5F" w:rsidRDefault="00E07DFA">
            <w:pPr>
              <w:rPr>
                <w:rFonts w:ascii="Kinetic Letters" w:hAnsi="Kinetic Letters"/>
                <w:sz w:val="32"/>
              </w:rPr>
            </w:pPr>
            <w:r w:rsidRPr="00BE4C5F">
              <w:rPr>
                <w:rFonts w:ascii="Kinetic Letters" w:hAnsi="Kinetic Letters"/>
                <w:sz w:val="32"/>
              </w:rPr>
              <w:t>This reminds me of</w:t>
            </w:r>
            <w:r w:rsidRPr="00BE4C5F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435058" w:rsidRPr="00BE4C5F">
        <w:tc>
          <w:tcPr>
            <w:tcW w:w="8640" w:type="dxa"/>
          </w:tcPr>
          <w:p w:rsidR="00435058" w:rsidRPr="00BE4C5F" w:rsidRDefault="00E07DFA">
            <w:pPr>
              <w:rPr>
                <w:rFonts w:ascii="Kinetic Letters" w:hAnsi="Kinetic Letters"/>
                <w:sz w:val="32"/>
              </w:rPr>
            </w:pPr>
            <w:r w:rsidRPr="00BE4C5F">
              <w:rPr>
                <w:rFonts w:ascii="Kinetic Letters" w:hAnsi="Kinetic Letters"/>
                <w:sz w:val="32"/>
              </w:rPr>
              <w:t>I agree because</w:t>
            </w:r>
            <w:r w:rsidRPr="00BE4C5F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435058" w:rsidRPr="00BE4C5F">
        <w:tc>
          <w:tcPr>
            <w:tcW w:w="8640" w:type="dxa"/>
          </w:tcPr>
          <w:p w:rsidR="00435058" w:rsidRPr="00BE4C5F" w:rsidRDefault="00E07DFA">
            <w:pPr>
              <w:rPr>
                <w:rFonts w:ascii="Kinetic Letters" w:hAnsi="Kinetic Letters"/>
                <w:sz w:val="32"/>
              </w:rPr>
            </w:pPr>
            <w:r w:rsidRPr="00BE4C5F">
              <w:rPr>
                <w:rFonts w:ascii="Kinetic Letters" w:hAnsi="Kinetic Letters"/>
                <w:sz w:val="32"/>
              </w:rPr>
              <w:t>I don’t agree because</w:t>
            </w:r>
            <w:r w:rsidRPr="00BE4C5F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435058" w:rsidRPr="00BE4C5F">
        <w:tc>
          <w:tcPr>
            <w:tcW w:w="8640" w:type="dxa"/>
          </w:tcPr>
          <w:p w:rsidR="00435058" w:rsidRPr="00BE4C5F" w:rsidRDefault="00E07DFA">
            <w:pPr>
              <w:rPr>
                <w:rFonts w:ascii="Kinetic Letters" w:hAnsi="Kinetic Letters"/>
                <w:sz w:val="32"/>
              </w:rPr>
            </w:pPr>
            <w:r w:rsidRPr="00BE4C5F">
              <w:rPr>
                <w:rFonts w:ascii="Kinetic Letters" w:hAnsi="Kinetic Letters"/>
                <w:sz w:val="32"/>
              </w:rPr>
              <w:t>Can you tell me more?</w:t>
            </w:r>
          </w:p>
        </w:tc>
      </w:tr>
      <w:tr w:rsidR="00435058" w:rsidRPr="00BE4C5F">
        <w:tc>
          <w:tcPr>
            <w:tcW w:w="8640" w:type="dxa"/>
          </w:tcPr>
          <w:p w:rsidR="00435058" w:rsidRPr="00BE4C5F" w:rsidRDefault="00E07DFA">
            <w:pPr>
              <w:rPr>
                <w:rFonts w:ascii="Kinetic Letters" w:hAnsi="Kinetic Letters"/>
                <w:sz w:val="32"/>
              </w:rPr>
            </w:pPr>
            <w:r w:rsidRPr="00BE4C5F">
              <w:rPr>
                <w:rFonts w:ascii="Kinetic Letters" w:hAnsi="Kinetic Letters"/>
                <w:sz w:val="32"/>
              </w:rPr>
              <w:t xml:space="preserve">I </w:t>
            </w:r>
            <w:r w:rsidRPr="00BE4C5F">
              <w:rPr>
                <w:rFonts w:ascii="Kinetic Letters" w:hAnsi="Kinetic Letters"/>
                <w:sz w:val="32"/>
              </w:rPr>
              <w:t>know this because</w:t>
            </w:r>
            <w:r w:rsidRPr="00BE4C5F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435058" w:rsidRPr="00BE4C5F">
        <w:tc>
          <w:tcPr>
            <w:tcW w:w="8640" w:type="dxa"/>
          </w:tcPr>
          <w:p w:rsidR="00435058" w:rsidRPr="00BE4C5F" w:rsidRDefault="00E07DFA">
            <w:pPr>
              <w:rPr>
                <w:rFonts w:ascii="Kinetic Letters" w:hAnsi="Kinetic Letters"/>
                <w:sz w:val="32"/>
              </w:rPr>
            </w:pPr>
            <w:r w:rsidRPr="00BE4C5F">
              <w:rPr>
                <w:rFonts w:ascii="Kinetic Letters" w:hAnsi="Kinetic Letters"/>
                <w:sz w:val="32"/>
              </w:rPr>
              <w:t>My idea is</w:t>
            </w:r>
            <w:r w:rsidRPr="00BE4C5F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435058" w:rsidRPr="00BE4C5F">
        <w:tc>
          <w:tcPr>
            <w:tcW w:w="8640" w:type="dxa"/>
          </w:tcPr>
          <w:p w:rsidR="00435058" w:rsidRPr="00BE4C5F" w:rsidRDefault="00E07DFA">
            <w:pPr>
              <w:rPr>
                <w:rFonts w:ascii="Kinetic Letters" w:hAnsi="Kinetic Letters"/>
                <w:sz w:val="32"/>
              </w:rPr>
            </w:pPr>
            <w:r w:rsidRPr="00BE4C5F">
              <w:rPr>
                <w:rFonts w:ascii="Kinetic Letters" w:hAnsi="Kinetic Letters"/>
                <w:sz w:val="32"/>
              </w:rPr>
              <w:t>What do you think?</w:t>
            </w:r>
          </w:p>
        </w:tc>
      </w:tr>
      <w:tr w:rsidR="00435058" w:rsidRPr="00BE4C5F">
        <w:tc>
          <w:tcPr>
            <w:tcW w:w="8640" w:type="dxa"/>
          </w:tcPr>
          <w:p w:rsidR="00435058" w:rsidRPr="00BE4C5F" w:rsidRDefault="00E07DFA">
            <w:pPr>
              <w:rPr>
                <w:rFonts w:ascii="Kinetic Letters" w:hAnsi="Kinetic Letters"/>
                <w:sz w:val="32"/>
              </w:rPr>
            </w:pPr>
            <w:r w:rsidRPr="00BE4C5F">
              <w:rPr>
                <w:rFonts w:ascii="Kinetic Letters" w:hAnsi="Kinetic Letters"/>
                <w:sz w:val="32"/>
              </w:rPr>
              <w:t>This is important because</w:t>
            </w:r>
            <w:r w:rsidRPr="00BE4C5F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435058" w:rsidRPr="00BE4C5F">
        <w:tc>
          <w:tcPr>
            <w:tcW w:w="8640" w:type="dxa"/>
          </w:tcPr>
          <w:p w:rsidR="00435058" w:rsidRPr="00BE4C5F" w:rsidRDefault="00E07DFA">
            <w:pPr>
              <w:rPr>
                <w:rFonts w:ascii="Kinetic Letters" w:hAnsi="Kinetic Letters"/>
                <w:sz w:val="32"/>
              </w:rPr>
            </w:pPr>
            <w:r w:rsidRPr="00BE4C5F">
              <w:rPr>
                <w:rFonts w:ascii="Kinetic Letters" w:hAnsi="Kinetic Letters"/>
                <w:sz w:val="32"/>
              </w:rPr>
              <w:t>I have a question about</w:t>
            </w:r>
            <w:r w:rsidRPr="00BE4C5F">
              <w:rPr>
                <w:rFonts w:ascii="Courier New" w:hAnsi="Courier New" w:cs="Courier New"/>
                <w:sz w:val="32"/>
              </w:rPr>
              <w:t>…</w:t>
            </w:r>
          </w:p>
        </w:tc>
      </w:tr>
    </w:tbl>
    <w:p w:rsidR="00435058" w:rsidRPr="00BE4C5F" w:rsidRDefault="00E07DFA">
      <w:pPr>
        <w:pStyle w:val="Heading2"/>
        <w:rPr>
          <w:rFonts w:ascii="Kinetic Letters" w:hAnsi="Kinetic Letters"/>
          <w:sz w:val="36"/>
        </w:rPr>
      </w:pPr>
      <w:r w:rsidRPr="00BE4C5F">
        <w:rPr>
          <w:rFonts w:ascii="Kinetic Letters" w:hAnsi="Kinetic Letters"/>
          <w:sz w:val="36"/>
        </w:rPr>
        <w:t>Early Years (Reception)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40"/>
      </w:tblGrid>
      <w:tr w:rsidR="00435058" w:rsidRPr="00BE4C5F">
        <w:tc>
          <w:tcPr>
            <w:tcW w:w="8640" w:type="dxa"/>
          </w:tcPr>
          <w:p w:rsidR="00435058" w:rsidRPr="00BE4C5F" w:rsidRDefault="00E07DFA">
            <w:pPr>
              <w:rPr>
                <w:rFonts w:ascii="Kinetic Letters" w:hAnsi="Kinetic Letters"/>
                <w:sz w:val="32"/>
              </w:rPr>
            </w:pPr>
            <w:r w:rsidRPr="00BE4C5F">
              <w:rPr>
                <w:rFonts w:ascii="Kinetic Letters" w:hAnsi="Kinetic Letters"/>
                <w:sz w:val="32"/>
              </w:rPr>
              <w:t>Sentence Stems</w:t>
            </w:r>
          </w:p>
        </w:tc>
      </w:tr>
      <w:tr w:rsidR="00435058" w:rsidRPr="00BE4C5F">
        <w:tc>
          <w:tcPr>
            <w:tcW w:w="8640" w:type="dxa"/>
          </w:tcPr>
          <w:p w:rsidR="00435058" w:rsidRPr="00BE4C5F" w:rsidRDefault="00E07DFA">
            <w:pPr>
              <w:rPr>
                <w:rFonts w:ascii="Kinetic Letters" w:hAnsi="Kinetic Letters"/>
                <w:sz w:val="32"/>
              </w:rPr>
            </w:pPr>
            <w:r w:rsidRPr="00BE4C5F">
              <w:rPr>
                <w:rFonts w:ascii="Kinetic Letters" w:hAnsi="Kinetic Letters"/>
                <w:sz w:val="32"/>
              </w:rPr>
              <w:t>I like</w:t>
            </w:r>
            <w:r w:rsidRPr="00BE4C5F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435058" w:rsidRPr="00BE4C5F">
        <w:tc>
          <w:tcPr>
            <w:tcW w:w="8640" w:type="dxa"/>
          </w:tcPr>
          <w:p w:rsidR="00435058" w:rsidRPr="00BE4C5F" w:rsidRDefault="00E07DFA">
            <w:pPr>
              <w:rPr>
                <w:rFonts w:ascii="Kinetic Letters" w:hAnsi="Kinetic Letters"/>
                <w:sz w:val="32"/>
              </w:rPr>
            </w:pPr>
            <w:r w:rsidRPr="00BE4C5F">
              <w:rPr>
                <w:rFonts w:ascii="Kinetic Letters" w:hAnsi="Kinetic Letters"/>
                <w:sz w:val="32"/>
              </w:rPr>
              <w:t>I see</w:t>
            </w:r>
            <w:r w:rsidRPr="00BE4C5F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435058" w:rsidRPr="00BE4C5F">
        <w:tc>
          <w:tcPr>
            <w:tcW w:w="8640" w:type="dxa"/>
          </w:tcPr>
          <w:p w:rsidR="00435058" w:rsidRPr="00BE4C5F" w:rsidRDefault="00E07DFA">
            <w:pPr>
              <w:rPr>
                <w:rFonts w:ascii="Kinetic Letters" w:hAnsi="Kinetic Letters"/>
                <w:sz w:val="32"/>
              </w:rPr>
            </w:pPr>
            <w:r w:rsidRPr="00BE4C5F">
              <w:rPr>
                <w:rFonts w:ascii="Kinetic Letters" w:hAnsi="Kinetic Letters"/>
                <w:sz w:val="32"/>
              </w:rPr>
              <w:t>I hear</w:t>
            </w:r>
            <w:r w:rsidRPr="00BE4C5F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435058" w:rsidRPr="00BE4C5F">
        <w:tc>
          <w:tcPr>
            <w:tcW w:w="8640" w:type="dxa"/>
          </w:tcPr>
          <w:p w:rsidR="00435058" w:rsidRPr="00BE4C5F" w:rsidRDefault="00E07DFA">
            <w:pPr>
              <w:rPr>
                <w:rFonts w:ascii="Kinetic Letters" w:hAnsi="Kinetic Letters"/>
                <w:sz w:val="32"/>
              </w:rPr>
            </w:pPr>
            <w:r w:rsidRPr="00BE4C5F">
              <w:rPr>
                <w:rFonts w:ascii="Kinetic Letters" w:hAnsi="Kinetic Letters"/>
                <w:sz w:val="32"/>
              </w:rPr>
              <w:t>I can say</w:t>
            </w:r>
            <w:r w:rsidRPr="00BE4C5F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435058" w:rsidRPr="00BE4C5F">
        <w:tc>
          <w:tcPr>
            <w:tcW w:w="8640" w:type="dxa"/>
          </w:tcPr>
          <w:p w:rsidR="00435058" w:rsidRPr="00BE4C5F" w:rsidRDefault="00E07DFA">
            <w:pPr>
              <w:rPr>
                <w:rFonts w:ascii="Kinetic Letters" w:hAnsi="Kinetic Letters"/>
                <w:sz w:val="32"/>
              </w:rPr>
            </w:pPr>
            <w:r w:rsidRPr="00BE4C5F">
              <w:rPr>
                <w:rFonts w:ascii="Kinetic Letters" w:hAnsi="Kinetic Letters"/>
                <w:sz w:val="32"/>
              </w:rPr>
              <w:t>Can you help me?</w:t>
            </w:r>
          </w:p>
        </w:tc>
      </w:tr>
      <w:tr w:rsidR="00435058" w:rsidRPr="00BE4C5F">
        <w:tc>
          <w:tcPr>
            <w:tcW w:w="8640" w:type="dxa"/>
          </w:tcPr>
          <w:p w:rsidR="00435058" w:rsidRPr="00BE4C5F" w:rsidRDefault="00E07DFA">
            <w:pPr>
              <w:rPr>
                <w:rFonts w:ascii="Kinetic Letters" w:hAnsi="Kinetic Letters"/>
                <w:sz w:val="32"/>
              </w:rPr>
            </w:pPr>
            <w:r w:rsidRPr="00BE4C5F">
              <w:rPr>
                <w:rFonts w:ascii="Kinetic Letters" w:hAnsi="Kinetic Letters"/>
                <w:sz w:val="32"/>
              </w:rPr>
              <w:t>This makes me feel</w:t>
            </w:r>
            <w:r w:rsidRPr="00BE4C5F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435058" w:rsidRPr="00BE4C5F">
        <w:tc>
          <w:tcPr>
            <w:tcW w:w="8640" w:type="dxa"/>
          </w:tcPr>
          <w:p w:rsidR="00435058" w:rsidRPr="00BE4C5F" w:rsidRDefault="00E07DFA">
            <w:pPr>
              <w:rPr>
                <w:rFonts w:ascii="Kinetic Letters" w:hAnsi="Kinetic Letters"/>
                <w:sz w:val="32"/>
              </w:rPr>
            </w:pPr>
            <w:r w:rsidRPr="00BE4C5F">
              <w:rPr>
                <w:rFonts w:ascii="Kinetic Letters" w:hAnsi="Kinetic Letters"/>
                <w:sz w:val="32"/>
              </w:rPr>
              <w:t>My turn to talk</w:t>
            </w:r>
            <w:r w:rsidRPr="00BE4C5F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435058" w:rsidRPr="00BE4C5F">
        <w:tc>
          <w:tcPr>
            <w:tcW w:w="8640" w:type="dxa"/>
          </w:tcPr>
          <w:p w:rsidR="00435058" w:rsidRPr="00BE4C5F" w:rsidRDefault="00E07DFA">
            <w:pPr>
              <w:rPr>
                <w:rFonts w:ascii="Kinetic Letters" w:hAnsi="Kinetic Letters"/>
                <w:sz w:val="32"/>
              </w:rPr>
            </w:pPr>
            <w:r w:rsidRPr="00BE4C5F">
              <w:rPr>
                <w:rFonts w:ascii="Kinetic Letters" w:hAnsi="Kinetic Letters"/>
                <w:sz w:val="32"/>
              </w:rPr>
              <w:t xml:space="preserve">I think it </w:t>
            </w:r>
            <w:r w:rsidRPr="00BE4C5F">
              <w:rPr>
                <w:rFonts w:ascii="Kinetic Letters" w:hAnsi="Kinetic Letters"/>
                <w:sz w:val="32"/>
              </w:rPr>
              <w:t>is</w:t>
            </w:r>
            <w:r w:rsidRPr="00BE4C5F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435058" w:rsidRPr="00BE4C5F">
        <w:tc>
          <w:tcPr>
            <w:tcW w:w="8640" w:type="dxa"/>
          </w:tcPr>
          <w:p w:rsidR="00435058" w:rsidRPr="00BE4C5F" w:rsidRDefault="00E07DFA">
            <w:pPr>
              <w:rPr>
                <w:rFonts w:ascii="Kinetic Letters" w:hAnsi="Kinetic Letters"/>
                <w:sz w:val="32"/>
              </w:rPr>
            </w:pPr>
            <w:r w:rsidRPr="00BE4C5F">
              <w:rPr>
                <w:rFonts w:ascii="Kinetic Letters" w:hAnsi="Kinetic Letters"/>
                <w:sz w:val="32"/>
              </w:rPr>
              <w:t>I have a question!</w:t>
            </w:r>
          </w:p>
        </w:tc>
      </w:tr>
      <w:tr w:rsidR="00435058" w:rsidRPr="00BE4C5F">
        <w:tc>
          <w:tcPr>
            <w:tcW w:w="8640" w:type="dxa"/>
          </w:tcPr>
          <w:p w:rsidR="00435058" w:rsidRPr="00BE4C5F" w:rsidRDefault="00E07DFA">
            <w:pPr>
              <w:rPr>
                <w:rFonts w:ascii="Kinetic Letters" w:hAnsi="Kinetic Letters"/>
                <w:sz w:val="32"/>
              </w:rPr>
            </w:pPr>
            <w:r w:rsidRPr="00BE4C5F">
              <w:rPr>
                <w:rFonts w:ascii="Kinetic Letters" w:hAnsi="Kinetic Letters"/>
                <w:sz w:val="32"/>
              </w:rPr>
              <w:t>Let’s talk about</w:t>
            </w:r>
            <w:r w:rsidRPr="00BE4C5F">
              <w:rPr>
                <w:rFonts w:ascii="Courier New" w:hAnsi="Courier New" w:cs="Courier New"/>
                <w:sz w:val="32"/>
              </w:rPr>
              <w:t>…</w:t>
            </w:r>
          </w:p>
        </w:tc>
      </w:tr>
    </w:tbl>
    <w:p w:rsidR="00435058" w:rsidRPr="00BE4C5F" w:rsidRDefault="00435058">
      <w:pPr>
        <w:rPr>
          <w:rFonts w:ascii="Kinetic Letters" w:hAnsi="Kinetic Letters"/>
          <w:sz w:val="32"/>
        </w:rPr>
      </w:pPr>
    </w:p>
    <w:sectPr w:rsidR="00435058" w:rsidRPr="00BE4C5F" w:rsidSect="00034616">
      <w:headerReference w:type="default" r:id="rId8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7DFA" w:rsidRDefault="00E07DFA" w:rsidP="00BE4C5F">
      <w:pPr>
        <w:spacing w:after="0" w:line="240" w:lineRule="auto"/>
      </w:pPr>
      <w:r>
        <w:separator/>
      </w:r>
    </w:p>
  </w:endnote>
  <w:endnote w:type="continuationSeparator" w:id="0">
    <w:p w:rsidR="00E07DFA" w:rsidRDefault="00E07DFA" w:rsidP="00BE4C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Kinetic Letters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7DFA" w:rsidRDefault="00E07DFA" w:rsidP="00BE4C5F">
      <w:pPr>
        <w:spacing w:after="0" w:line="240" w:lineRule="auto"/>
      </w:pPr>
      <w:r>
        <w:separator/>
      </w:r>
    </w:p>
  </w:footnote>
  <w:footnote w:type="continuationSeparator" w:id="0">
    <w:p w:rsidR="00E07DFA" w:rsidRDefault="00E07DFA" w:rsidP="00BE4C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4C5F" w:rsidRDefault="00BE4C5F" w:rsidP="00BE4C5F">
    <w:pPr>
      <w:pStyle w:val="Header"/>
      <w:jc w:val="center"/>
    </w:pPr>
    <w:r>
      <w:rPr>
        <w:noProof/>
        <w:lang w:val="en-GB" w:eastAsia="en-GB"/>
      </w:rPr>
      <w:drawing>
        <wp:inline distT="0" distB="0" distL="0" distR="0" wp14:anchorId="76C183B6" wp14:editId="78E6C81D">
          <wp:extent cx="861060" cy="86106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MS Logo Ful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61060" cy="8610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435058"/>
    <w:rsid w:val="00506D1E"/>
    <w:rsid w:val="00AA1D8D"/>
    <w:rsid w:val="00B47730"/>
    <w:rsid w:val="00BE4C5F"/>
    <w:rsid w:val="00CB0664"/>
    <w:rsid w:val="00E07DFA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909B7AC"/>
  <w14:defaultImageDpi w14:val="300"/>
  <w15:docId w15:val="{4025B9AB-9595-465E-82DA-5CD62AEAAA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5BB9CF3-FBB5-4AE3-8F21-50AD2B7FA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172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1157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 Hill</cp:lastModifiedBy>
  <cp:revision>3</cp:revision>
  <dcterms:created xsi:type="dcterms:W3CDTF">2013-12-23T23:15:00Z</dcterms:created>
  <dcterms:modified xsi:type="dcterms:W3CDTF">2025-02-10T13:50:00Z</dcterms:modified>
  <cp:category/>
</cp:coreProperties>
</file>