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617" w:rsidRPr="00032134" w:rsidRDefault="000F7501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032134">
        <w:rPr>
          <w:rFonts w:ascii="Kinetic Letters" w:hAnsi="Kinetic Letters"/>
          <w:sz w:val="40"/>
        </w:rPr>
        <w:t>Talk Like A Programmer - Sentence Stems</w:t>
      </w:r>
    </w:p>
    <w:p w:rsidR="000F3617" w:rsidRPr="00032134" w:rsidRDefault="000F7501">
      <w:pPr>
        <w:rPr>
          <w:rFonts w:ascii="Kinetic Letters" w:hAnsi="Kinetic Letters"/>
          <w:sz w:val="32"/>
        </w:rPr>
      </w:pPr>
      <w:r w:rsidRPr="00032134">
        <w:rPr>
          <w:rFonts w:ascii="Kinetic Letters" w:hAnsi="Kinetic Letters"/>
          <w:sz w:val="32"/>
        </w:rPr>
        <w:t>This document contains structured sentence stems to support disciplinary talk in Computing across all key stages.</w:t>
      </w:r>
    </w:p>
    <w:p w:rsidR="000F3617" w:rsidRPr="00032134" w:rsidRDefault="000F7501">
      <w:pPr>
        <w:pStyle w:val="Heading2"/>
        <w:rPr>
          <w:rFonts w:ascii="Kinetic Letters" w:hAnsi="Kinetic Letters"/>
          <w:sz w:val="36"/>
        </w:rPr>
      </w:pPr>
      <w:r w:rsidRPr="00032134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algorithm works because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 loop helps because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Debugging means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If I change this variable, then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input creates this output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can solve this problem by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sequence is important because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If I use an ‘if statement’, then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Computers follow instructions by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 digital footprint is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0F3617" w:rsidRPr="00032134" w:rsidRDefault="000F7501">
      <w:pPr>
        <w:rPr>
          <w:rFonts w:ascii="Kinetic Letters" w:hAnsi="Kinetic Letters"/>
          <w:sz w:val="32"/>
        </w:rPr>
      </w:pPr>
      <w:r w:rsidRPr="00032134">
        <w:rPr>
          <w:rFonts w:ascii="Kinetic Letters" w:hAnsi="Kinetic Letters"/>
          <w:sz w:val="32"/>
        </w:rPr>
        <w:br/>
      </w:r>
    </w:p>
    <w:p w:rsidR="000F3617" w:rsidRPr="00032134" w:rsidRDefault="000F7501">
      <w:pPr>
        <w:pStyle w:val="Heading2"/>
        <w:rPr>
          <w:rFonts w:ascii="Kinetic Letters" w:hAnsi="Kinetic Letters"/>
          <w:sz w:val="36"/>
        </w:rPr>
      </w:pPr>
      <w:r w:rsidRPr="00032134">
        <w:rPr>
          <w:rFonts w:ascii="Kinetic Letters" w:hAnsi="Kinetic Letters"/>
          <w:sz w:val="36"/>
        </w:rPr>
        <w:t xml:space="preserve">Lower </w:t>
      </w:r>
      <w:r w:rsidRPr="00032134">
        <w:rPr>
          <w:rFonts w:ascii="Kinetic Letters" w:hAnsi="Kinetic Letters"/>
          <w:sz w:val="36"/>
        </w:rPr>
        <w:t>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 computer follows steps like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can program by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pattern repeats because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can debug by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The computer does this because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To make my code better, I should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An algorithm is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command makes the charac</w:t>
            </w:r>
            <w:r w:rsidRPr="00032134">
              <w:rPr>
                <w:rFonts w:ascii="Kinetic Letters" w:hAnsi="Kinetic Letters"/>
                <w:sz w:val="32"/>
              </w:rPr>
              <w:t>ter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lastRenderedPageBreak/>
              <w:t>If I press this, the program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 loop makes things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0F3617" w:rsidRPr="00032134" w:rsidRDefault="000F7501">
      <w:pPr>
        <w:rPr>
          <w:rFonts w:ascii="Kinetic Letters" w:hAnsi="Kinetic Letters"/>
          <w:sz w:val="32"/>
        </w:rPr>
      </w:pPr>
      <w:r w:rsidRPr="00032134">
        <w:rPr>
          <w:rFonts w:ascii="Kinetic Letters" w:hAnsi="Kinetic Letters"/>
          <w:sz w:val="32"/>
        </w:rPr>
        <w:br/>
      </w:r>
    </w:p>
    <w:p w:rsidR="000F3617" w:rsidRPr="00032134" w:rsidRDefault="000F7501">
      <w:pPr>
        <w:pStyle w:val="Heading2"/>
        <w:rPr>
          <w:rFonts w:ascii="Kinetic Letters" w:hAnsi="Kinetic Letters"/>
          <w:sz w:val="36"/>
        </w:rPr>
      </w:pPr>
      <w:r w:rsidRPr="00032134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 computer can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click and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makes the screen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can move this by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 robot follows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can fix my mistake by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To make this work, I must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 xml:space="preserve">The </w:t>
            </w:r>
            <w:r w:rsidRPr="00032134">
              <w:rPr>
                <w:rFonts w:ascii="Kinetic Letters" w:hAnsi="Kinetic Letters"/>
                <w:sz w:val="32"/>
              </w:rPr>
              <w:t>internet helps me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A picture on a computer is called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press this and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0F3617" w:rsidRPr="00032134" w:rsidRDefault="000F7501">
      <w:pPr>
        <w:rPr>
          <w:rFonts w:ascii="Kinetic Letters" w:hAnsi="Kinetic Letters"/>
          <w:sz w:val="32"/>
        </w:rPr>
      </w:pPr>
      <w:r w:rsidRPr="00032134">
        <w:rPr>
          <w:rFonts w:ascii="Kinetic Letters" w:hAnsi="Kinetic Letters"/>
          <w:sz w:val="32"/>
        </w:rPr>
        <w:br/>
      </w:r>
    </w:p>
    <w:p w:rsidR="000F3617" w:rsidRPr="00032134" w:rsidRDefault="000F7501">
      <w:pPr>
        <w:pStyle w:val="Heading2"/>
        <w:rPr>
          <w:rFonts w:ascii="Kinetic Letters" w:hAnsi="Kinetic Letters"/>
          <w:sz w:val="36"/>
        </w:rPr>
      </w:pPr>
      <w:r w:rsidRPr="00032134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click to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The computer shows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can move this by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button makes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robot moves when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can make sounds on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 xml:space="preserve">I see pictures </w:t>
            </w:r>
            <w:r w:rsidRPr="00032134">
              <w:rPr>
                <w:rFonts w:ascii="Kinetic Letters" w:hAnsi="Kinetic Letters"/>
                <w:sz w:val="32"/>
              </w:rPr>
              <w:t>on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This game does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t>I tap and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0F3617" w:rsidRPr="00032134">
        <w:tc>
          <w:tcPr>
            <w:tcW w:w="8640" w:type="dxa"/>
          </w:tcPr>
          <w:p w:rsidR="000F3617" w:rsidRPr="00032134" w:rsidRDefault="000F7501">
            <w:pPr>
              <w:rPr>
                <w:rFonts w:ascii="Kinetic Letters" w:hAnsi="Kinetic Letters"/>
                <w:sz w:val="32"/>
              </w:rPr>
            </w:pPr>
            <w:r w:rsidRPr="00032134">
              <w:rPr>
                <w:rFonts w:ascii="Kinetic Letters" w:hAnsi="Kinetic Letters"/>
                <w:sz w:val="32"/>
              </w:rPr>
              <w:lastRenderedPageBreak/>
              <w:t>I like using</w:t>
            </w:r>
            <w:r w:rsidRPr="00032134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0F3617" w:rsidRPr="00032134" w:rsidRDefault="000F7501">
      <w:pPr>
        <w:rPr>
          <w:rFonts w:ascii="Kinetic Letters" w:hAnsi="Kinetic Letters"/>
          <w:sz w:val="32"/>
        </w:rPr>
      </w:pPr>
      <w:r w:rsidRPr="00032134">
        <w:rPr>
          <w:rFonts w:ascii="Kinetic Letters" w:hAnsi="Kinetic Letters"/>
          <w:sz w:val="32"/>
        </w:rPr>
        <w:br/>
      </w:r>
      <w:bookmarkEnd w:id="0"/>
    </w:p>
    <w:sectPr w:rsidR="000F3617" w:rsidRPr="00032134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501" w:rsidRDefault="000F7501" w:rsidP="00032134">
      <w:pPr>
        <w:spacing w:after="0" w:line="240" w:lineRule="auto"/>
      </w:pPr>
      <w:r>
        <w:separator/>
      </w:r>
    </w:p>
  </w:endnote>
  <w:endnote w:type="continuationSeparator" w:id="0">
    <w:p w:rsidR="000F7501" w:rsidRDefault="000F7501" w:rsidP="00032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501" w:rsidRDefault="000F7501" w:rsidP="00032134">
      <w:pPr>
        <w:spacing w:after="0" w:line="240" w:lineRule="auto"/>
      </w:pPr>
      <w:r>
        <w:separator/>
      </w:r>
    </w:p>
  </w:footnote>
  <w:footnote w:type="continuationSeparator" w:id="0">
    <w:p w:rsidR="000F7501" w:rsidRDefault="000F7501" w:rsidP="00032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134" w:rsidRDefault="00032134" w:rsidP="00032134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2134"/>
    <w:rsid w:val="00034616"/>
    <w:rsid w:val="0006063C"/>
    <w:rsid w:val="000F3617"/>
    <w:rsid w:val="000F7501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F6BD5915-FB27-4C47-B692-8141BC50A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E373AB-BD76-4402-B905-E2FCD6737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2025-02-10T13:41:00Z</dcterms:modified>
  <cp:category/>
</cp:coreProperties>
</file>