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B8A" w:rsidRPr="0065372D" w:rsidRDefault="009160E9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65372D">
        <w:rPr>
          <w:rFonts w:ascii="Kinetic Letters" w:hAnsi="Kinetic Letters"/>
          <w:sz w:val="40"/>
        </w:rPr>
        <w:t>Talk Like A Geographer - Sentence Stems</w:t>
      </w:r>
    </w:p>
    <w:p w:rsidR="00734B8A" w:rsidRPr="0065372D" w:rsidRDefault="009160E9">
      <w:pPr>
        <w:rPr>
          <w:rFonts w:ascii="Kinetic Letters" w:hAnsi="Kinetic Letters"/>
          <w:sz w:val="32"/>
        </w:rPr>
      </w:pPr>
      <w:r w:rsidRPr="0065372D">
        <w:rPr>
          <w:rFonts w:ascii="Kinetic Letters" w:hAnsi="Kinetic Letters"/>
          <w:sz w:val="32"/>
        </w:rPr>
        <w:t>This document contains structured sentence stems to support disciplinary talk in Geography across all key stages.</w:t>
      </w:r>
    </w:p>
    <w:p w:rsidR="00734B8A" w:rsidRPr="0065372D" w:rsidRDefault="009160E9">
      <w:pPr>
        <w:pStyle w:val="Heading2"/>
        <w:rPr>
          <w:rFonts w:ascii="Kinetic Letters" w:hAnsi="Kinetic Letters"/>
          <w:sz w:val="36"/>
        </w:rPr>
      </w:pPr>
      <w:r w:rsidRPr="0065372D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location is significant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 xml:space="preserve">The physical </w:t>
            </w:r>
            <w:r w:rsidRPr="0065372D">
              <w:rPr>
                <w:rFonts w:ascii="Kinetic Letters" w:hAnsi="Kinetic Letters"/>
                <w:sz w:val="32"/>
              </w:rPr>
              <w:t>features of this place include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The climate affects this region by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area has changed over time due to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Human activity has impacted the environment by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Comparing two locations, I can see that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geographical feature was formed by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The resource</w:t>
            </w:r>
            <w:r w:rsidRPr="0065372D">
              <w:rPr>
                <w:rFonts w:ascii="Kinetic Letters" w:hAnsi="Kinetic Letters"/>
                <w:sz w:val="32"/>
              </w:rPr>
              <w:t>s in this region are used for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The population of this area is affected by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Sustainability is important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34B8A" w:rsidRPr="0065372D" w:rsidRDefault="009160E9">
      <w:pPr>
        <w:rPr>
          <w:rFonts w:ascii="Kinetic Letters" w:hAnsi="Kinetic Letters"/>
          <w:sz w:val="32"/>
        </w:rPr>
      </w:pPr>
      <w:r w:rsidRPr="0065372D">
        <w:rPr>
          <w:rFonts w:ascii="Kinetic Letters" w:hAnsi="Kinetic Letters"/>
          <w:sz w:val="32"/>
        </w:rPr>
        <w:br/>
      </w:r>
    </w:p>
    <w:p w:rsidR="00734B8A" w:rsidRPr="0065372D" w:rsidRDefault="009160E9">
      <w:pPr>
        <w:pStyle w:val="Heading2"/>
        <w:rPr>
          <w:rFonts w:ascii="Kinetic Letters" w:hAnsi="Kinetic Letters"/>
          <w:sz w:val="36"/>
        </w:rPr>
      </w:pPr>
      <w:r w:rsidRPr="0065372D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map shows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I can see that this place has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The weather in this place is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  <w:r w:rsidRPr="0065372D">
              <w:rPr>
                <w:rFonts w:ascii="Kinetic Letters" w:hAnsi="Kinetic Letters"/>
                <w:sz w:val="32"/>
              </w:rPr>
              <w:t xml:space="preserve">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river/mountain was made by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People live here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is different from our country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country is near/far from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The land is used for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lastRenderedPageBreak/>
              <w:t>This place is hot/cold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If I lived here, I would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34B8A" w:rsidRPr="0065372D" w:rsidRDefault="009160E9">
      <w:pPr>
        <w:rPr>
          <w:rFonts w:ascii="Kinetic Letters" w:hAnsi="Kinetic Letters"/>
          <w:sz w:val="32"/>
        </w:rPr>
      </w:pPr>
      <w:r w:rsidRPr="0065372D">
        <w:rPr>
          <w:rFonts w:ascii="Kinetic Letters" w:hAnsi="Kinetic Letters"/>
          <w:sz w:val="32"/>
        </w:rPr>
        <w:br/>
      </w:r>
    </w:p>
    <w:p w:rsidR="00734B8A" w:rsidRPr="0065372D" w:rsidRDefault="009160E9">
      <w:pPr>
        <w:pStyle w:val="Heading2"/>
        <w:rPr>
          <w:rFonts w:ascii="Kinetic Letters" w:hAnsi="Kinetic Letters"/>
          <w:sz w:val="36"/>
        </w:rPr>
      </w:pPr>
      <w:r w:rsidRPr="0065372D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place looks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The weather here is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I can see a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is a map of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The river is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People live here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is a town/village/city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place has more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  <w:r w:rsidRPr="0065372D">
              <w:rPr>
                <w:rFonts w:ascii="Kinetic Letters" w:hAnsi="Kinetic Letters"/>
                <w:sz w:val="32"/>
              </w:rPr>
              <w:t xml:space="preserve"> than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The sea is different from land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I think this coun</w:t>
            </w:r>
            <w:r w:rsidRPr="0065372D">
              <w:rPr>
                <w:rFonts w:ascii="Kinetic Letters" w:hAnsi="Kinetic Letters"/>
                <w:sz w:val="32"/>
              </w:rPr>
              <w:t>try is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34B8A" w:rsidRPr="0065372D" w:rsidRDefault="009160E9">
      <w:pPr>
        <w:rPr>
          <w:rFonts w:ascii="Kinetic Letters" w:hAnsi="Kinetic Letters"/>
          <w:sz w:val="32"/>
        </w:rPr>
      </w:pPr>
      <w:r w:rsidRPr="0065372D">
        <w:rPr>
          <w:rFonts w:ascii="Kinetic Letters" w:hAnsi="Kinetic Letters"/>
          <w:sz w:val="32"/>
        </w:rPr>
        <w:br/>
      </w:r>
    </w:p>
    <w:p w:rsidR="00734B8A" w:rsidRPr="0065372D" w:rsidRDefault="009160E9">
      <w:pPr>
        <w:pStyle w:val="Heading2"/>
        <w:rPr>
          <w:rFonts w:ascii="Kinetic Letters" w:hAnsi="Kinetic Letters"/>
          <w:sz w:val="36"/>
        </w:rPr>
      </w:pPr>
      <w:r w:rsidRPr="0065372D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I see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The weather is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place has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I can find this on a map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The land looks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Water is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is big/small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I think people here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t>This is like my home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34B8A" w:rsidRPr="0065372D">
        <w:tc>
          <w:tcPr>
            <w:tcW w:w="8640" w:type="dxa"/>
          </w:tcPr>
          <w:p w:rsidR="00734B8A" w:rsidRPr="0065372D" w:rsidRDefault="009160E9">
            <w:pPr>
              <w:rPr>
                <w:rFonts w:ascii="Kinetic Letters" w:hAnsi="Kinetic Letters"/>
                <w:sz w:val="32"/>
              </w:rPr>
            </w:pPr>
            <w:r w:rsidRPr="0065372D">
              <w:rPr>
                <w:rFonts w:ascii="Kinetic Letters" w:hAnsi="Kinetic Letters"/>
                <w:sz w:val="32"/>
              </w:rPr>
              <w:lastRenderedPageBreak/>
              <w:t>This is different because</w:t>
            </w:r>
            <w:r w:rsidRPr="0065372D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34B8A" w:rsidRPr="0065372D" w:rsidRDefault="009160E9">
      <w:pPr>
        <w:rPr>
          <w:rFonts w:ascii="Kinetic Letters" w:hAnsi="Kinetic Letters"/>
          <w:sz w:val="32"/>
        </w:rPr>
      </w:pPr>
      <w:r w:rsidRPr="0065372D">
        <w:rPr>
          <w:rFonts w:ascii="Kinetic Letters" w:hAnsi="Kinetic Letters"/>
          <w:sz w:val="32"/>
        </w:rPr>
        <w:br/>
      </w:r>
      <w:bookmarkEnd w:id="0"/>
    </w:p>
    <w:sectPr w:rsidR="00734B8A" w:rsidRPr="0065372D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0E9" w:rsidRDefault="009160E9" w:rsidP="0065372D">
      <w:pPr>
        <w:spacing w:after="0" w:line="240" w:lineRule="auto"/>
      </w:pPr>
      <w:r>
        <w:separator/>
      </w:r>
    </w:p>
  </w:endnote>
  <w:endnote w:type="continuationSeparator" w:id="0">
    <w:p w:rsidR="009160E9" w:rsidRDefault="009160E9" w:rsidP="00653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0E9" w:rsidRDefault="009160E9" w:rsidP="0065372D">
      <w:pPr>
        <w:spacing w:after="0" w:line="240" w:lineRule="auto"/>
      </w:pPr>
      <w:r>
        <w:separator/>
      </w:r>
    </w:p>
  </w:footnote>
  <w:footnote w:type="continuationSeparator" w:id="0">
    <w:p w:rsidR="009160E9" w:rsidRDefault="009160E9" w:rsidP="00653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72D" w:rsidRDefault="0065372D" w:rsidP="0065372D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5372D"/>
    <w:rsid w:val="00734B8A"/>
    <w:rsid w:val="009160E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F7CF7C60-4E3E-40DD-9850-85652C8A1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7EEBCE-35D4-4114-A467-6FC244512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2025-02-10T13:41:00Z</dcterms:modified>
  <cp:category/>
</cp:coreProperties>
</file>