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982" w:rsidRPr="00F72F90" w:rsidRDefault="00AA24E7">
      <w:pPr>
        <w:pStyle w:val="Heading1"/>
        <w:rPr>
          <w:rFonts w:ascii="Kinetic Letters" w:hAnsi="Kinetic Letters"/>
          <w:sz w:val="40"/>
        </w:rPr>
      </w:pPr>
      <w:bookmarkStart w:id="0" w:name="_GoBack"/>
      <w:r w:rsidRPr="00F72F90">
        <w:rPr>
          <w:rFonts w:ascii="Kinetic Letters" w:hAnsi="Kinetic Letters"/>
          <w:sz w:val="40"/>
        </w:rPr>
        <w:t>Talk Like An Artist - Sentence Stems</w:t>
      </w:r>
    </w:p>
    <w:p w:rsidR="003E7982" w:rsidRPr="00F72F90" w:rsidRDefault="00AA24E7">
      <w:pPr>
        <w:rPr>
          <w:rFonts w:ascii="Kinetic Letters" w:hAnsi="Kinetic Letters"/>
          <w:sz w:val="32"/>
        </w:rPr>
      </w:pPr>
      <w:r w:rsidRPr="00F72F90">
        <w:rPr>
          <w:rFonts w:ascii="Kinetic Letters" w:hAnsi="Kinetic Letters"/>
          <w:sz w:val="32"/>
        </w:rPr>
        <w:t>This document contains structured sentence stems to support disciplinary talk in Art across all key stages.</w:t>
      </w:r>
    </w:p>
    <w:p w:rsidR="003E7982" w:rsidRPr="00F72F90" w:rsidRDefault="00AA24E7">
      <w:pPr>
        <w:pStyle w:val="Heading2"/>
        <w:rPr>
          <w:rFonts w:ascii="Kinetic Letters" w:hAnsi="Kinetic Letters"/>
          <w:sz w:val="36"/>
        </w:rPr>
      </w:pPr>
      <w:r w:rsidRPr="00F72F90">
        <w:rPr>
          <w:rFonts w:ascii="Kinetic Letters" w:hAnsi="Kinetic Letters"/>
          <w:sz w:val="36"/>
        </w:rPr>
        <w:t>Upper Key Stage 2 (Years 5 &amp; 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The composition of this artwork is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The artist used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  <w:r w:rsidRPr="00F72F90">
              <w:rPr>
                <w:rFonts w:ascii="Kinetic Letters" w:hAnsi="Kinetic Letters"/>
                <w:sz w:val="32"/>
              </w:rPr>
              <w:t xml:space="preserve"> to </w:t>
            </w:r>
            <w:r w:rsidRPr="00F72F90">
              <w:rPr>
                <w:rFonts w:ascii="Kinetic Letters" w:hAnsi="Kinetic Letters"/>
                <w:sz w:val="32"/>
              </w:rPr>
              <w:t>create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This piece makes me feel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  <w:r w:rsidRPr="00F72F90">
              <w:rPr>
                <w:rFonts w:ascii="Kinetic Letters" w:hAnsi="Kinetic Letters"/>
                <w:sz w:val="32"/>
              </w:rPr>
              <w:t xml:space="preserve"> because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The techniques used include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This is similar to the work of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  <w:r w:rsidRPr="00F72F90">
              <w:rPr>
                <w:rFonts w:ascii="Kinetic Letters" w:hAnsi="Kinetic Letters"/>
                <w:sz w:val="32"/>
              </w:rPr>
              <w:t xml:space="preserve"> because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The materials chosen were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  <w:r w:rsidRPr="00F72F90">
              <w:rPr>
                <w:rFonts w:ascii="Kinetic Letters" w:hAnsi="Kinetic Letters"/>
                <w:sz w:val="32"/>
              </w:rPr>
              <w:t xml:space="preserve"> because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The perspective in this artwork is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This piece reflects the style of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I can see contrast between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  <w:r w:rsidRPr="00F72F90">
              <w:rPr>
                <w:rFonts w:ascii="Kinetic Letters" w:hAnsi="Kinetic Letters"/>
                <w:sz w:val="32"/>
              </w:rPr>
              <w:t xml:space="preserve"> an</w:t>
            </w:r>
            <w:r w:rsidRPr="00F72F90">
              <w:rPr>
                <w:rFonts w:ascii="Kinetic Letters" w:hAnsi="Kinetic Letters"/>
                <w:sz w:val="32"/>
              </w:rPr>
              <w:t>d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The mood of this artwork is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3E7982" w:rsidRPr="00F72F90" w:rsidRDefault="00AA24E7">
      <w:pPr>
        <w:rPr>
          <w:rFonts w:ascii="Kinetic Letters" w:hAnsi="Kinetic Letters"/>
          <w:sz w:val="32"/>
        </w:rPr>
      </w:pPr>
      <w:r w:rsidRPr="00F72F90">
        <w:rPr>
          <w:rFonts w:ascii="Kinetic Letters" w:hAnsi="Kinetic Letters"/>
          <w:sz w:val="32"/>
        </w:rPr>
        <w:br/>
      </w:r>
    </w:p>
    <w:p w:rsidR="003E7982" w:rsidRPr="00F72F90" w:rsidRDefault="00AA24E7">
      <w:pPr>
        <w:pStyle w:val="Heading2"/>
        <w:rPr>
          <w:rFonts w:ascii="Kinetic Letters" w:hAnsi="Kinetic Letters"/>
          <w:sz w:val="36"/>
        </w:rPr>
      </w:pPr>
      <w:r w:rsidRPr="00F72F90">
        <w:rPr>
          <w:rFonts w:ascii="Kinetic Letters" w:hAnsi="Kinetic Letters"/>
          <w:sz w:val="36"/>
        </w:rPr>
        <w:t>Lower Key Stage 2 (Years 3 &amp; 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The colors in this picture are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The artist used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  <w:r w:rsidRPr="00F72F90">
              <w:rPr>
                <w:rFonts w:ascii="Kinetic Letters" w:hAnsi="Kinetic Letters"/>
                <w:sz w:val="32"/>
              </w:rPr>
              <w:t xml:space="preserve"> to make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This looks like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  <w:r w:rsidRPr="00F72F90">
              <w:rPr>
                <w:rFonts w:ascii="Kinetic Letters" w:hAnsi="Kinetic Letters"/>
                <w:sz w:val="32"/>
              </w:rPr>
              <w:t xml:space="preserve"> because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I can see different shapes like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The brushstrokes are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This reminds me of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 xml:space="preserve">The </w:t>
            </w:r>
            <w:r w:rsidRPr="00F72F90">
              <w:rPr>
                <w:rFonts w:ascii="Kinetic Letters" w:hAnsi="Kinetic Letters"/>
                <w:sz w:val="32"/>
              </w:rPr>
              <w:t>texture in this work feels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The shading shows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lastRenderedPageBreak/>
              <w:t>This artwork tells a story about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If I were the artist, I would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3E7982" w:rsidRPr="00F72F90" w:rsidRDefault="00AA24E7">
      <w:pPr>
        <w:rPr>
          <w:rFonts w:ascii="Kinetic Letters" w:hAnsi="Kinetic Letters"/>
          <w:sz w:val="32"/>
        </w:rPr>
      </w:pPr>
      <w:r w:rsidRPr="00F72F90">
        <w:rPr>
          <w:rFonts w:ascii="Kinetic Letters" w:hAnsi="Kinetic Letters"/>
          <w:sz w:val="32"/>
        </w:rPr>
        <w:br/>
      </w:r>
    </w:p>
    <w:p w:rsidR="003E7982" w:rsidRPr="00F72F90" w:rsidRDefault="00AA24E7">
      <w:pPr>
        <w:pStyle w:val="Heading2"/>
        <w:rPr>
          <w:rFonts w:ascii="Kinetic Letters" w:hAnsi="Kinetic Letters"/>
          <w:sz w:val="36"/>
        </w:rPr>
      </w:pPr>
      <w:r w:rsidRPr="00F72F90">
        <w:rPr>
          <w:rFonts w:ascii="Kinetic Letters" w:hAnsi="Kinetic Letters"/>
          <w:sz w:val="36"/>
        </w:rPr>
        <w:t>Key Stage 1 (Years 1 &amp;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The colors are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I can see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The shapes are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This reminds me of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The picture looks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 xml:space="preserve">I think </w:t>
            </w:r>
            <w:r w:rsidRPr="00F72F90">
              <w:rPr>
                <w:rFonts w:ascii="Kinetic Letters" w:hAnsi="Kinetic Letters"/>
                <w:sz w:val="32"/>
              </w:rPr>
              <w:t>the artist used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This is bright/dark because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I can make this by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The texture looks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This picture makes me feel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3E7982" w:rsidRPr="00F72F90" w:rsidRDefault="00AA24E7">
      <w:pPr>
        <w:rPr>
          <w:rFonts w:ascii="Kinetic Letters" w:hAnsi="Kinetic Letters"/>
          <w:sz w:val="32"/>
        </w:rPr>
      </w:pPr>
      <w:r w:rsidRPr="00F72F90">
        <w:rPr>
          <w:rFonts w:ascii="Kinetic Letters" w:hAnsi="Kinetic Letters"/>
          <w:sz w:val="32"/>
        </w:rPr>
        <w:br/>
      </w:r>
    </w:p>
    <w:p w:rsidR="003E7982" w:rsidRPr="00F72F90" w:rsidRDefault="00AA24E7">
      <w:pPr>
        <w:pStyle w:val="Heading2"/>
        <w:rPr>
          <w:rFonts w:ascii="Kinetic Letters" w:hAnsi="Kinetic Letters"/>
          <w:sz w:val="36"/>
        </w:rPr>
      </w:pPr>
      <w:r w:rsidRPr="00F72F90">
        <w:rPr>
          <w:rFonts w:ascii="Kinetic Letters" w:hAnsi="Kinetic Letters"/>
          <w:sz w:val="36"/>
        </w:rPr>
        <w:t>Early Years (Reception)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I see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The color is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This is big/small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The shape is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I like this because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This feels like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I made this by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I think this is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t>This looks like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3E7982" w:rsidRPr="00F72F90">
        <w:tc>
          <w:tcPr>
            <w:tcW w:w="8640" w:type="dxa"/>
          </w:tcPr>
          <w:p w:rsidR="003E7982" w:rsidRPr="00F72F90" w:rsidRDefault="00AA24E7">
            <w:pPr>
              <w:rPr>
                <w:rFonts w:ascii="Kinetic Letters" w:hAnsi="Kinetic Letters"/>
                <w:sz w:val="32"/>
              </w:rPr>
            </w:pPr>
            <w:r w:rsidRPr="00F72F90">
              <w:rPr>
                <w:rFonts w:ascii="Kinetic Letters" w:hAnsi="Kinetic Letters"/>
                <w:sz w:val="32"/>
              </w:rPr>
              <w:lastRenderedPageBreak/>
              <w:t>I used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  <w:r w:rsidRPr="00F72F90">
              <w:rPr>
                <w:rFonts w:ascii="Kinetic Letters" w:hAnsi="Kinetic Letters"/>
                <w:sz w:val="32"/>
              </w:rPr>
              <w:t xml:space="preserve"> to make</w:t>
            </w:r>
            <w:r w:rsidRPr="00F72F90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3E7982" w:rsidRPr="00F72F90" w:rsidRDefault="00AA24E7">
      <w:pPr>
        <w:rPr>
          <w:rFonts w:ascii="Kinetic Letters" w:hAnsi="Kinetic Letters"/>
          <w:sz w:val="32"/>
        </w:rPr>
      </w:pPr>
      <w:r w:rsidRPr="00F72F90">
        <w:rPr>
          <w:rFonts w:ascii="Kinetic Letters" w:hAnsi="Kinetic Letters"/>
          <w:sz w:val="32"/>
        </w:rPr>
        <w:br/>
      </w:r>
      <w:bookmarkEnd w:id="0"/>
    </w:p>
    <w:sectPr w:rsidR="003E7982" w:rsidRPr="00F72F90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4E7" w:rsidRDefault="00AA24E7" w:rsidP="00F72F90">
      <w:pPr>
        <w:spacing w:after="0" w:line="240" w:lineRule="auto"/>
      </w:pPr>
      <w:r>
        <w:separator/>
      </w:r>
    </w:p>
  </w:endnote>
  <w:endnote w:type="continuationSeparator" w:id="0">
    <w:p w:rsidR="00AA24E7" w:rsidRDefault="00AA24E7" w:rsidP="00F72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4E7" w:rsidRDefault="00AA24E7" w:rsidP="00F72F90">
      <w:pPr>
        <w:spacing w:after="0" w:line="240" w:lineRule="auto"/>
      </w:pPr>
      <w:r>
        <w:separator/>
      </w:r>
    </w:p>
  </w:footnote>
  <w:footnote w:type="continuationSeparator" w:id="0">
    <w:p w:rsidR="00AA24E7" w:rsidRDefault="00AA24E7" w:rsidP="00F72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F90" w:rsidRDefault="00F72F90" w:rsidP="00F72F90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76C183B6" wp14:editId="78E6C81D">
          <wp:extent cx="861060" cy="8610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861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E7982"/>
    <w:rsid w:val="00AA1D8D"/>
    <w:rsid w:val="00AA24E7"/>
    <w:rsid w:val="00B47730"/>
    <w:rsid w:val="00CB0664"/>
    <w:rsid w:val="00F72F9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9FFB2490-DF3D-42F4-8C6F-F7AD58A32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DDC64BE-6F13-424D-8076-74726558B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2013-12-23T23:15:00Z</dcterms:created>
  <dcterms:modified xsi:type="dcterms:W3CDTF">2025-02-10T13:42:00Z</dcterms:modified>
  <cp:category/>
</cp:coreProperties>
</file>