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EF" w:rsidRPr="00622BDF" w:rsidRDefault="0078687A">
      <w:pPr>
        <w:pStyle w:val="Heading1"/>
        <w:rPr>
          <w:rFonts w:ascii="Kinetic Letters" w:hAnsi="Kinetic Letters"/>
          <w:sz w:val="40"/>
        </w:rPr>
      </w:pPr>
      <w:bookmarkStart w:id="0" w:name="_GoBack"/>
      <w:r w:rsidRPr="00622BDF">
        <w:rPr>
          <w:rFonts w:ascii="Kinetic Letters" w:hAnsi="Kinetic Letters"/>
          <w:sz w:val="40"/>
        </w:rPr>
        <w:t>Talk Like A Designer - Sentence Stems</w:t>
      </w:r>
    </w:p>
    <w:p w:rsidR="007F6DEF" w:rsidRPr="00622BDF" w:rsidRDefault="0078687A">
      <w:pPr>
        <w:rPr>
          <w:rFonts w:ascii="Kinetic Letters" w:hAnsi="Kinetic Letters"/>
          <w:sz w:val="32"/>
        </w:rPr>
      </w:pPr>
      <w:r w:rsidRPr="00622BDF">
        <w:rPr>
          <w:rFonts w:ascii="Kinetic Letters" w:hAnsi="Kinetic Letters"/>
          <w:sz w:val="32"/>
        </w:rPr>
        <w:t>This document contains structured sentence stems to support disciplinary talk in Design &amp; Technology across all key stages.</w:t>
      </w:r>
    </w:p>
    <w:p w:rsidR="007F6DEF" w:rsidRPr="00622BDF" w:rsidRDefault="0078687A">
      <w:pPr>
        <w:pStyle w:val="Heading2"/>
        <w:rPr>
          <w:rFonts w:ascii="Kinetic Letters" w:hAnsi="Kinetic Letters"/>
          <w:sz w:val="36"/>
        </w:rPr>
      </w:pPr>
      <w:r w:rsidRPr="00622BDF">
        <w:rPr>
          <w:rFonts w:ascii="Kinetic Letters" w:hAnsi="Kinetic Letters"/>
          <w:sz w:val="36"/>
        </w:rPr>
        <w:t>Upper Key Stage 2 (Years 5 &amp; 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My design works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 xml:space="preserve">I can improve my </w:t>
            </w:r>
            <w:r w:rsidRPr="00622BDF">
              <w:rPr>
                <w:rFonts w:ascii="Kinetic Letters" w:hAnsi="Kinetic Letters"/>
                <w:sz w:val="32"/>
              </w:rPr>
              <w:t>model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The materials I chose are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  <w:r w:rsidRPr="00622BDF">
              <w:rPr>
                <w:rFonts w:ascii="Kinetic Letters" w:hAnsi="Kinetic Letters"/>
                <w:sz w:val="32"/>
              </w:rPr>
              <w:t xml:space="preserve">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This structure is strong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This prototype shows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tested this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The function of this product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A good designer must consider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The best way to join these materials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This product is sustain</w:t>
            </w:r>
            <w:r w:rsidRPr="00622BDF">
              <w:rPr>
                <w:rFonts w:ascii="Kinetic Letters" w:hAnsi="Kinetic Letters"/>
                <w:sz w:val="32"/>
              </w:rPr>
              <w:t>able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F6DEF" w:rsidRPr="00622BDF" w:rsidRDefault="0078687A">
      <w:pPr>
        <w:rPr>
          <w:rFonts w:ascii="Kinetic Letters" w:hAnsi="Kinetic Letters"/>
          <w:sz w:val="32"/>
        </w:rPr>
      </w:pPr>
      <w:r w:rsidRPr="00622BDF">
        <w:rPr>
          <w:rFonts w:ascii="Kinetic Letters" w:hAnsi="Kinetic Letters"/>
          <w:sz w:val="32"/>
        </w:rPr>
        <w:br/>
      </w:r>
    </w:p>
    <w:p w:rsidR="007F6DEF" w:rsidRPr="00622BDF" w:rsidRDefault="0078687A">
      <w:pPr>
        <w:pStyle w:val="Heading2"/>
        <w:rPr>
          <w:rFonts w:ascii="Kinetic Letters" w:hAnsi="Kinetic Letters"/>
          <w:sz w:val="36"/>
        </w:rPr>
      </w:pPr>
      <w:r w:rsidRPr="00622BDF">
        <w:rPr>
          <w:rFonts w:ascii="Kinetic Letters" w:hAnsi="Kinetic Letters"/>
          <w:sz w:val="36"/>
        </w:rPr>
        <w:t>Lower Key Stage 2 (Years 3 &amp; 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My idea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made this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chose this material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To make it stronger, I could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The purpose of my design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tested my model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can change my design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 xml:space="preserve">This tool helps </w:t>
            </w:r>
            <w:r w:rsidRPr="00622BDF">
              <w:rPr>
                <w:rFonts w:ascii="Kinetic Letters" w:hAnsi="Kinetic Letters"/>
                <w:sz w:val="32"/>
              </w:rPr>
              <w:t>me to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lastRenderedPageBreak/>
              <w:t>This product works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If I could improve it, I would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F6DEF" w:rsidRPr="00622BDF" w:rsidRDefault="0078687A">
      <w:pPr>
        <w:rPr>
          <w:rFonts w:ascii="Kinetic Letters" w:hAnsi="Kinetic Letters"/>
          <w:sz w:val="32"/>
        </w:rPr>
      </w:pPr>
      <w:r w:rsidRPr="00622BDF">
        <w:rPr>
          <w:rFonts w:ascii="Kinetic Letters" w:hAnsi="Kinetic Letters"/>
          <w:sz w:val="32"/>
        </w:rPr>
        <w:br/>
      </w:r>
    </w:p>
    <w:p w:rsidR="007F6DEF" w:rsidRPr="00622BDF" w:rsidRDefault="0078687A">
      <w:pPr>
        <w:pStyle w:val="Heading2"/>
        <w:rPr>
          <w:rFonts w:ascii="Kinetic Letters" w:hAnsi="Kinetic Letters"/>
          <w:sz w:val="36"/>
        </w:rPr>
      </w:pPr>
      <w:r w:rsidRPr="00622BDF">
        <w:rPr>
          <w:rFonts w:ascii="Kinetic Letters" w:hAnsi="Kinetic Letters"/>
          <w:sz w:val="36"/>
        </w:rPr>
        <w:t>Key Stage 1 (Years 1 &amp; 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made this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used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  <w:r w:rsidRPr="00622BDF">
              <w:rPr>
                <w:rFonts w:ascii="Kinetic Letters" w:hAnsi="Kinetic Letters"/>
                <w:sz w:val="32"/>
              </w:rPr>
              <w:t xml:space="preserve"> to build this.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This shape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can change it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This material feels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joined these together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 xml:space="preserve">This is </w:t>
            </w:r>
            <w:r w:rsidRPr="00622BDF">
              <w:rPr>
                <w:rFonts w:ascii="Kinetic Letters" w:hAnsi="Kinetic Letters"/>
                <w:sz w:val="32"/>
              </w:rPr>
              <w:t>strong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The best part of my design 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tested this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like this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F6DEF" w:rsidRPr="00622BDF" w:rsidRDefault="0078687A">
      <w:pPr>
        <w:rPr>
          <w:rFonts w:ascii="Kinetic Letters" w:hAnsi="Kinetic Letters"/>
          <w:sz w:val="32"/>
        </w:rPr>
      </w:pPr>
      <w:r w:rsidRPr="00622BDF">
        <w:rPr>
          <w:rFonts w:ascii="Kinetic Letters" w:hAnsi="Kinetic Letters"/>
          <w:sz w:val="32"/>
        </w:rPr>
        <w:br/>
      </w:r>
    </w:p>
    <w:p w:rsidR="007F6DEF" w:rsidRPr="00622BDF" w:rsidRDefault="0078687A">
      <w:pPr>
        <w:pStyle w:val="Heading2"/>
        <w:rPr>
          <w:rFonts w:ascii="Kinetic Letters" w:hAnsi="Kinetic Letters"/>
          <w:sz w:val="36"/>
        </w:rPr>
      </w:pPr>
      <w:r w:rsidRPr="00622BDF">
        <w:rPr>
          <w:rFonts w:ascii="Kinetic Letters" w:hAnsi="Kinetic Letters"/>
          <w:sz w:val="36"/>
        </w:rPr>
        <w:t>Early Years (Reception)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40"/>
      </w:tblGrid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Sentence Stems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made this!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It is big/small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used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  <w:r w:rsidRPr="00622BDF">
              <w:rPr>
                <w:rFonts w:ascii="Kinetic Letters" w:hAnsi="Kinetic Letters"/>
                <w:sz w:val="32"/>
              </w:rPr>
              <w:t xml:space="preserve"> to build it.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It feels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can change it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It is strong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 xml:space="preserve">I put </w:t>
            </w:r>
            <w:r w:rsidRPr="00622BDF">
              <w:rPr>
                <w:rFonts w:ascii="Kinetic Letters" w:hAnsi="Kinetic Letters"/>
                <w:sz w:val="32"/>
              </w:rPr>
              <w:t>these together like this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It looks like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t>I made it better by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  <w:tr w:rsidR="007F6DEF" w:rsidRPr="00622BDF">
        <w:tc>
          <w:tcPr>
            <w:tcW w:w="8640" w:type="dxa"/>
          </w:tcPr>
          <w:p w:rsidR="007F6DEF" w:rsidRPr="00622BDF" w:rsidRDefault="0078687A">
            <w:pPr>
              <w:rPr>
                <w:rFonts w:ascii="Kinetic Letters" w:hAnsi="Kinetic Letters"/>
                <w:sz w:val="32"/>
              </w:rPr>
            </w:pPr>
            <w:r w:rsidRPr="00622BDF">
              <w:rPr>
                <w:rFonts w:ascii="Kinetic Letters" w:hAnsi="Kinetic Letters"/>
                <w:sz w:val="32"/>
              </w:rPr>
              <w:lastRenderedPageBreak/>
              <w:t>I like my design because</w:t>
            </w:r>
            <w:r w:rsidRPr="00622BDF">
              <w:rPr>
                <w:rFonts w:ascii="Courier New" w:hAnsi="Courier New" w:cs="Courier New"/>
                <w:sz w:val="32"/>
              </w:rPr>
              <w:t>…</w:t>
            </w:r>
          </w:p>
        </w:tc>
      </w:tr>
    </w:tbl>
    <w:p w:rsidR="007F6DEF" w:rsidRPr="00622BDF" w:rsidRDefault="0078687A">
      <w:pPr>
        <w:rPr>
          <w:rFonts w:ascii="Kinetic Letters" w:hAnsi="Kinetic Letters"/>
          <w:sz w:val="32"/>
        </w:rPr>
      </w:pPr>
      <w:r w:rsidRPr="00622BDF">
        <w:rPr>
          <w:rFonts w:ascii="Kinetic Letters" w:hAnsi="Kinetic Letters"/>
          <w:sz w:val="32"/>
        </w:rPr>
        <w:br/>
      </w:r>
      <w:bookmarkEnd w:id="0"/>
    </w:p>
    <w:sectPr w:rsidR="007F6DEF" w:rsidRPr="00622BDF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87A" w:rsidRDefault="0078687A" w:rsidP="00622BDF">
      <w:pPr>
        <w:spacing w:after="0" w:line="240" w:lineRule="auto"/>
      </w:pPr>
      <w:r>
        <w:separator/>
      </w:r>
    </w:p>
  </w:endnote>
  <w:endnote w:type="continuationSeparator" w:id="0">
    <w:p w:rsidR="0078687A" w:rsidRDefault="0078687A" w:rsidP="00622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87A" w:rsidRDefault="0078687A" w:rsidP="00622BDF">
      <w:pPr>
        <w:spacing w:after="0" w:line="240" w:lineRule="auto"/>
      </w:pPr>
      <w:r>
        <w:separator/>
      </w:r>
    </w:p>
  </w:footnote>
  <w:footnote w:type="continuationSeparator" w:id="0">
    <w:p w:rsidR="0078687A" w:rsidRDefault="0078687A" w:rsidP="00622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BDF" w:rsidRDefault="00622BDF" w:rsidP="00622BDF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76C183B6" wp14:editId="78E6C81D">
          <wp:extent cx="861060" cy="8610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MS Logo Ful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861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22BDF"/>
    <w:rsid w:val="0078687A"/>
    <w:rsid w:val="007F6DE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A2F72A77-8575-4317-A6F1-E6C9514F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48315E-1D99-4035-B0DD-1732D9050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 Hill</cp:lastModifiedBy>
  <cp:revision>2</cp:revision>
  <dcterms:created xsi:type="dcterms:W3CDTF">2013-12-23T23:15:00Z</dcterms:created>
  <dcterms:modified xsi:type="dcterms:W3CDTF">2025-02-10T13:42:00Z</dcterms:modified>
  <cp:category/>
</cp:coreProperties>
</file>