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8C2" w:rsidRPr="00950990" w:rsidRDefault="004D1630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950990">
        <w:rPr>
          <w:rFonts w:ascii="Kinetic Letters" w:hAnsi="Kinetic Letters"/>
          <w:sz w:val="40"/>
        </w:rPr>
        <w:t>Talk Like A Musician - Sentence Stems</w:t>
      </w:r>
    </w:p>
    <w:p w:rsidR="00A158C2" w:rsidRPr="00950990" w:rsidRDefault="004D1630">
      <w:pPr>
        <w:rPr>
          <w:rFonts w:ascii="Kinetic Letters" w:hAnsi="Kinetic Letters"/>
          <w:sz w:val="32"/>
        </w:rPr>
      </w:pPr>
      <w:r w:rsidRPr="00950990">
        <w:rPr>
          <w:rFonts w:ascii="Kinetic Letters" w:hAnsi="Kinetic Letters"/>
          <w:sz w:val="32"/>
        </w:rPr>
        <w:t>This document contains structured sentence stems to support disciplinary talk in Music across all key stages.</w:t>
      </w:r>
    </w:p>
    <w:p w:rsidR="00A158C2" w:rsidRPr="00950990" w:rsidRDefault="004D1630">
      <w:pPr>
        <w:pStyle w:val="Heading2"/>
        <w:rPr>
          <w:rFonts w:ascii="Kinetic Letters" w:hAnsi="Kinetic Letters"/>
          <w:sz w:val="36"/>
        </w:rPr>
      </w:pPr>
      <w:r w:rsidRPr="00950990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tempo of this piece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dynamics change when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rhythm is similar to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melody is made up of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piece makes me feel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  <w:r w:rsidRPr="00950990">
              <w:rPr>
                <w:rFonts w:ascii="Kinetic Letters" w:hAnsi="Kinetic Letters"/>
                <w:sz w:val="32"/>
              </w:rPr>
              <w:t xml:space="preserve"> 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composer uses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  <w:r w:rsidRPr="00950990">
              <w:rPr>
                <w:rFonts w:ascii="Kinetic Letters" w:hAnsi="Kinetic Letters"/>
                <w:sz w:val="32"/>
              </w:rPr>
              <w:t xml:space="preserve"> to create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music belongs to the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  <w:r w:rsidRPr="00950990">
              <w:rPr>
                <w:rFonts w:ascii="Kinetic Letters" w:hAnsi="Kinetic Letters"/>
                <w:sz w:val="32"/>
              </w:rPr>
              <w:t xml:space="preserve"> genre.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can hear different layers of sound like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harmony in this piece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If I were to change this</w:t>
            </w:r>
            <w:r w:rsidRPr="00950990">
              <w:rPr>
                <w:rFonts w:ascii="Kinetic Letters" w:hAnsi="Kinetic Letters"/>
                <w:sz w:val="32"/>
              </w:rPr>
              <w:t>, I would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158C2" w:rsidRPr="00950990" w:rsidRDefault="004D1630">
      <w:pPr>
        <w:rPr>
          <w:rFonts w:ascii="Kinetic Letters" w:hAnsi="Kinetic Letters"/>
          <w:sz w:val="32"/>
        </w:rPr>
      </w:pPr>
      <w:r w:rsidRPr="00950990">
        <w:rPr>
          <w:rFonts w:ascii="Kinetic Letters" w:hAnsi="Kinetic Letters"/>
          <w:sz w:val="32"/>
        </w:rPr>
        <w:br/>
      </w:r>
    </w:p>
    <w:p w:rsidR="00A158C2" w:rsidRPr="00950990" w:rsidRDefault="004D1630">
      <w:pPr>
        <w:pStyle w:val="Heading2"/>
        <w:rPr>
          <w:rFonts w:ascii="Kinetic Letters" w:hAnsi="Kinetic Letters"/>
          <w:sz w:val="36"/>
        </w:rPr>
      </w:pPr>
      <w:r w:rsidRPr="00950990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beat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can hear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sound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music makes me feel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tempo is fast/slow 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instrument sounds like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notes are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rhythm goes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lastRenderedPageBreak/>
              <w:t>I think this music is for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reminds me of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158C2" w:rsidRPr="00950990" w:rsidRDefault="004D1630">
      <w:pPr>
        <w:rPr>
          <w:rFonts w:ascii="Kinetic Letters" w:hAnsi="Kinetic Letters"/>
          <w:sz w:val="32"/>
        </w:rPr>
      </w:pPr>
      <w:r w:rsidRPr="00950990">
        <w:rPr>
          <w:rFonts w:ascii="Kinetic Letters" w:hAnsi="Kinetic Letters"/>
          <w:sz w:val="32"/>
        </w:rPr>
        <w:br/>
      </w:r>
    </w:p>
    <w:p w:rsidR="00A158C2" w:rsidRPr="00950990" w:rsidRDefault="004D1630">
      <w:pPr>
        <w:pStyle w:val="Heading2"/>
        <w:rPr>
          <w:rFonts w:ascii="Kinetic Letters" w:hAnsi="Kinetic Letters"/>
          <w:sz w:val="36"/>
        </w:rPr>
      </w:pPr>
      <w:r w:rsidRPr="00950990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sound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is loud/quiet 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music is fast/slow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hear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instrument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beat goes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song makes me feel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reminds me of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 xml:space="preserve">I think this is happy/sad </w:t>
            </w:r>
            <w:r w:rsidRPr="00950990">
              <w:rPr>
                <w:rFonts w:ascii="Kinetic Letters" w:hAnsi="Kinetic Letters"/>
                <w:sz w:val="32"/>
              </w:rPr>
              <w:t>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song has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158C2" w:rsidRPr="00950990" w:rsidRDefault="004D1630">
      <w:pPr>
        <w:rPr>
          <w:rFonts w:ascii="Kinetic Letters" w:hAnsi="Kinetic Letters"/>
          <w:sz w:val="32"/>
        </w:rPr>
      </w:pPr>
      <w:r w:rsidRPr="00950990">
        <w:rPr>
          <w:rFonts w:ascii="Kinetic Letters" w:hAnsi="Kinetic Letters"/>
          <w:sz w:val="32"/>
        </w:rPr>
        <w:br/>
      </w:r>
    </w:p>
    <w:p w:rsidR="00A158C2" w:rsidRPr="00950990" w:rsidRDefault="004D1630">
      <w:pPr>
        <w:pStyle w:val="Heading2"/>
        <w:rPr>
          <w:rFonts w:ascii="Kinetic Letters" w:hAnsi="Kinetic Letters"/>
          <w:sz w:val="36"/>
        </w:rPr>
      </w:pPr>
      <w:r w:rsidRPr="00950990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hear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is loud/quiet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song makes me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beat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like this 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sounds like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I can sing/play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The music is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t>This makes me feel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A158C2" w:rsidRPr="00950990">
        <w:tc>
          <w:tcPr>
            <w:tcW w:w="8640" w:type="dxa"/>
          </w:tcPr>
          <w:p w:rsidR="00A158C2" w:rsidRPr="00950990" w:rsidRDefault="004D1630">
            <w:pPr>
              <w:rPr>
                <w:rFonts w:ascii="Kinetic Letters" w:hAnsi="Kinetic Letters"/>
                <w:sz w:val="32"/>
              </w:rPr>
            </w:pPr>
            <w:r w:rsidRPr="00950990">
              <w:rPr>
                <w:rFonts w:ascii="Kinetic Letters" w:hAnsi="Kinetic Letters"/>
                <w:sz w:val="32"/>
              </w:rPr>
              <w:lastRenderedPageBreak/>
              <w:t xml:space="preserve">I want to dance to this </w:t>
            </w:r>
            <w:r w:rsidRPr="00950990">
              <w:rPr>
                <w:rFonts w:ascii="Kinetic Letters" w:hAnsi="Kinetic Letters"/>
                <w:sz w:val="32"/>
              </w:rPr>
              <w:t>because</w:t>
            </w:r>
            <w:r w:rsidRPr="009509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A158C2" w:rsidRPr="00950990" w:rsidRDefault="004D1630">
      <w:pPr>
        <w:rPr>
          <w:rFonts w:ascii="Kinetic Letters" w:hAnsi="Kinetic Letters"/>
          <w:sz w:val="32"/>
        </w:rPr>
      </w:pPr>
      <w:r w:rsidRPr="00950990">
        <w:rPr>
          <w:rFonts w:ascii="Kinetic Letters" w:hAnsi="Kinetic Letters"/>
          <w:sz w:val="32"/>
        </w:rPr>
        <w:br/>
      </w:r>
      <w:bookmarkEnd w:id="0"/>
    </w:p>
    <w:sectPr w:rsidR="00A158C2" w:rsidRPr="00950990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630" w:rsidRDefault="004D1630" w:rsidP="00950990">
      <w:pPr>
        <w:spacing w:after="0" w:line="240" w:lineRule="auto"/>
      </w:pPr>
      <w:r>
        <w:separator/>
      </w:r>
    </w:p>
  </w:endnote>
  <w:endnote w:type="continuationSeparator" w:id="0">
    <w:p w:rsidR="004D1630" w:rsidRDefault="004D1630" w:rsidP="00950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630" w:rsidRDefault="004D1630" w:rsidP="00950990">
      <w:pPr>
        <w:spacing w:after="0" w:line="240" w:lineRule="auto"/>
      </w:pPr>
      <w:r>
        <w:separator/>
      </w:r>
    </w:p>
  </w:footnote>
  <w:footnote w:type="continuationSeparator" w:id="0">
    <w:p w:rsidR="004D1630" w:rsidRDefault="004D1630" w:rsidP="00950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990" w:rsidRDefault="00950990" w:rsidP="0095099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1630"/>
    <w:rsid w:val="00950990"/>
    <w:rsid w:val="00A158C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35F85DA-FB4B-4D69-AE10-C256F20DC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8BBAF1C-38D8-4710-9025-52B93432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2025-02-10T13:43:00Z</dcterms:modified>
  <cp:category/>
</cp:coreProperties>
</file>