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E70" w:rsidRPr="00AE73CC" w:rsidRDefault="0028520B">
      <w:pPr>
        <w:pStyle w:val="Heading1"/>
        <w:rPr>
          <w:rFonts w:ascii="Kinetic Letters" w:hAnsi="Kinetic Letters"/>
          <w:sz w:val="40"/>
        </w:rPr>
      </w:pPr>
      <w:bookmarkStart w:id="0" w:name="_GoBack"/>
      <w:r w:rsidRPr="00AE73CC">
        <w:rPr>
          <w:rFonts w:ascii="Kinetic Letters" w:hAnsi="Kinetic Letters"/>
          <w:sz w:val="40"/>
        </w:rPr>
        <w:t>Talk Like An Athlete - PE Sentence Stems</w:t>
      </w:r>
    </w:p>
    <w:p w:rsidR="00103E70" w:rsidRPr="00AE73CC" w:rsidRDefault="0028520B">
      <w:pPr>
        <w:rPr>
          <w:rFonts w:ascii="Kinetic Letters" w:hAnsi="Kinetic Letters"/>
          <w:sz w:val="32"/>
        </w:rPr>
      </w:pPr>
      <w:r w:rsidRPr="00AE73CC">
        <w:rPr>
          <w:rFonts w:ascii="Kinetic Letters" w:hAnsi="Kinetic Letters"/>
          <w:sz w:val="32"/>
        </w:rPr>
        <w:t>This document contains structured sentence stems to support disciplinary talk in Physical Education (PE) across all key stages.</w:t>
      </w:r>
    </w:p>
    <w:p w:rsidR="00103E70" w:rsidRPr="00AE73CC" w:rsidRDefault="0028520B">
      <w:pPr>
        <w:pStyle w:val="Heading2"/>
        <w:rPr>
          <w:rFonts w:ascii="Kinetic Letters" w:hAnsi="Kinetic Letters"/>
          <w:sz w:val="36"/>
        </w:rPr>
      </w:pPr>
      <w:r w:rsidRPr="00AE73CC">
        <w:rPr>
          <w:rFonts w:ascii="Kinetic Letters" w:hAnsi="Kinetic Letters"/>
          <w:sz w:val="36"/>
        </w:rPr>
        <w:t>Upper Key Stage 2 (Years 5 &amp; 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To improve my performance, I need to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This movement requires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  <w:r w:rsidRPr="00AE73CC">
              <w:rPr>
                <w:rFonts w:ascii="Kinetic Letters" w:hAnsi="Kinetic Letters"/>
                <w:sz w:val="32"/>
              </w:rPr>
              <w:t xml:space="preserve"> balance/co-ordination/agility.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I can apply this skill in different sports by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My heart rate increases because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The best strategy for this game is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Teamwork is important in this sport because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If I adjust my position, I can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M</w:t>
            </w:r>
            <w:r w:rsidRPr="00AE73CC">
              <w:rPr>
                <w:rFonts w:ascii="Kinetic Letters" w:hAnsi="Kinetic Letters"/>
                <w:sz w:val="32"/>
              </w:rPr>
              <w:t>uscles used in this activity include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A key rule in this sport is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To recover after exercise, I need to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103E70" w:rsidRPr="00AE73CC" w:rsidRDefault="0028520B">
      <w:pPr>
        <w:rPr>
          <w:rFonts w:ascii="Kinetic Letters" w:hAnsi="Kinetic Letters"/>
          <w:sz w:val="32"/>
        </w:rPr>
      </w:pPr>
      <w:r w:rsidRPr="00AE73CC">
        <w:rPr>
          <w:rFonts w:ascii="Kinetic Letters" w:hAnsi="Kinetic Letters"/>
          <w:sz w:val="32"/>
        </w:rPr>
        <w:br/>
      </w:r>
    </w:p>
    <w:p w:rsidR="00103E70" w:rsidRPr="00AE73CC" w:rsidRDefault="0028520B">
      <w:pPr>
        <w:pStyle w:val="Heading2"/>
        <w:rPr>
          <w:rFonts w:ascii="Kinetic Letters" w:hAnsi="Kinetic Letters"/>
          <w:sz w:val="36"/>
        </w:rPr>
      </w:pPr>
      <w:r w:rsidRPr="00AE73CC">
        <w:rPr>
          <w:rFonts w:ascii="Kinetic Letters" w:hAnsi="Kinetic Letters"/>
          <w:sz w:val="36"/>
        </w:rPr>
        <w:t>Lower Key Stage 2 (Years 3 &amp;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I need to move my body by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To throw/catch better, I should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This sport is played by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 xml:space="preserve">To </w:t>
            </w:r>
            <w:r w:rsidRPr="00AE73CC">
              <w:rPr>
                <w:rFonts w:ascii="Kinetic Letters" w:hAnsi="Kinetic Letters"/>
                <w:sz w:val="32"/>
              </w:rPr>
              <w:t>balance, I must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I can control the ball by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My body feels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  <w:r w:rsidRPr="00AE73CC">
              <w:rPr>
                <w:rFonts w:ascii="Kinetic Letters" w:hAnsi="Kinetic Letters"/>
                <w:sz w:val="32"/>
              </w:rPr>
              <w:t xml:space="preserve"> after exercise.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This movement is different because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I can work as a team by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lastRenderedPageBreak/>
              <w:t>The best way to score is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I can make this movement stronger by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103E70" w:rsidRPr="00AE73CC" w:rsidRDefault="0028520B">
      <w:pPr>
        <w:rPr>
          <w:rFonts w:ascii="Kinetic Letters" w:hAnsi="Kinetic Letters"/>
          <w:sz w:val="32"/>
        </w:rPr>
      </w:pPr>
      <w:r w:rsidRPr="00AE73CC">
        <w:rPr>
          <w:rFonts w:ascii="Kinetic Letters" w:hAnsi="Kinetic Letters"/>
          <w:sz w:val="32"/>
        </w:rPr>
        <w:br/>
      </w:r>
    </w:p>
    <w:p w:rsidR="00103E70" w:rsidRPr="00AE73CC" w:rsidRDefault="0028520B">
      <w:pPr>
        <w:pStyle w:val="Heading2"/>
        <w:rPr>
          <w:rFonts w:ascii="Kinetic Letters" w:hAnsi="Kinetic Letters"/>
          <w:sz w:val="36"/>
        </w:rPr>
      </w:pPr>
      <w:r w:rsidRPr="00AE73CC">
        <w:rPr>
          <w:rFonts w:ascii="Kinetic Letters" w:hAnsi="Kinetic Letters"/>
          <w:sz w:val="36"/>
        </w:rPr>
        <w:t>Key Stage 1 (Years 1 &amp;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I can</w:t>
            </w:r>
            <w:r w:rsidRPr="00AE73CC">
              <w:rPr>
                <w:rFonts w:ascii="Kinetic Letters" w:hAnsi="Kinetic Letters"/>
                <w:sz w:val="32"/>
              </w:rPr>
              <w:t xml:space="preserve"> run/jump/throw by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This move is tricky because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I need to balance by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I can pass the ball by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To move quickly, I should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Playing in a team means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My body feels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  <w:r w:rsidRPr="00AE73CC">
              <w:rPr>
                <w:rFonts w:ascii="Kinetic Letters" w:hAnsi="Kinetic Letters"/>
                <w:sz w:val="32"/>
              </w:rPr>
              <w:t xml:space="preserve"> when I run.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To jump further, I need to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I need to listen to the rules because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This g</w:t>
            </w:r>
            <w:r w:rsidRPr="00AE73CC">
              <w:rPr>
                <w:rFonts w:ascii="Kinetic Letters" w:hAnsi="Kinetic Letters"/>
                <w:sz w:val="32"/>
              </w:rPr>
              <w:t>ame is fun because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103E70" w:rsidRPr="00AE73CC" w:rsidRDefault="0028520B">
      <w:pPr>
        <w:rPr>
          <w:rFonts w:ascii="Kinetic Letters" w:hAnsi="Kinetic Letters"/>
          <w:sz w:val="32"/>
        </w:rPr>
      </w:pPr>
      <w:r w:rsidRPr="00AE73CC">
        <w:rPr>
          <w:rFonts w:ascii="Kinetic Letters" w:hAnsi="Kinetic Letters"/>
          <w:sz w:val="32"/>
        </w:rPr>
        <w:br/>
      </w:r>
    </w:p>
    <w:p w:rsidR="00103E70" w:rsidRPr="00AE73CC" w:rsidRDefault="0028520B">
      <w:pPr>
        <w:pStyle w:val="Heading2"/>
        <w:rPr>
          <w:rFonts w:ascii="Kinetic Letters" w:hAnsi="Kinetic Letters"/>
          <w:sz w:val="36"/>
        </w:rPr>
      </w:pPr>
      <w:r w:rsidRPr="00AE73CC">
        <w:rPr>
          <w:rFonts w:ascii="Kinetic Letters" w:hAnsi="Kinetic Letters"/>
          <w:sz w:val="36"/>
        </w:rPr>
        <w:t>Early Years (Reception)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I can run/jump/throw!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I feel happy when I move!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I can balance on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This ball is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I can roll/catch/kick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My legs/arms move like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This makes me strong!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>I am fast/slow when I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t xml:space="preserve">I can </w:t>
            </w:r>
            <w:r w:rsidRPr="00AE73CC">
              <w:rPr>
                <w:rFonts w:ascii="Kinetic Letters" w:hAnsi="Kinetic Letters"/>
                <w:sz w:val="32"/>
              </w:rPr>
              <w:t>hop/skip by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103E70" w:rsidRPr="00AE73CC">
        <w:tc>
          <w:tcPr>
            <w:tcW w:w="8640" w:type="dxa"/>
          </w:tcPr>
          <w:p w:rsidR="00103E70" w:rsidRPr="00AE73CC" w:rsidRDefault="0028520B">
            <w:pPr>
              <w:rPr>
                <w:rFonts w:ascii="Kinetic Letters" w:hAnsi="Kinetic Letters"/>
                <w:sz w:val="32"/>
              </w:rPr>
            </w:pPr>
            <w:r w:rsidRPr="00AE73CC">
              <w:rPr>
                <w:rFonts w:ascii="Kinetic Letters" w:hAnsi="Kinetic Letters"/>
                <w:sz w:val="32"/>
              </w:rPr>
              <w:lastRenderedPageBreak/>
              <w:t>I love playing because</w:t>
            </w:r>
            <w:r w:rsidRPr="00AE73CC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103E70" w:rsidRPr="00AE73CC" w:rsidRDefault="0028520B">
      <w:pPr>
        <w:rPr>
          <w:rFonts w:ascii="Kinetic Letters" w:hAnsi="Kinetic Letters"/>
          <w:sz w:val="32"/>
        </w:rPr>
      </w:pPr>
      <w:r w:rsidRPr="00AE73CC">
        <w:rPr>
          <w:rFonts w:ascii="Kinetic Letters" w:hAnsi="Kinetic Letters"/>
          <w:sz w:val="32"/>
        </w:rPr>
        <w:br/>
      </w:r>
      <w:bookmarkEnd w:id="0"/>
    </w:p>
    <w:sectPr w:rsidR="00103E70" w:rsidRPr="00AE73CC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20B" w:rsidRDefault="0028520B" w:rsidP="00AE73CC">
      <w:pPr>
        <w:spacing w:after="0" w:line="240" w:lineRule="auto"/>
      </w:pPr>
      <w:r>
        <w:separator/>
      </w:r>
    </w:p>
  </w:endnote>
  <w:endnote w:type="continuationSeparator" w:id="0">
    <w:p w:rsidR="0028520B" w:rsidRDefault="0028520B" w:rsidP="00AE7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20B" w:rsidRDefault="0028520B" w:rsidP="00AE73CC">
      <w:pPr>
        <w:spacing w:after="0" w:line="240" w:lineRule="auto"/>
      </w:pPr>
      <w:r>
        <w:separator/>
      </w:r>
    </w:p>
  </w:footnote>
  <w:footnote w:type="continuationSeparator" w:id="0">
    <w:p w:rsidR="0028520B" w:rsidRDefault="0028520B" w:rsidP="00AE7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3CC" w:rsidRDefault="00AE73CC" w:rsidP="00AE73CC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6C183B6" wp14:editId="78E6C81D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03E70"/>
    <w:rsid w:val="0015074B"/>
    <w:rsid w:val="0028520B"/>
    <w:rsid w:val="0029639D"/>
    <w:rsid w:val="00326F90"/>
    <w:rsid w:val="00AA1D8D"/>
    <w:rsid w:val="00AE73CC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E38799A1-D94A-42D2-8E08-20B7E6885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324DAB3-A616-4482-88F9-D4B24CB97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2025-02-10T13:45:00Z</dcterms:modified>
  <cp:category/>
</cp:coreProperties>
</file>