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57A" w:rsidRPr="0062440B" w:rsidRDefault="00D40EAF">
      <w:pPr>
        <w:pStyle w:val="Heading1"/>
        <w:rPr>
          <w:rFonts w:ascii="Kinetic Letters" w:hAnsi="Kinetic Letters"/>
          <w:sz w:val="40"/>
        </w:rPr>
      </w:pPr>
      <w:bookmarkStart w:id="0" w:name="_GoBack"/>
      <w:r w:rsidRPr="0062440B">
        <w:rPr>
          <w:rFonts w:ascii="Kinetic Letters" w:hAnsi="Kinetic Letters"/>
          <w:sz w:val="40"/>
        </w:rPr>
        <w:t>Talk Like A Citizen - PSHE Sentence Stems</w:t>
      </w:r>
    </w:p>
    <w:p w:rsidR="006B257A" w:rsidRPr="0062440B" w:rsidRDefault="00D40EAF">
      <w:pPr>
        <w:rPr>
          <w:rFonts w:ascii="Kinetic Letters" w:hAnsi="Kinetic Letters"/>
          <w:sz w:val="32"/>
        </w:rPr>
      </w:pPr>
      <w:r w:rsidRPr="0062440B">
        <w:rPr>
          <w:rFonts w:ascii="Kinetic Letters" w:hAnsi="Kinetic Letters"/>
          <w:sz w:val="32"/>
        </w:rPr>
        <w:t>This document contains structured sentence stems to support disciplinary talk in Personal, Social, Health &amp; Economic (PSHE) education across all key stages.</w:t>
      </w:r>
    </w:p>
    <w:p w:rsidR="006B257A" w:rsidRPr="0062440B" w:rsidRDefault="00D40EAF">
      <w:pPr>
        <w:pStyle w:val="Heading2"/>
        <w:rPr>
          <w:rFonts w:ascii="Kinetic Letters" w:hAnsi="Kinetic Letters"/>
          <w:sz w:val="36"/>
        </w:rPr>
      </w:pPr>
      <w:r w:rsidRPr="0062440B">
        <w:rPr>
          <w:rFonts w:ascii="Kinetic Letters" w:hAnsi="Kinetic Letters"/>
          <w:sz w:val="36"/>
        </w:rPr>
        <w:t>Upper Key Stage 2 (Years 5 &amp; 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 xml:space="preserve">A </w:t>
            </w:r>
            <w:r w:rsidRPr="0062440B">
              <w:rPr>
                <w:rFonts w:ascii="Kinetic Letters" w:hAnsi="Kinetic Letters"/>
                <w:sz w:val="32"/>
              </w:rPr>
              <w:t>responsible citizen is someone who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Respect means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  <w:r w:rsidRPr="0062440B">
              <w:rPr>
                <w:rFonts w:ascii="Kinetic Letters" w:hAnsi="Kinetic Letters"/>
                <w:sz w:val="32"/>
              </w:rPr>
              <w:t xml:space="preserve"> because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I can show empathy by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This rule exists to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Different emotions affect people by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A healthy lifestyle includes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To solve a problem, I could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If I see someone being unkind, I should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 xml:space="preserve">Making </w:t>
            </w:r>
            <w:r w:rsidRPr="0062440B">
              <w:rPr>
                <w:rFonts w:ascii="Kinetic Letters" w:hAnsi="Kinetic Letters"/>
                <w:sz w:val="32"/>
              </w:rPr>
              <w:t>decisions is important because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A challenge I faced was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  <w:r w:rsidRPr="0062440B">
              <w:rPr>
                <w:rFonts w:ascii="Kinetic Letters" w:hAnsi="Kinetic Letters"/>
                <w:sz w:val="32"/>
              </w:rPr>
              <w:t xml:space="preserve"> and I overcame it by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B257A" w:rsidRPr="0062440B" w:rsidRDefault="00D40EAF">
      <w:pPr>
        <w:rPr>
          <w:rFonts w:ascii="Kinetic Letters" w:hAnsi="Kinetic Letters"/>
          <w:sz w:val="32"/>
        </w:rPr>
      </w:pPr>
      <w:r w:rsidRPr="0062440B">
        <w:rPr>
          <w:rFonts w:ascii="Kinetic Letters" w:hAnsi="Kinetic Letters"/>
          <w:sz w:val="32"/>
        </w:rPr>
        <w:br/>
      </w:r>
    </w:p>
    <w:p w:rsidR="006B257A" w:rsidRPr="0062440B" w:rsidRDefault="00D40EAF">
      <w:pPr>
        <w:pStyle w:val="Heading2"/>
        <w:rPr>
          <w:rFonts w:ascii="Kinetic Letters" w:hAnsi="Kinetic Letters"/>
          <w:sz w:val="36"/>
        </w:rPr>
      </w:pPr>
      <w:r w:rsidRPr="0062440B">
        <w:rPr>
          <w:rFonts w:ascii="Kinetic Letters" w:hAnsi="Kinetic Letters"/>
          <w:sz w:val="36"/>
        </w:rPr>
        <w:t>Lower Key Stage 2 (Years 3 &amp; 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I can be a good friend by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Being kind means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I can stay healthy by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A rule I follow is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  <w:r w:rsidRPr="0062440B">
              <w:rPr>
                <w:rFonts w:ascii="Kinetic Letters" w:hAnsi="Kinetic Letters"/>
                <w:sz w:val="32"/>
              </w:rPr>
              <w:t xml:space="preserve"> because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When I feel sad, I can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If I make a mistake, I should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To be a good teammate, I need to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I can help others by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lastRenderedPageBreak/>
              <w:t>This makes me feel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It is important to respect others because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B257A" w:rsidRPr="0062440B" w:rsidRDefault="00D40EAF">
      <w:pPr>
        <w:rPr>
          <w:rFonts w:ascii="Kinetic Letters" w:hAnsi="Kinetic Letters"/>
          <w:sz w:val="32"/>
        </w:rPr>
      </w:pPr>
      <w:r w:rsidRPr="0062440B">
        <w:rPr>
          <w:rFonts w:ascii="Kinetic Letters" w:hAnsi="Kinetic Letters"/>
          <w:sz w:val="32"/>
        </w:rPr>
        <w:br/>
      </w:r>
    </w:p>
    <w:p w:rsidR="006B257A" w:rsidRPr="0062440B" w:rsidRDefault="00D40EAF">
      <w:pPr>
        <w:pStyle w:val="Heading2"/>
        <w:rPr>
          <w:rFonts w:ascii="Kinetic Letters" w:hAnsi="Kinetic Letters"/>
          <w:sz w:val="36"/>
        </w:rPr>
      </w:pPr>
      <w:r w:rsidRPr="0062440B">
        <w:rPr>
          <w:rFonts w:ascii="Kinetic Letters" w:hAnsi="Kinetic Letters"/>
          <w:sz w:val="36"/>
        </w:rPr>
        <w:t>Key Stage 1 (Years 1 &amp; 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A friend is someone who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Sharing is important because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I can be kind by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If I feel sad, I can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To be healthy, I should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This makes me happy because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Rules help us to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If someone is upset, I can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I like it when people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I feel proud when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B257A" w:rsidRPr="0062440B" w:rsidRDefault="00D40EAF">
      <w:pPr>
        <w:rPr>
          <w:rFonts w:ascii="Kinetic Letters" w:hAnsi="Kinetic Letters"/>
          <w:sz w:val="32"/>
        </w:rPr>
      </w:pPr>
      <w:r w:rsidRPr="0062440B">
        <w:rPr>
          <w:rFonts w:ascii="Kinetic Letters" w:hAnsi="Kinetic Letters"/>
          <w:sz w:val="32"/>
        </w:rPr>
        <w:br/>
      </w:r>
    </w:p>
    <w:p w:rsidR="006B257A" w:rsidRPr="0062440B" w:rsidRDefault="00D40EAF">
      <w:pPr>
        <w:pStyle w:val="Heading2"/>
        <w:rPr>
          <w:rFonts w:ascii="Kinetic Letters" w:hAnsi="Kinetic Letters"/>
          <w:sz w:val="36"/>
        </w:rPr>
      </w:pPr>
      <w:r w:rsidRPr="0062440B">
        <w:rPr>
          <w:rFonts w:ascii="Kinetic Letters" w:hAnsi="Kinetic Letters"/>
          <w:sz w:val="36"/>
        </w:rPr>
        <w:t>Early Years (Reception)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I can help by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 xml:space="preserve">I feel </w:t>
            </w:r>
            <w:r w:rsidRPr="0062440B">
              <w:rPr>
                <w:rFonts w:ascii="Kinetic Letters" w:hAnsi="Kinetic Letters"/>
                <w:sz w:val="32"/>
              </w:rPr>
              <w:t>happy when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Sharing is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I say sorry when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My friend makes me feel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I can take turns by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I listen when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I feel sad when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t>Being kind is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6B257A" w:rsidRPr="0062440B">
        <w:tc>
          <w:tcPr>
            <w:tcW w:w="8640" w:type="dxa"/>
          </w:tcPr>
          <w:p w:rsidR="006B257A" w:rsidRPr="0062440B" w:rsidRDefault="00D40EAF">
            <w:pPr>
              <w:rPr>
                <w:rFonts w:ascii="Kinetic Letters" w:hAnsi="Kinetic Letters"/>
                <w:sz w:val="32"/>
              </w:rPr>
            </w:pPr>
            <w:r w:rsidRPr="0062440B">
              <w:rPr>
                <w:rFonts w:ascii="Kinetic Letters" w:hAnsi="Kinetic Letters"/>
                <w:sz w:val="32"/>
              </w:rPr>
              <w:lastRenderedPageBreak/>
              <w:t>I like it when</w:t>
            </w:r>
            <w:r w:rsidRPr="0062440B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6B257A" w:rsidRPr="0062440B" w:rsidRDefault="00D40EAF">
      <w:pPr>
        <w:rPr>
          <w:rFonts w:ascii="Kinetic Letters" w:hAnsi="Kinetic Letters"/>
          <w:sz w:val="32"/>
        </w:rPr>
      </w:pPr>
      <w:r w:rsidRPr="0062440B">
        <w:rPr>
          <w:rFonts w:ascii="Kinetic Letters" w:hAnsi="Kinetic Letters"/>
          <w:sz w:val="32"/>
        </w:rPr>
        <w:br/>
      </w:r>
      <w:bookmarkEnd w:id="0"/>
    </w:p>
    <w:sectPr w:rsidR="006B257A" w:rsidRPr="0062440B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EAF" w:rsidRDefault="00D40EAF" w:rsidP="0062440B">
      <w:pPr>
        <w:spacing w:after="0" w:line="240" w:lineRule="auto"/>
      </w:pPr>
      <w:r>
        <w:separator/>
      </w:r>
    </w:p>
  </w:endnote>
  <w:endnote w:type="continuationSeparator" w:id="0">
    <w:p w:rsidR="00D40EAF" w:rsidRDefault="00D40EAF" w:rsidP="00624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EAF" w:rsidRDefault="00D40EAF" w:rsidP="0062440B">
      <w:pPr>
        <w:spacing w:after="0" w:line="240" w:lineRule="auto"/>
      </w:pPr>
      <w:r>
        <w:separator/>
      </w:r>
    </w:p>
  </w:footnote>
  <w:footnote w:type="continuationSeparator" w:id="0">
    <w:p w:rsidR="00D40EAF" w:rsidRDefault="00D40EAF" w:rsidP="00624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40B" w:rsidRDefault="0062440B" w:rsidP="0062440B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76C183B6" wp14:editId="78E6C81D">
          <wp:extent cx="861060" cy="8610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861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2440B"/>
    <w:rsid w:val="006B257A"/>
    <w:rsid w:val="00AA1D8D"/>
    <w:rsid w:val="00B47730"/>
    <w:rsid w:val="00CB0664"/>
    <w:rsid w:val="00D40EA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5D3FEBA0-5B68-42C8-97BC-EA4A41C15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40F8E2F-7200-453C-8AFF-BCD1A0E30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2013-12-23T23:15:00Z</dcterms:created>
  <dcterms:modified xsi:type="dcterms:W3CDTF">2025-02-10T13:44:00Z</dcterms:modified>
  <cp:category/>
</cp:coreProperties>
</file>