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67" w:rsidRPr="00685091" w:rsidRDefault="00B71600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685091">
        <w:rPr>
          <w:rFonts w:ascii="Kinetic Letters" w:hAnsi="Kinetic Letters"/>
          <w:sz w:val="40"/>
        </w:rPr>
        <w:t>Talk Like A Linguist - French Sentence Stems</w:t>
      </w:r>
    </w:p>
    <w:p w:rsidR="00890C67" w:rsidRPr="00685091" w:rsidRDefault="00B71600">
      <w:pPr>
        <w:rPr>
          <w:rFonts w:ascii="Kinetic Letters" w:hAnsi="Kinetic Letters"/>
          <w:sz w:val="32"/>
        </w:rPr>
      </w:pPr>
      <w:r w:rsidRPr="00685091">
        <w:rPr>
          <w:rFonts w:ascii="Kinetic Letters" w:hAnsi="Kinetic Letters"/>
          <w:sz w:val="32"/>
        </w:rPr>
        <w:t>This document contains structured sentence stems to support disciplinary talk in Modern Foreign Languages (French) across all key stages, with stems provided in both French and English.</w:t>
      </w:r>
    </w:p>
    <w:p w:rsidR="00890C67" w:rsidRPr="00685091" w:rsidRDefault="00B71600">
      <w:pPr>
        <w:pStyle w:val="Heading2"/>
        <w:rPr>
          <w:rFonts w:ascii="Kinetic Letters" w:hAnsi="Kinetic Letters"/>
          <w:sz w:val="36"/>
        </w:rPr>
      </w:pPr>
      <w:r w:rsidRPr="00685091">
        <w:rPr>
          <w:rFonts w:ascii="Kinetic Letters" w:hAnsi="Kinetic Letters"/>
          <w:sz w:val="36"/>
        </w:rPr>
        <w:t>Upper Key Stage 2 (Years</w:t>
      </w:r>
      <w:r w:rsidRPr="00685091">
        <w:rPr>
          <w:rFonts w:ascii="Kinetic Letters" w:hAnsi="Kinetic Letters"/>
          <w:sz w:val="36"/>
        </w:rPr>
        <w:t xml:space="preserve">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Sentence Stems (French - English)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J’ai appris que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have learned that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peux dire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en fran</w:t>
            </w:r>
            <w:r w:rsidRPr="00685091">
              <w:rPr>
                <w:rFonts w:ascii="Calibri" w:hAnsi="Calibri" w:cs="Calibri"/>
                <w:sz w:val="32"/>
              </w:rPr>
              <w:t>ç</w:t>
            </w:r>
            <w:r w:rsidRPr="00685091">
              <w:rPr>
                <w:rFonts w:ascii="Kinetic Letters" w:hAnsi="Kinetic Letters"/>
                <w:sz w:val="32"/>
              </w:rPr>
              <w:t>ais. (I can say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in French.)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 xml:space="preserve">Le verbe </w:t>
            </w:r>
            <w:r w:rsidRPr="00685091">
              <w:rPr>
                <w:rFonts w:ascii="Calibri" w:hAnsi="Calibri" w:cs="Calibri"/>
                <w:sz w:val="32"/>
              </w:rPr>
              <w:t>«</w:t>
            </w:r>
            <w:r w:rsidRPr="00685091">
              <w:rPr>
                <w:rFonts w:ascii="Kinetic Letters" w:hAnsi="Kinetic Letters"/>
                <w:sz w:val="32"/>
              </w:rPr>
              <w:t xml:space="preserve"> </w:t>
            </w:r>
            <w:r w:rsidRPr="00685091">
              <w:rPr>
                <w:rFonts w:ascii="Calibri" w:hAnsi="Calibri" w:cs="Calibri"/>
                <w:sz w:val="32"/>
              </w:rPr>
              <w:t>ê</w:t>
            </w:r>
            <w:r w:rsidRPr="00685091">
              <w:rPr>
                <w:rFonts w:ascii="Kinetic Letters" w:hAnsi="Kinetic Letters"/>
                <w:sz w:val="32"/>
              </w:rPr>
              <w:t xml:space="preserve">tre </w:t>
            </w:r>
            <w:r w:rsidRPr="00685091">
              <w:rPr>
                <w:rFonts w:ascii="Calibri" w:hAnsi="Calibri" w:cs="Calibri"/>
                <w:sz w:val="32"/>
              </w:rPr>
              <w:t>»</w:t>
            </w:r>
            <w:r w:rsidRPr="00685091">
              <w:rPr>
                <w:rFonts w:ascii="Kinetic Letters" w:hAnsi="Kinetic Letters"/>
                <w:sz w:val="32"/>
              </w:rPr>
              <w:t xml:space="preserve"> signifie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(The verb 'to be' means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Cette phrase veut dire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en anglais. (This sentence means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in Engl</w:t>
            </w:r>
            <w:r w:rsidRPr="00685091">
              <w:rPr>
                <w:rFonts w:ascii="Kinetic Letters" w:hAnsi="Kinetic Letters"/>
                <w:sz w:val="32"/>
              </w:rPr>
              <w:t>ish.)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pense que ce mot veut dire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think this word means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Les adjectifs doivent s’accorder avec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(Adjectives must agree with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Ce son est diff</w:t>
            </w:r>
            <w:r w:rsidRPr="00685091">
              <w:rPr>
                <w:rFonts w:ascii="Calibri" w:hAnsi="Calibri" w:cs="Calibri"/>
                <w:sz w:val="32"/>
              </w:rPr>
              <w:t>é</w:t>
            </w:r>
            <w:r w:rsidRPr="00685091">
              <w:rPr>
                <w:rFonts w:ascii="Kinetic Letters" w:hAnsi="Kinetic Letters"/>
                <w:sz w:val="32"/>
              </w:rPr>
              <w:t>rent de l</w:t>
            </w:r>
            <w:r w:rsidRPr="00685091">
              <w:rPr>
                <w:rFonts w:ascii="Kinetic Letters" w:hAnsi="Kinetic Letters" w:cs="Kinetic Letters"/>
                <w:sz w:val="32"/>
              </w:rPr>
              <w:t>’</w:t>
            </w:r>
            <w:r w:rsidRPr="00685091">
              <w:rPr>
                <w:rFonts w:ascii="Kinetic Letters" w:hAnsi="Kinetic Letters"/>
                <w:sz w:val="32"/>
              </w:rPr>
              <w:t>anglais parce que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(This sound is different from English because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Pour poser une question, o</w:t>
            </w:r>
            <w:r w:rsidRPr="00685091">
              <w:rPr>
                <w:rFonts w:ascii="Kinetic Letters" w:hAnsi="Kinetic Letters"/>
                <w:sz w:val="32"/>
              </w:rPr>
              <w:t>n dit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(To ask a question, we say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Ce mot est masculin/f</w:t>
            </w:r>
            <w:r w:rsidRPr="00685091">
              <w:rPr>
                <w:rFonts w:ascii="Calibri" w:hAnsi="Calibri" w:cs="Calibri"/>
                <w:sz w:val="32"/>
              </w:rPr>
              <w:t>é</w:t>
            </w:r>
            <w:r w:rsidRPr="00685091">
              <w:rPr>
                <w:rFonts w:ascii="Kinetic Letters" w:hAnsi="Kinetic Letters"/>
                <w:sz w:val="32"/>
              </w:rPr>
              <w:t>minin parce que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(This word is masculine/feminine because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peux utiliser ce mot dans une phrase comme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can use this word in a sentence like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</w:tbl>
    <w:p w:rsidR="00890C67" w:rsidRPr="00685091" w:rsidRDefault="00B71600">
      <w:pPr>
        <w:rPr>
          <w:rFonts w:ascii="Kinetic Letters" w:hAnsi="Kinetic Letters"/>
          <w:sz w:val="32"/>
        </w:rPr>
      </w:pPr>
      <w:r w:rsidRPr="00685091">
        <w:rPr>
          <w:rFonts w:ascii="Kinetic Letters" w:hAnsi="Kinetic Letters"/>
          <w:sz w:val="32"/>
        </w:rPr>
        <w:br/>
      </w:r>
    </w:p>
    <w:p w:rsidR="00890C67" w:rsidRPr="00685091" w:rsidRDefault="00B71600">
      <w:pPr>
        <w:pStyle w:val="Heading2"/>
        <w:rPr>
          <w:rFonts w:ascii="Kinetic Letters" w:hAnsi="Kinetic Letters"/>
          <w:sz w:val="36"/>
        </w:rPr>
      </w:pPr>
      <w:r w:rsidRPr="00685091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 xml:space="preserve">Sentence </w:t>
            </w:r>
            <w:r w:rsidRPr="00685091">
              <w:rPr>
                <w:rFonts w:ascii="Kinetic Letters" w:hAnsi="Kinetic Letters"/>
                <w:sz w:val="32"/>
              </w:rPr>
              <w:t>Stems (French - English)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En fran</w:t>
            </w:r>
            <w:r w:rsidRPr="00685091">
              <w:rPr>
                <w:rFonts w:ascii="Calibri" w:hAnsi="Calibri" w:cs="Calibri"/>
                <w:sz w:val="32"/>
              </w:rPr>
              <w:t>ç</w:t>
            </w:r>
            <w:r w:rsidRPr="00685091">
              <w:rPr>
                <w:rFonts w:ascii="Kinetic Letters" w:hAnsi="Kinetic Letters"/>
                <w:sz w:val="32"/>
              </w:rPr>
              <w:t>ais, on dit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(In French, we say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peux compter jusqu'</w:t>
            </w:r>
            <w:r w:rsidRPr="00685091">
              <w:rPr>
                <w:rFonts w:ascii="Calibri" w:hAnsi="Calibri" w:cs="Calibri"/>
                <w:sz w:val="32"/>
              </w:rPr>
              <w:t>à…</w:t>
            </w:r>
            <w:r w:rsidRPr="00685091">
              <w:rPr>
                <w:rFonts w:ascii="Kinetic Letters" w:hAnsi="Kinetic Letters"/>
                <w:sz w:val="32"/>
              </w:rPr>
              <w:t xml:space="preserve"> (I can count up to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Ce mot commence par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(This word starts with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peux voir une similitude entre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can see a similarity between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La diff</w:t>
            </w:r>
            <w:r w:rsidRPr="00685091">
              <w:rPr>
                <w:rFonts w:ascii="Calibri" w:hAnsi="Calibri" w:cs="Calibri"/>
                <w:sz w:val="32"/>
              </w:rPr>
              <w:t>é</w:t>
            </w:r>
            <w:r w:rsidRPr="00685091">
              <w:rPr>
                <w:rFonts w:ascii="Kinetic Letters" w:hAnsi="Kinetic Letters"/>
                <w:sz w:val="32"/>
              </w:rPr>
              <w:t>rence entre ces</w:t>
            </w:r>
            <w:r w:rsidRPr="00685091">
              <w:rPr>
                <w:rFonts w:ascii="Kinetic Letters" w:hAnsi="Kinetic Letters"/>
                <w:sz w:val="32"/>
              </w:rPr>
              <w:t xml:space="preserve"> mots est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(The difference between these words 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lastRenderedPageBreak/>
              <w:t>Pour dire bonjour, on dit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(To say hello, we say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Ce verbe signifie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en anglais. (This verb means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in English.)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peux entendre que ce son est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can hear that this sound 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En anglais, nous diso</w:t>
            </w:r>
            <w:r w:rsidRPr="00685091">
              <w:rPr>
                <w:rFonts w:ascii="Kinetic Letters" w:hAnsi="Kinetic Letters"/>
                <w:sz w:val="32"/>
              </w:rPr>
              <w:t>ns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mais en fran</w:t>
            </w:r>
            <w:r w:rsidRPr="00685091">
              <w:rPr>
                <w:rFonts w:ascii="Calibri" w:hAnsi="Calibri" w:cs="Calibri"/>
                <w:sz w:val="32"/>
              </w:rPr>
              <w:t>ç</w:t>
            </w:r>
            <w:r w:rsidRPr="00685091">
              <w:rPr>
                <w:rFonts w:ascii="Kinetic Letters" w:hAnsi="Kinetic Letters"/>
                <w:sz w:val="32"/>
              </w:rPr>
              <w:t>ais, c'est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(In English, we say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but in French, it's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peux lire ce mot en fran</w:t>
            </w:r>
            <w:r w:rsidRPr="00685091">
              <w:rPr>
                <w:rFonts w:ascii="Calibri" w:hAnsi="Calibri" w:cs="Calibri"/>
                <w:sz w:val="32"/>
              </w:rPr>
              <w:t>ç</w:t>
            </w:r>
            <w:r w:rsidRPr="00685091">
              <w:rPr>
                <w:rFonts w:ascii="Kinetic Letters" w:hAnsi="Kinetic Letters"/>
                <w:sz w:val="32"/>
              </w:rPr>
              <w:t>ais :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can read this word in French: 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</w:tbl>
    <w:p w:rsidR="00890C67" w:rsidRPr="00685091" w:rsidRDefault="00B71600">
      <w:pPr>
        <w:rPr>
          <w:rFonts w:ascii="Kinetic Letters" w:hAnsi="Kinetic Letters"/>
          <w:sz w:val="32"/>
        </w:rPr>
      </w:pPr>
      <w:r w:rsidRPr="00685091">
        <w:rPr>
          <w:rFonts w:ascii="Kinetic Letters" w:hAnsi="Kinetic Letters"/>
          <w:sz w:val="32"/>
        </w:rPr>
        <w:br/>
      </w:r>
    </w:p>
    <w:p w:rsidR="00890C67" w:rsidRPr="00685091" w:rsidRDefault="00B71600">
      <w:pPr>
        <w:pStyle w:val="Heading2"/>
        <w:rPr>
          <w:rFonts w:ascii="Kinetic Letters" w:hAnsi="Kinetic Letters"/>
          <w:sz w:val="36"/>
        </w:rPr>
      </w:pPr>
      <w:r w:rsidRPr="00685091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Sentence Stems (French - English)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Bonjour signifie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(Bonjour means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 xml:space="preserve">Je peux </w:t>
            </w:r>
            <w:r w:rsidRPr="00685091">
              <w:rPr>
                <w:rFonts w:ascii="Kinetic Letters" w:hAnsi="Kinetic Letters"/>
                <w:sz w:val="32"/>
              </w:rPr>
              <w:t>dire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can say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Ce nombre est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(This number 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reconnais ce mot parce que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recognize this word because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Pour saluer, je dis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(To greet, I say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 xml:space="preserve">Ce mot ressemble </w:t>
            </w:r>
            <w:r w:rsidRPr="00685091">
              <w:rPr>
                <w:rFonts w:ascii="Calibri" w:hAnsi="Calibri" w:cs="Calibri"/>
                <w:sz w:val="32"/>
              </w:rPr>
              <w:t>à…</w:t>
            </w:r>
            <w:r w:rsidRPr="00685091">
              <w:rPr>
                <w:rFonts w:ascii="Kinetic Letters" w:hAnsi="Kinetic Letters"/>
                <w:sz w:val="32"/>
              </w:rPr>
              <w:t xml:space="preserve"> (This word looks like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Pour poser une question, je dis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(To ask a question</w:t>
            </w:r>
            <w:r w:rsidRPr="00685091">
              <w:rPr>
                <w:rFonts w:ascii="Kinetic Letters" w:hAnsi="Kinetic Letters"/>
                <w:sz w:val="32"/>
              </w:rPr>
              <w:t>, I say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peux voir que ces lettres font le son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can see that these letters make the sound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r</w:t>
            </w:r>
            <w:r w:rsidRPr="00685091">
              <w:rPr>
                <w:rFonts w:ascii="Calibri" w:hAnsi="Calibri" w:cs="Calibri"/>
                <w:sz w:val="32"/>
              </w:rPr>
              <w:t>é</w:t>
            </w:r>
            <w:r w:rsidRPr="00685091">
              <w:rPr>
                <w:rFonts w:ascii="Kinetic Letters" w:hAnsi="Kinetic Letters"/>
                <w:sz w:val="32"/>
              </w:rPr>
              <w:t>p</w:t>
            </w:r>
            <w:r w:rsidRPr="00685091">
              <w:rPr>
                <w:rFonts w:ascii="Calibri" w:hAnsi="Calibri" w:cs="Calibri"/>
                <w:sz w:val="32"/>
              </w:rPr>
              <w:t>è</w:t>
            </w:r>
            <w:r w:rsidRPr="00685091">
              <w:rPr>
                <w:rFonts w:ascii="Kinetic Letters" w:hAnsi="Kinetic Letters"/>
                <w:sz w:val="32"/>
              </w:rPr>
              <w:t>te apr</w:t>
            </w:r>
            <w:r w:rsidRPr="00685091">
              <w:rPr>
                <w:rFonts w:ascii="Calibri" w:hAnsi="Calibri" w:cs="Calibri"/>
                <w:sz w:val="32"/>
              </w:rPr>
              <w:t>è</w:t>
            </w:r>
            <w:r w:rsidRPr="00685091">
              <w:rPr>
                <w:rFonts w:ascii="Kinetic Letters" w:hAnsi="Kinetic Letters"/>
                <w:sz w:val="32"/>
              </w:rPr>
              <w:t>s l</w:t>
            </w:r>
            <w:r w:rsidRPr="00685091">
              <w:rPr>
                <w:rFonts w:ascii="Kinetic Letters" w:hAnsi="Kinetic Letters" w:cs="Kinetic Letters"/>
                <w:sz w:val="32"/>
              </w:rPr>
              <w:t>’</w:t>
            </w:r>
            <w:r w:rsidRPr="00685091">
              <w:rPr>
                <w:rFonts w:ascii="Kinetic Letters" w:hAnsi="Kinetic Letters"/>
                <w:sz w:val="32"/>
              </w:rPr>
              <w:t>enseignant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repeat after the teacher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J’aime ce mot parce que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like this word because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</w:tbl>
    <w:p w:rsidR="00890C67" w:rsidRPr="00685091" w:rsidRDefault="00B71600">
      <w:pPr>
        <w:rPr>
          <w:rFonts w:ascii="Kinetic Letters" w:hAnsi="Kinetic Letters"/>
          <w:sz w:val="32"/>
        </w:rPr>
      </w:pPr>
      <w:r w:rsidRPr="00685091">
        <w:rPr>
          <w:rFonts w:ascii="Kinetic Letters" w:hAnsi="Kinetic Letters"/>
          <w:sz w:val="32"/>
        </w:rPr>
        <w:br/>
      </w:r>
    </w:p>
    <w:p w:rsidR="00890C67" w:rsidRPr="00685091" w:rsidRDefault="00B71600">
      <w:pPr>
        <w:pStyle w:val="Heading2"/>
        <w:rPr>
          <w:rFonts w:ascii="Kinetic Letters" w:hAnsi="Kinetic Letters"/>
          <w:sz w:val="36"/>
        </w:rPr>
      </w:pPr>
      <w:r w:rsidRPr="00685091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Sentence Stems</w:t>
            </w:r>
            <w:r w:rsidRPr="00685091">
              <w:rPr>
                <w:rFonts w:ascii="Kinetic Letters" w:hAnsi="Kinetic Letters"/>
                <w:sz w:val="32"/>
              </w:rPr>
              <w:t xml:space="preserve"> (French - English)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Bonjour! (Hello!)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m’appelle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(My name 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peux compter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can count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Ce mot est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(This word 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lastRenderedPageBreak/>
              <w:t>J’entends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hear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r</w:t>
            </w:r>
            <w:r w:rsidRPr="00685091">
              <w:rPr>
                <w:rFonts w:ascii="Calibri" w:hAnsi="Calibri" w:cs="Calibri"/>
                <w:sz w:val="32"/>
              </w:rPr>
              <w:t>é</w:t>
            </w:r>
            <w:r w:rsidRPr="00685091">
              <w:rPr>
                <w:rFonts w:ascii="Kinetic Letters" w:hAnsi="Kinetic Letters"/>
                <w:sz w:val="32"/>
              </w:rPr>
              <w:t>p</w:t>
            </w:r>
            <w:r w:rsidRPr="00685091">
              <w:rPr>
                <w:rFonts w:ascii="Calibri" w:hAnsi="Calibri" w:cs="Calibri"/>
                <w:sz w:val="32"/>
              </w:rPr>
              <w:t>è</w:t>
            </w:r>
            <w:r w:rsidRPr="00685091">
              <w:rPr>
                <w:rFonts w:ascii="Kinetic Letters" w:hAnsi="Kinetic Letters"/>
                <w:sz w:val="32"/>
              </w:rPr>
              <w:t>te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repeat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J’aime ce mot! (I like this word!)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Le son est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(The sound 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Je vois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 xml:space="preserve"> (I </w:t>
            </w:r>
            <w:r w:rsidRPr="00685091">
              <w:rPr>
                <w:rFonts w:ascii="Kinetic Letters" w:hAnsi="Kinetic Letters"/>
                <w:sz w:val="32"/>
              </w:rPr>
              <w:t>see</w:t>
            </w:r>
            <w:r w:rsidRPr="00685091">
              <w:rPr>
                <w:rFonts w:ascii="Courier New" w:hAnsi="Courier New" w:cs="Courier New"/>
                <w:sz w:val="32"/>
              </w:rPr>
              <w:t>…</w:t>
            </w:r>
            <w:r w:rsidRPr="00685091">
              <w:rPr>
                <w:rFonts w:ascii="Kinetic Letters" w:hAnsi="Kinetic Letters"/>
                <w:sz w:val="32"/>
              </w:rPr>
              <w:t>)</w:t>
            </w:r>
          </w:p>
        </w:tc>
      </w:tr>
      <w:tr w:rsidR="00890C67" w:rsidRPr="00685091">
        <w:tc>
          <w:tcPr>
            <w:tcW w:w="8640" w:type="dxa"/>
          </w:tcPr>
          <w:p w:rsidR="00890C67" w:rsidRPr="00685091" w:rsidRDefault="00B71600">
            <w:pPr>
              <w:rPr>
                <w:rFonts w:ascii="Kinetic Letters" w:hAnsi="Kinetic Letters"/>
                <w:sz w:val="32"/>
              </w:rPr>
            </w:pPr>
            <w:r w:rsidRPr="00685091">
              <w:rPr>
                <w:rFonts w:ascii="Kinetic Letters" w:hAnsi="Kinetic Letters"/>
                <w:sz w:val="32"/>
              </w:rPr>
              <w:t>C’est amusant! (It’s fun!)</w:t>
            </w:r>
          </w:p>
        </w:tc>
      </w:tr>
    </w:tbl>
    <w:p w:rsidR="00890C67" w:rsidRPr="00685091" w:rsidRDefault="00B71600">
      <w:pPr>
        <w:rPr>
          <w:rFonts w:ascii="Kinetic Letters" w:hAnsi="Kinetic Letters"/>
          <w:sz w:val="32"/>
        </w:rPr>
      </w:pPr>
      <w:r w:rsidRPr="00685091">
        <w:rPr>
          <w:rFonts w:ascii="Kinetic Letters" w:hAnsi="Kinetic Letters"/>
          <w:sz w:val="32"/>
        </w:rPr>
        <w:br/>
      </w:r>
      <w:bookmarkEnd w:id="0"/>
    </w:p>
    <w:sectPr w:rsidR="00890C67" w:rsidRPr="00685091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600" w:rsidRDefault="00B71600" w:rsidP="00685091">
      <w:pPr>
        <w:spacing w:after="0" w:line="240" w:lineRule="auto"/>
      </w:pPr>
      <w:r>
        <w:separator/>
      </w:r>
    </w:p>
  </w:endnote>
  <w:endnote w:type="continuationSeparator" w:id="0">
    <w:p w:rsidR="00B71600" w:rsidRDefault="00B71600" w:rsidP="00685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600" w:rsidRDefault="00B71600" w:rsidP="00685091">
      <w:pPr>
        <w:spacing w:after="0" w:line="240" w:lineRule="auto"/>
      </w:pPr>
      <w:r>
        <w:separator/>
      </w:r>
    </w:p>
  </w:footnote>
  <w:footnote w:type="continuationSeparator" w:id="0">
    <w:p w:rsidR="00B71600" w:rsidRDefault="00B71600" w:rsidP="00685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091" w:rsidRDefault="00685091" w:rsidP="00685091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85091"/>
    <w:rsid w:val="00890C67"/>
    <w:rsid w:val="00AA1D8D"/>
    <w:rsid w:val="00B47730"/>
    <w:rsid w:val="00B7160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B983D6DD-E2D1-483F-AA6A-8FDA8E963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EC582D-4E15-4D2F-AAD1-8AFB03795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2025-02-10T13:44:00Z</dcterms:modified>
  <cp:category/>
</cp:coreProperties>
</file>