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F2D" w:rsidRPr="009518E4" w:rsidRDefault="001A0279" w:rsidP="009518E4">
      <w:pPr>
        <w:pStyle w:val="Heading1"/>
        <w:jc w:val="center"/>
        <w:rPr>
          <w:rFonts w:ascii="Kinetic Letters" w:hAnsi="Kinetic Letters"/>
          <w:sz w:val="40"/>
        </w:rPr>
      </w:pPr>
      <w:r w:rsidRPr="009518E4">
        <w:rPr>
          <w:rFonts w:ascii="Kinetic Letters" w:hAnsi="Kinetic Letters"/>
          <w:sz w:val="40"/>
        </w:rPr>
        <w:t xml:space="preserve">EYFS Sentence Stems for </w:t>
      </w:r>
      <w:proofErr w:type="spellStart"/>
      <w:r w:rsidR="009518E4" w:rsidRPr="009518E4">
        <w:rPr>
          <w:rFonts w:ascii="Kinetic Letters" w:hAnsi="Kinetic Letters"/>
          <w:sz w:val="40"/>
        </w:rPr>
        <w:t>Or</w:t>
      </w:r>
      <w:bookmarkStart w:id="0" w:name="_GoBack"/>
      <w:bookmarkEnd w:id="0"/>
      <w:r w:rsidR="009518E4" w:rsidRPr="009518E4">
        <w:rPr>
          <w:rFonts w:ascii="Kinetic Letters" w:hAnsi="Kinetic Letters"/>
          <w:sz w:val="40"/>
        </w:rPr>
        <w:t>acy</w:t>
      </w:r>
      <w:proofErr w:type="spellEnd"/>
    </w:p>
    <w:p w:rsidR="00123F2D" w:rsidRPr="009518E4" w:rsidRDefault="001A0279">
      <w:pPr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Supporting Early Language Development Across the 7 Areas of Learning</w:t>
      </w:r>
    </w:p>
    <w:p w:rsidR="00123F2D" w:rsidRPr="009518E4" w:rsidRDefault="001A0279">
      <w:pPr>
        <w:pStyle w:val="Heading2"/>
        <w:rPr>
          <w:rFonts w:ascii="Kinetic Letters" w:hAnsi="Kinetic Letters"/>
          <w:sz w:val="36"/>
        </w:rPr>
      </w:pPr>
      <w:r w:rsidRPr="009518E4">
        <w:rPr>
          <w:rFonts w:ascii="Kinetic Letters" w:hAnsi="Kinetic Letters"/>
          <w:sz w:val="36"/>
        </w:rPr>
        <w:t xml:space="preserve">1. Communication and Language </w:t>
      </w:r>
      <w:r w:rsidRPr="009518E4">
        <w:rPr>
          <w:rFonts w:ascii="Courier New" w:hAnsi="Courier New" w:cs="Courier New"/>
          <w:sz w:val="36"/>
        </w:rPr>
        <w:t>–</w:t>
      </w:r>
      <w:r w:rsidRPr="009518E4">
        <w:rPr>
          <w:rFonts w:ascii="Kinetic Letters" w:hAnsi="Kinetic Letters"/>
          <w:sz w:val="36"/>
        </w:rPr>
        <w:t xml:space="preserve"> Talk like a communicator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hear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see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think</w:t>
      </w:r>
      <w:r w:rsidRPr="009518E4">
        <w:rPr>
          <w:rFonts w:ascii="Courier New" w:hAnsi="Courier New" w:cs="Courier New"/>
          <w:sz w:val="32"/>
        </w:rPr>
        <w:t>…</w:t>
      </w:r>
      <w:r w:rsidRPr="009518E4">
        <w:rPr>
          <w:rFonts w:ascii="Kinetic Letters" w:hAnsi="Kinetic Letters"/>
          <w:sz w:val="32"/>
        </w:rPr>
        <w:t xml:space="preserve"> because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like it when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This reminds me of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have a question about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tell you about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The best part was</w:t>
      </w:r>
      <w:r w:rsidRPr="009518E4">
        <w:rPr>
          <w:rFonts w:ascii="Courier New" w:hAnsi="Courier New" w:cs="Courier New"/>
          <w:sz w:val="32"/>
        </w:rPr>
        <w:t>…</w:t>
      </w:r>
      <w:r w:rsidRPr="009518E4">
        <w:rPr>
          <w:rFonts w:ascii="Kinetic Letters" w:hAnsi="Kinetic Letters"/>
          <w:sz w:val="32"/>
        </w:rPr>
        <w:t xml:space="preserve"> because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listened to my friend when they said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explain this by saying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>
      <w:pPr>
        <w:pStyle w:val="Heading2"/>
        <w:rPr>
          <w:rFonts w:ascii="Kinetic Letters" w:hAnsi="Kinetic Letters"/>
          <w:sz w:val="36"/>
        </w:rPr>
      </w:pPr>
      <w:r w:rsidRPr="009518E4">
        <w:rPr>
          <w:rFonts w:ascii="Kinetic Letters" w:hAnsi="Kinetic Letters"/>
          <w:sz w:val="36"/>
        </w:rPr>
        <w:t xml:space="preserve">2. Physical Development </w:t>
      </w:r>
      <w:r w:rsidRPr="009518E4">
        <w:rPr>
          <w:rFonts w:ascii="Courier New" w:hAnsi="Courier New" w:cs="Courier New"/>
          <w:sz w:val="36"/>
        </w:rPr>
        <w:t>–</w:t>
      </w:r>
      <w:r w:rsidRPr="009518E4">
        <w:rPr>
          <w:rFonts w:ascii="Kinetic Letters" w:hAnsi="Kinetic Letters"/>
          <w:sz w:val="36"/>
        </w:rPr>
        <w:t xml:space="preserve"> Talk like an athlete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move like a</w:t>
      </w:r>
      <w:r w:rsidRPr="009518E4">
        <w:rPr>
          <w:rFonts w:ascii="Courier New" w:hAnsi="Courier New" w:cs="Courier New"/>
          <w:sz w:val="32"/>
        </w:rPr>
        <w:t>…</w:t>
      </w:r>
      <w:r w:rsidRPr="009518E4">
        <w:rPr>
          <w:rFonts w:ascii="Kinetic Letters" w:hAnsi="Kinetic Letters"/>
          <w:sz w:val="32"/>
        </w:rPr>
        <w:t xml:space="preserve"> (e.g., </w:t>
      </w:r>
      <w:r w:rsidRPr="009518E4">
        <w:rPr>
          <w:rFonts w:ascii="Kinetic Letters" w:hAnsi="Kinetic Letters" w:cs="Kinetic Letters"/>
          <w:sz w:val="32"/>
        </w:rPr>
        <w:t>“</w:t>
      </w:r>
      <w:r w:rsidRPr="009518E4">
        <w:rPr>
          <w:rFonts w:ascii="Kinetic Letters" w:hAnsi="Kinetic Letters"/>
          <w:sz w:val="32"/>
        </w:rPr>
        <w:t>I can jump like a frog.</w:t>
      </w:r>
      <w:r w:rsidRPr="009518E4">
        <w:rPr>
          <w:rFonts w:ascii="Kinetic Letters" w:hAnsi="Kinetic Letters" w:cs="Kinetic Letters"/>
          <w:sz w:val="32"/>
        </w:rPr>
        <w:t>”</w:t>
      </w:r>
      <w:r w:rsidRPr="009518E4">
        <w:rPr>
          <w:rFonts w:ascii="Kinetic Letters" w:hAnsi="Kinetic Letters"/>
          <w:sz w:val="32"/>
        </w:rPr>
        <w:t>)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Watch me</w:t>
      </w:r>
      <w:r w:rsidRPr="009518E4">
        <w:rPr>
          <w:rFonts w:ascii="Courier New" w:hAnsi="Courier New" w:cs="Courier New"/>
          <w:sz w:val="32"/>
        </w:rPr>
        <w:t>…</w:t>
      </w:r>
      <w:r w:rsidRPr="009518E4">
        <w:rPr>
          <w:rFonts w:ascii="Kinetic Letters" w:hAnsi="Kinetic Letters"/>
          <w:sz w:val="32"/>
        </w:rPr>
        <w:t xml:space="preserve"> I can</w:t>
      </w:r>
      <w:r w:rsidRPr="009518E4">
        <w:rPr>
          <w:rFonts w:ascii="Courier New" w:hAnsi="Courier New" w:cs="Courier New"/>
          <w:sz w:val="32"/>
        </w:rPr>
        <w:t>…</w:t>
      </w:r>
      <w:r w:rsidRPr="009518E4">
        <w:rPr>
          <w:rFonts w:ascii="Kinetic Letters" w:hAnsi="Kinetic Letters"/>
          <w:sz w:val="32"/>
        </w:rPr>
        <w:t xml:space="preserve"> (e.g., </w:t>
      </w:r>
      <w:r w:rsidRPr="009518E4">
        <w:rPr>
          <w:rFonts w:ascii="Kinetic Letters" w:hAnsi="Kinetic Letters" w:cs="Kinetic Letters"/>
          <w:sz w:val="32"/>
        </w:rPr>
        <w:t>“</w:t>
      </w:r>
      <w:r w:rsidRPr="009518E4">
        <w:rPr>
          <w:rFonts w:ascii="Kinetic Letters" w:hAnsi="Kinetic Letters"/>
          <w:sz w:val="32"/>
        </w:rPr>
        <w:t>Watch me, I can hop on one foot!</w:t>
      </w:r>
      <w:r w:rsidRPr="009518E4">
        <w:rPr>
          <w:rFonts w:ascii="Kinetic Letters" w:hAnsi="Kinetic Letters" w:cs="Kinetic Letters"/>
          <w:sz w:val="32"/>
        </w:rPr>
        <w:t>”</w:t>
      </w:r>
      <w:r w:rsidRPr="009518E4">
        <w:rPr>
          <w:rFonts w:ascii="Kinetic Letters" w:hAnsi="Kinetic Letters"/>
          <w:sz w:val="32"/>
        </w:rPr>
        <w:t>)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use my hands to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This feels</w:t>
      </w:r>
      <w:r w:rsidRPr="009518E4">
        <w:rPr>
          <w:rFonts w:ascii="Courier New" w:hAnsi="Courier New" w:cs="Courier New"/>
          <w:sz w:val="32"/>
        </w:rPr>
        <w:t>…</w:t>
      </w:r>
      <w:r w:rsidRPr="009518E4">
        <w:rPr>
          <w:rFonts w:ascii="Kinetic Letters" w:hAnsi="Kinetic Letters"/>
          <w:sz w:val="32"/>
        </w:rPr>
        <w:t xml:space="preserve"> (e.g., </w:t>
      </w:r>
      <w:r w:rsidRPr="009518E4">
        <w:rPr>
          <w:rFonts w:ascii="Kinetic Letters" w:hAnsi="Kinetic Letters" w:cs="Kinetic Letters"/>
          <w:sz w:val="32"/>
        </w:rPr>
        <w:t>“</w:t>
      </w:r>
      <w:r w:rsidRPr="009518E4">
        <w:rPr>
          <w:rFonts w:ascii="Kinetic Letters" w:hAnsi="Kinetic Letters"/>
          <w:sz w:val="32"/>
        </w:rPr>
        <w:t>This feels soft/hard/sticky.</w:t>
      </w:r>
      <w:r w:rsidRPr="009518E4">
        <w:rPr>
          <w:rFonts w:ascii="Kinetic Letters" w:hAnsi="Kinetic Letters" w:cs="Kinetic Letters"/>
          <w:sz w:val="32"/>
        </w:rPr>
        <w:t>”</w:t>
      </w:r>
      <w:r w:rsidRPr="009518E4">
        <w:rPr>
          <w:rFonts w:ascii="Kinetic Letters" w:hAnsi="Kinetic Letters"/>
          <w:sz w:val="32"/>
        </w:rPr>
        <w:t>)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My body needs</w:t>
      </w:r>
      <w:r w:rsidRPr="009518E4">
        <w:rPr>
          <w:rFonts w:ascii="Courier New" w:hAnsi="Courier New" w:cs="Courier New"/>
          <w:sz w:val="32"/>
        </w:rPr>
        <w:t>…</w:t>
      </w:r>
      <w:r w:rsidRPr="009518E4">
        <w:rPr>
          <w:rFonts w:ascii="Kinetic Letters" w:hAnsi="Kinetic Letters"/>
          <w:sz w:val="32"/>
        </w:rPr>
        <w:t xml:space="preserve"> (e.g., </w:t>
      </w:r>
      <w:r w:rsidRPr="009518E4">
        <w:rPr>
          <w:rFonts w:ascii="Kinetic Letters" w:hAnsi="Kinetic Letters" w:cs="Kinetic Letters"/>
          <w:sz w:val="32"/>
        </w:rPr>
        <w:t>“</w:t>
      </w:r>
      <w:r w:rsidRPr="009518E4">
        <w:rPr>
          <w:rFonts w:ascii="Kinetic Letters" w:hAnsi="Kinetic Letters"/>
          <w:sz w:val="32"/>
        </w:rPr>
        <w:t>My body needs water when I feel thirsty.</w:t>
      </w:r>
      <w:r w:rsidRPr="009518E4">
        <w:rPr>
          <w:rFonts w:ascii="Kinetic Letters" w:hAnsi="Kinetic Letters" w:cs="Kinetic Letters"/>
          <w:sz w:val="32"/>
        </w:rPr>
        <w:t>”</w:t>
      </w:r>
      <w:r w:rsidRPr="009518E4">
        <w:rPr>
          <w:rFonts w:ascii="Kinetic Letters" w:hAnsi="Kinetic Letters"/>
          <w:sz w:val="32"/>
        </w:rPr>
        <w:t>)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am strong because I can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do this safel</w:t>
      </w:r>
      <w:r w:rsidRPr="009518E4">
        <w:rPr>
          <w:rFonts w:ascii="Kinetic Letters" w:hAnsi="Kinetic Letters"/>
          <w:sz w:val="32"/>
        </w:rPr>
        <w:t>y by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balance by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need to warm up before I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>
      <w:pPr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feel tired when I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>
      <w:pPr>
        <w:pStyle w:val="Heading2"/>
        <w:rPr>
          <w:rFonts w:ascii="Kinetic Letters" w:hAnsi="Kinetic Letters"/>
          <w:sz w:val="36"/>
        </w:rPr>
      </w:pPr>
      <w:r w:rsidRPr="009518E4">
        <w:rPr>
          <w:rFonts w:ascii="Kinetic Letters" w:hAnsi="Kinetic Letters"/>
          <w:sz w:val="36"/>
        </w:rPr>
        <w:t xml:space="preserve">3. Personal, Social, and Emotional Development </w:t>
      </w:r>
      <w:r w:rsidRPr="009518E4">
        <w:rPr>
          <w:rFonts w:ascii="Courier New" w:hAnsi="Courier New" w:cs="Courier New"/>
          <w:sz w:val="36"/>
        </w:rPr>
        <w:t>–</w:t>
      </w:r>
      <w:r w:rsidRPr="009518E4">
        <w:rPr>
          <w:rFonts w:ascii="Kinetic Letters" w:hAnsi="Kinetic Letters"/>
          <w:sz w:val="36"/>
        </w:rPr>
        <w:t xml:space="preserve"> Talk like a good friend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feel</w:t>
      </w:r>
      <w:r w:rsidRPr="009518E4">
        <w:rPr>
          <w:rFonts w:ascii="Courier New" w:hAnsi="Courier New" w:cs="Courier New"/>
          <w:sz w:val="32"/>
        </w:rPr>
        <w:t>…</w:t>
      </w:r>
      <w:r w:rsidRPr="009518E4">
        <w:rPr>
          <w:rFonts w:ascii="Kinetic Letters" w:hAnsi="Kinetic Letters"/>
          <w:sz w:val="32"/>
        </w:rPr>
        <w:t xml:space="preserve"> because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help my friend by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lastRenderedPageBreak/>
        <w:t>- I like to play with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It makes me happy when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 xml:space="preserve">- If I </w:t>
      </w:r>
      <w:r w:rsidRPr="009518E4">
        <w:rPr>
          <w:rFonts w:ascii="Kinetic Letters" w:hAnsi="Kinetic Letters"/>
          <w:sz w:val="32"/>
        </w:rPr>
        <w:t>feel sad, I can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share by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It is kind when I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am proud of myself because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take turns by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feel safe when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>
      <w:pPr>
        <w:pStyle w:val="Heading2"/>
        <w:rPr>
          <w:rFonts w:ascii="Kinetic Letters" w:hAnsi="Kinetic Letters"/>
          <w:sz w:val="36"/>
        </w:rPr>
      </w:pPr>
      <w:r w:rsidRPr="009518E4">
        <w:rPr>
          <w:rFonts w:ascii="Kinetic Letters" w:hAnsi="Kinetic Letters"/>
          <w:sz w:val="36"/>
        </w:rPr>
        <w:t xml:space="preserve">4. Literacy </w:t>
      </w:r>
      <w:r w:rsidRPr="009518E4">
        <w:rPr>
          <w:rFonts w:ascii="Courier New" w:hAnsi="Courier New" w:cs="Courier New"/>
          <w:sz w:val="36"/>
        </w:rPr>
        <w:t>–</w:t>
      </w:r>
      <w:r w:rsidRPr="009518E4">
        <w:rPr>
          <w:rFonts w:ascii="Kinetic Letters" w:hAnsi="Kinetic Letters"/>
          <w:sz w:val="36"/>
        </w:rPr>
        <w:t xml:space="preserve"> Talk like a reader and writer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The letter I see is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This word starts with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find the word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like t</w:t>
      </w:r>
      <w:r w:rsidRPr="009518E4">
        <w:rPr>
          <w:rFonts w:ascii="Kinetic Letters" w:hAnsi="Kinetic Letters"/>
          <w:sz w:val="32"/>
        </w:rPr>
        <w:t>his story because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The character is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The story is about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write my name. It starts with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My favourite book is</w:t>
      </w:r>
      <w:r w:rsidRPr="009518E4">
        <w:rPr>
          <w:rFonts w:ascii="Courier New" w:hAnsi="Courier New" w:cs="Courier New"/>
          <w:sz w:val="32"/>
        </w:rPr>
        <w:t>…</w:t>
      </w:r>
      <w:r w:rsidRPr="009518E4">
        <w:rPr>
          <w:rFonts w:ascii="Kinetic Letters" w:hAnsi="Kinetic Letters"/>
          <w:sz w:val="32"/>
        </w:rPr>
        <w:t xml:space="preserve"> because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think the story will end like this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This story reminds me of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>
      <w:pPr>
        <w:pStyle w:val="Heading2"/>
        <w:rPr>
          <w:rFonts w:ascii="Kinetic Letters" w:hAnsi="Kinetic Letters"/>
          <w:sz w:val="36"/>
        </w:rPr>
      </w:pPr>
      <w:r w:rsidRPr="009518E4">
        <w:rPr>
          <w:rFonts w:ascii="Kinetic Letters" w:hAnsi="Kinetic Letters"/>
          <w:sz w:val="36"/>
        </w:rPr>
        <w:t xml:space="preserve">5. Mathematics </w:t>
      </w:r>
      <w:r w:rsidRPr="009518E4">
        <w:rPr>
          <w:rFonts w:ascii="Courier New" w:hAnsi="Courier New" w:cs="Courier New"/>
          <w:sz w:val="36"/>
        </w:rPr>
        <w:t>–</w:t>
      </w:r>
      <w:r w:rsidRPr="009518E4">
        <w:rPr>
          <w:rFonts w:ascii="Kinetic Letters" w:hAnsi="Kinetic Letters"/>
          <w:sz w:val="36"/>
        </w:rPr>
        <w:t xml:space="preserve"> Talk like a mathematician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coun</w:t>
      </w:r>
      <w:r w:rsidRPr="009518E4">
        <w:rPr>
          <w:rFonts w:ascii="Kinetic Letters" w:hAnsi="Kinetic Letters"/>
          <w:sz w:val="32"/>
        </w:rPr>
        <w:t>t to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This number is bigger/smaller than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found a pattern! It goes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see a shape. It is a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There are more/less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If I add one more, I get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If I take one away, I get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This is heavy/light.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This is taller/shorter than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sort these</w:t>
      </w:r>
      <w:r w:rsidRPr="009518E4">
        <w:rPr>
          <w:rFonts w:ascii="Kinetic Letters" w:hAnsi="Kinetic Letters"/>
          <w:sz w:val="32"/>
        </w:rPr>
        <w:t xml:space="preserve"> by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>
      <w:pPr>
        <w:pStyle w:val="Heading2"/>
        <w:rPr>
          <w:rFonts w:ascii="Kinetic Letters" w:hAnsi="Kinetic Letters"/>
          <w:sz w:val="36"/>
        </w:rPr>
      </w:pPr>
      <w:r w:rsidRPr="009518E4">
        <w:rPr>
          <w:rFonts w:ascii="Kinetic Letters" w:hAnsi="Kinetic Letters"/>
          <w:sz w:val="36"/>
        </w:rPr>
        <w:lastRenderedPageBreak/>
        <w:t xml:space="preserve">6. Understanding the World </w:t>
      </w:r>
      <w:r w:rsidRPr="009518E4">
        <w:rPr>
          <w:rFonts w:ascii="Courier New" w:hAnsi="Courier New" w:cs="Courier New"/>
          <w:sz w:val="36"/>
        </w:rPr>
        <w:t>–</w:t>
      </w:r>
      <w:r w:rsidRPr="009518E4">
        <w:rPr>
          <w:rFonts w:ascii="Kinetic Letters" w:hAnsi="Kinetic Letters"/>
          <w:sz w:val="36"/>
        </w:rPr>
        <w:t xml:space="preserve"> Talk like an explorer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know that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see the weather is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This is the same as</w:t>
      </w:r>
      <w:r w:rsidRPr="009518E4">
        <w:rPr>
          <w:rFonts w:ascii="Courier New" w:hAnsi="Courier New" w:cs="Courier New"/>
          <w:sz w:val="32"/>
        </w:rPr>
        <w:t>…</w:t>
      </w:r>
      <w:r w:rsidRPr="009518E4">
        <w:rPr>
          <w:rFonts w:ascii="Kinetic Letters" w:hAnsi="Kinetic Letters"/>
          <w:sz w:val="32"/>
        </w:rPr>
        <w:t xml:space="preserve"> because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This is different from</w:t>
      </w:r>
      <w:r w:rsidRPr="009518E4">
        <w:rPr>
          <w:rFonts w:ascii="Courier New" w:hAnsi="Courier New" w:cs="Courier New"/>
          <w:sz w:val="32"/>
        </w:rPr>
        <w:t>…</w:t>
      </w:r>
      <w:r w:rsidRPr="009518E4">
        <w:rPr>
          <w:rFonts w:ascii="Kinetic Letters" w:hAnsi="Kinetic Letters"/>
          <w:sz w:val="32"/>
        </w:rPr>
        <w:t xml:space="preserve"> because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wonder what happens if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use a computer to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found out that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 xml:space="preserve">- This is from </w:t>
      </w:r>
      <w:r w:rsidRPr="009518E4">
        <w:rPr>
          <w:rFonts w:ascii="Kinetic Letters" w:hAnsi="Kinetic Letters"/>
          <w:sz w:val="32"/>
        </w:rPr>
        <w:t>a long time ago because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People celebrate by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care for the environment by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>
      <w:pPr>
        <w:pStyle w:val="Heading2"/>
        <w:rPr>
          <w:rFonts w:ascii="Kinetic Letters" w:hAnsi="Kinetic Letters"/>
          <w:sz w:val="36"/>
        </w:rPr>
      </w:pPr>
      <w:r w:rsidRPr="009518E4">
        <w:rPr>
          <w:rFonts w:ascii="Kinetic Letters" w:hAnsi="Kinetic Letters"/>
          <w:sz w:val="36"/>
        </w:rPr>
        <w:t xml:space="preserve">7. Expressive Arts and Design </w:t>
      </w:r>
      <w:r w:rsidRPr="009518E4">
        <w:rPr>
          <w:rFonts w:ascii="Courier New" w:hAnsi="Courier New" w:cs="Courier New"/>
          <w:sz w:val="36"/>
        </w:rPr>
        <w:t>–</w:t>
      </w:r>
      <w:r w:rsidRPr="009518E4">
        <w:rPr>
          <w:rFonts w:ascii="Kinetic Letters" w:hAnsi="Kinetic Letters"/>
          <w:sz w:val="36"/>
        </w:rPr>
        <w:t xml:space="preserve"> Talk like a designer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am making a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use my hands to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mix these colours to make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like this sound because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danc</w:t>
      </w:r>
      <w:r w:rsidRPr="009518E4">
        <w:rPr>
          <w:rFonts w:ascii="Kinetic Letters" w:hAnsi="Kinetic Letters"/>
          <w:sz w:val="32"/>
        </w:rPr>
        <w:t>e like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This music makes me feel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pretend to be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tell a story about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My favourite way to make art is</w:t>
      </w:r>
      <w:r w:rsidRPr="009518E4">
        <w:rPr>
          <w:rFonts w:ascii="Courier New" w:hAnsi="Courier New" w:cs="Courier New"/>
          <w:sz w:val="32"/>
        </w:rPr>
        <w:t>…</w:t>
      </w:r>
    </w:p>
    <w:p w:rsidR="00123F2D" w:rsidRPr="009518E4" w:rsidRDefault="001A0279" w:rsidP="009518E4">
      <w:pPr>
        <w:spacing w:after="0" w:line="240" w:lineRule="auto"/>
        <w:rPr>
          <w:rFonts w:ascii="Kinetic Letters" w:hAnsi="Kinetic Letters"/>
          <w:sz w:val="32"/>
        </w:rPr>
      </w:pPr>
      <w:r w:rsidRPr="009518E4">
        <w:rPr>
          <w:rFonts w:ascii="Kinetic Letters" w:hAnsi="Kinetic Letters"/>
          <w:sz w:val="32"/>
        </w:rPr>
        <w:t>- I can use different materials to</w:t>
      </w:r>
      <w:r w:rsidRPr="009518E4">
        <w:rPr>
          <w:rFonts w:ascii="Courier New" w:hAnsi="Courier New" w:cs="Courier New"/>
          <w:sz w:val="32"/>
        </w:rPr>
        <w:t>…</w:t>
      </w:r>
    </w:p>
    <w:sectPr w:rsidR="00123F2D" w:rsidRPr="009518E4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279" w:rsidRDefault="001A0279" w:rsidP="009518E4">
      <w:pPr>
        <w:spacing w:after="0" w:line="240" w:lineRule="auto"/>
      </w:pPr>
      <w:r>
        <w:separator/>
      </w:r>
    </w:p>
  </w:endnote>
  <w:endnote w:type="continuationSeparator" w:id="0">
    <w:p w:rsidR="001A0279" w:rsidRDefault="001A0279" w:rsidP="00951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279" w:rsidRDefault="001A0279" w:rsidP="009518E4">
      <w:pPr>
        <w:spacing w:after="0" w:line="240" w:lineRule="auto"/>
      </w:pPr>
      <w:r>
        <w:separator/>
      </w:r>
    </w:p>
  </w:footnote>
  <w:footnote w:type="continuationSeparator" w:id="0">
    <w:p w:rsidR="001A0279" w:rsidRDefault="001A0279" w:rsidP="00951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8E4" w:rsidRDefault="009518E4" w:rsidP="009518E4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440B0143" wp14:editId="753C3856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23F2D"/>
    <w:rsid w:val="0015074B"/>
    <w:rsid w:val="001A0279"/>
    <w:rsid w:val="0029639D"/>
    <w:rsid w:val="00326F90"/>
    <w:rsid w:val="009518E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4A22A5"/>
  <w14:defaultImageDpi w14:val="300"/>
  <w15:docId w15:val="{9F24A439-5C13-4F03-B986-DDC15DDE3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8F6BF39-CF46-4DC3-BC13-5ADBE240D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2025-02-10T14:13:00Z</dcterms:modified>
  <cp:category/>
</cp:coreProperties>
</file>