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0D" w:rsidRPr="00C26227" w:rsidRDefault="00D7799C">
      <w:pPr>
        <w:rPr>
          <w:rFonts w:ascii="Kinetic Letters" w:hAnsi="Kinetic Letters"/>
          <w:sz w:val="24"/>
        </w:rPr>
      </w:pPr>
      <w:bookmarkStart w:id="0" w:name="_GoBack"/>
      <w:r w:rsidRPr="00C26227">
        <w:rPr>
          <w:rFonts w:ascii="Kinetic Letters" w:hAnsi="Kinetic Letters"/>
          <w:sz w:val="24"/>
        </w:rPr>
        <w:t>Water Mill Primary School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>Optional Homework &amp; Inspiration Ideas for Parents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C26227">
        <w:rPr>
          <w:rFonts w:ascii="Courier New" w:hAnsi="Courier New" w:cs="Courier New"/>
          <w:sz w:val="24"/>
        </w:rPr>
        <w:t>–</w:t>
      </w:r>
      <w:r w:rsidRPr="00C26227">
        <w:rPr>
          <w:rFonts w:ascii="Kinetic Letters" w:hAnsi="Kinetic Letters"/>
          <w:sz w:val="24"/>
        </w:rPr>
        <w:t xml:space="preserve"> please feel free to choose the ones </w:t>
      </w:r>
      <w:r w:rsidRPr="00C26227">
        <w:rPr>
          <w:rFonts w:ascii="Kinetic Letters" w:hAnsi="Kinetic Letters"/>
          <w:sz w:val="24"/>
        </w:rPr>
        <w:t>that interest your child most. They include a mix of written, practical and visit-based activities, with local free/low-cost suggestions where possible.</w:t>
      </w:r>
      <w:r w:rsidRPr="00C26227">
        <w:rPr>
          <w:rFonts w:ascii="Kinetic Letters" w:hAnsi="Kinetic Letters"/>
          <w:sz w:val="24"/>
        </w:rPr>
        <w:br/>
      </w:r>
    </w:p>
    <w:p w:rsidR="0098670D" w:rsidRPr="00C26227" w:rsidRDefault="00D7799C">
      <w:pPr>
        <w:pStyle w:val="Heading1"/>
        <w:rPr>
          <w:rFonts w:ascii="Kinetic Letters" w:hAnsi="Kinetic Letters"/>
          <w:sz w:val="32"/>
        </w:rPr>
      </w:pPr>
      <w:r w:rsidRPr="00C26227">
        <w:rPr>
          <w:rFonts w:ascii="Kinetic Letters" w:hAnsi="Kinetic Letters"/>
          <w:sz w:val="32"/>
        </w:rPr>
        <w:t xml:space="preserve">Theme 1 </w:t>
      </w:r>
      <w:r w:rsidRPr="00C26227">
        <w:rPr>
          <w:rFonts w:ascii="Courier New" w:hAnsi="Courier New" w:cs="Courier New"/>
          <w:sz w:val="32"/>
        </w:rPr>
        <w:t>–</w:t>
      </w:r>
      <w:r w:rsidRPr="00C26227">
        <w:rPr>
          <w:rFonts w:ascii="Kinetic Letters" w:hAnsi="Kinetic Letters"/>
          <w:sz w:val="32"/>
        </w:rPr>
        <w:t xml:space="preserve"> Where</w:t>
      </w:r>
      <w:r w:rsidRPr="00C26227">
        <w:rPr>
          <w:rFonts w:ascii="Kinetic Letters" w:hAnsi="Kinetic Letters" w:cs="Kinetic Letters"/>
          <w:sz w:val="32"/>
        </w:rPr>
        <w:t>’</w:t>
      </w:r>
      <w:r w:rsidRPr="00C26227">
        <w:rPr>
          <w:rFonts w:ascii="Kinetic Letters" w:hAnsi="Kinetic Letters"/>
          <w:sz w:val="32"/>
        </w:rPr>
        <w:t>s Home?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Write a postca</w:t>
            </w:r>
            <w:r w:rsidRPr="00C26227">
              <w:rPr>
                <w:rFonts w:ascii="Kinetic Letters" w:hAnsi="Kinetic Letters"/>
                <w:sz w:val="24"/>
              </w:rPr>
              <w:t>rd from your child’s point of view to a friend or relative describing their home and favourite places.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Create a “top 5 things about Birmingham” leaflet.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Create a fruit still-life picture at home using pencils, crayons, or pastels </w:t>
            </w:r>
            <w:r w:rsidRPr="00C26227">
              <w:rPr>
                <w:rFonts w:ascii="Courier New" w:hAnsi="Courier New" w:cs="Courier New"/>
                <w:sz w:val="24"/>
              </w:rPr>
              <w:t>–</w:t>
            </w:r>
            <w:r w:rsidRPr="00C26227">
              <w:rPr>
                <w:rFonts w:ascii="Kinetic Letters" w:hAnsi="Kinetic Letters"/>
                <w:sz w:val="24"/>
              </w:rPr>
              <w:t xml:space="preserve"> in</w:t>
            </w:r>
            <w:r w:rsidRPr="00C26227">
              <w:rPr>
                <w:rFonts w:ascii="Kinetic Letters" w:hAnsi="Kinetic Letters"/>
                <w:sz w:val="24"/>
              </w:rPr>
              <w:t>spired by Van Gogh.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Make a repeated pattern print using cut fruit dipped in paint (like William Morris).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Interview a grandparent, neighbour or friend about how Birmingham has changed since they were young.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Explore the </w:t>
            </w:r>
            <w:r w:rsidRPr="00C26227">
              <w:rPr>
                <w:rFonts w:ascii="Kinetic Letters" w:hAnsi="Kinetic Letters"/>
                <w:sz w:val="24"/>
              </w:rPr>
              <w:t xml:space="preserve">Birmingham Museum &amp; Art Gallery’s free art collections </w:t>
            </w:r>
            <w:r w:rsidRPr="00C26227">
              <w:rPr>
                <w:rFonts w:ascii="Courier New" w:hAnsi="Courier New" w:cs="Courier New"/>
                <w:sz w:val="24"/>
              </w:rPr>
              <w:t>–</w:t>
            </w:r>
            <w:r w:rsidRPr="00C26227">
              <w:rPr>
                <w:rFonts w:ascii="Kinetic Letters" w:hAnsi="Kinetic Letters"/>
                <w:sz w:val="24"/>
              </w:rPr>
              <w:t xml:space="preserve"> look for paintings and textile patterns.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Birmingham Museum &amp; Art Gallery (free)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Walk around your local area spotting different buildings, shops, and landmarks. Draw a simple map together.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</w:tbl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br w:type="page"/>
      </w:r>
    </w:p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lastRenderedPageBreak/>
        <w:t>Water Mill Primary School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>Optional Homework &amp; Inspiration Ideas for Parents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C26227">
        <w:rPr>
          <w:rFonts w:ascii="Courier New" w:hAnsi="Courier New" w:cs="Courier New"/>
          <w:sz w:val="24"/>
        </w:rPr>
        <w:t>–</w:t>
      </w:r>
      <w:r w:rsidRPr="00C26227">
        <w:rPr>
          <w:rFonts w:ascii="Kinetic Letters" w:hAnsi="Kinetic Letters"/>
          <w:sz w:val="24"/>
        </w:rPr>
        <w:t xml:space="preserve"> please feel free to choose the ones t</w:t>
      </w:r>
      <w:r w:rsidRPr="00C26227">
        <w:rPr>
          <w:rFonts w:ascii="Kinetic Letters" w:hAnsi="Kinetic Letters"/>
          <w:sz w:val="24"/>
        </w:rPr>
        <w:t>hat interest your child most. They include a mix of written, practical and visit-based activities, with local free/low-cost suggestions where possible.</w:t>
      </w:r>
      <w:r w:rsidRPr="00C26227">
        <w:rPr>
          <w:rFonts w:ascii="Kinetic Letters" w:hAnsi="Kinetic Letters"/>
          <w:sz w:val="24"/>
        </w:rPr>
        <w:br/>
      </w:r>
    </w:p>
    <w:p w:rsidR="0098670D" w:rsidRPr="00C26227" w:rsidRDefault="00D7799C">
      <w:pPr>
        <w:pStyle w:val="Heading1"/>
        <w:rPr>
          <w:rFonts w:ascii="Kinetic Letters" w:hAnsi="Kinetic Letters"/>
          <w:sz w:val="32"/>
        </w:rPr>
      </w:pPr>
      <w:r w:rsidRPr="00C26227">
        <w:rPr>
          <w:rFonts w:ascii="Kinetic Letters" w:hAnsi="Kinetic Letters"/>
          <w:sz w:val="32"/>
        </w:rPr>
        <w:t xml:space="preserve">Theme 2 </w:t>
      </w:r>
      <w:r w:rsidRPr="00C26227">
        <w:rPr>
          <w:rFonts w:ascii="Courier New" w:hAnsi="Courier New" w:cs="Courier New"/>
          <w:sz w:val="32"/>
        </w:rPr>
        <w:t>–</w:t>
      </w:r>
      <w:r w:rsidRPr="00C26227">
        <w:rPr>
          <w:rFonts w:ascii="Kinetic Letters" w:hAnsi="Kinetic Letters"/>
          <w:sz w:val="32"/>
        </w:rPr>
        <w:t xml:space="preserve"> Where does chocolate come from?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</w:t>
            </w:r>
            <w:r w:rsidRPr="00C26227">
              <w:rPr>
                <w:rFonts w:ascii="Kinetic Letters" w:hAnsi="Kinetic Letters"/>
                <w:sz w:val="24"/>
              </w:rPr>
              <w:t>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Create a fact file about the Cadbury family or chocolate’s journey from cocoa bean to bar.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Cadbury’s website has free history pages.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Write a short newspaper article about a new chocolate factory opening in your area.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Design and make</w:t>
            </w:r>
            <w:r w:rsidRPr="00C26227">
              <w:rPr>
                <w:rFonts w:ascii="Kinetic Letters" w:hAnsi="Kinetic Letters"/>
                <w:sz w:val="24"/>
              </w:rPr>
              <w:t xml:space="preserve"> a healthy chocolate-inspired Christmas decoration </w:t>
            </w:r>
            <w:r w:rsidRPr="00C26227">
              <w:rPr>
                <w:rFonts w:ascii="Courier New" w:hAnsi="Courier New" w:cs="Courier New"/>
                <w:sz w:val="24"/>
              </w:rPr>
              <w:t>–</w:t>
            </w:r>
            <w:r w:rsidRPr="00C26227">
              <w:rPr>
                <w:rFonts w:ascii="Kinetic Letters" w:hAnsi="Kinetic Letters"/>
                <w:sz w:val="24"/>
              </w:rPr>
              <w:t xml:space="preserve"> draw your plan and list ingredients.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Invent a new chocolate bar and design its wrapper.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Make a tally chart of your family’s favourite healthy snacks.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Take a walk around Bo</w:t>
            </w:r>
            <w:r w:rsidRPr="00C26227">
              <w:rPr>
                <w:rFonts w:ascii="Kinetic Letters" w:hAnsi="Kinetic Letters"/>
                <w:sz w:val="24"/>
              </w:rPr>
              <w:t>urnville village to spot the different building styles and green spaces.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Bournville (free to explore)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Explore the displays at the Library of Birmingham on local history.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Library of Birmingham (free)</w:t>
            </w:r>
          </w:p>
        </w:tc>
      </w:tr>
    </w:tbl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br w:type="page"/>
      </w:r>
    </w:p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lastRenderedPageBreak/>
        <w:t>Water Mill Primary School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 xml:space="preserve">Optional Homework &amp; </w:t>
      </w:r>
      <w:r w:rsidRPr="00C26227">
        <w:rPr>
          <w:rFonts w:ascii="Kinetic Letters" w:hAnsi="Kinetic Letters"/>
          <w:sz w:val="24"/>
        </w:rPr>
        <w:t>Inspiration Ideas for Parents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C26227">
        <w:rPr>
          <w:rFonts w:ascii="Courier New" w:hAnsi="Courier New" w:cs="Courier New"/>
          <w:sz w:val="24"/>
        </w:rPr>
        <w:t>–</w:t>
      </w:r>
      <w:r w:rsidRPr="00C26227">
        <w:rPr>
          <w:rFonts w:ascii="Kinetic Letters" w:hAnsi="Kinetic Letters"/>
          <w:sz w:val="24"/>
        </w:rPr>
        <w:t xml:space="preserve"> please feel free to choose the ones that interest your child most. They include a mi</w:t>
      </w:r>
      <w:r w:rsidRPr="00C26227">
        <w:rPr>
          <w:rFonts w:ascii="Kinetic Letters" w:hAnsi="Kinetic Letters"/>
          <w:sz w:val="24"/>
        </w:rPr>
        <w:t>x of written, practical and visit-based activities, with local free/low-cost suggestions where possible.</w:t>
      </w:r>
      <w:r w:rsidRPr="00C26227">
        <w:rPr>
          <w:rFonts w:ascii="Kinetic Letters" w:hAnsi="Kinetic Letters"/>
          <w:sz w:val="24"/>
        </w:rPr>
        <w:br/>
      </w:r>
    </w:p>
    <w:p w:rsidR="0098670D" w:rsidRPr="00C26227" w:rsidRDefault="00D7799C">
      <w:pPr>
        <w:pStyle w:val="Heading1"/>
        <w:rPr>
          <w:rFonts w:ascii="Kinetic Letters" w:hAnsi="Kinetic Letters"/>
          <w:sz w:val="32"/>
        </w:rPr>
      </w:pPr>
      <w:r w:rsidRPr="00C26227">
        <w:rPr>
          <w:rFonts w:ascii="Kinetic Letters" w:hAnsi="Kinetic Letters"/>
          <w:sz w:val="32"/>
        </w:rPr>
        <w:t xml:space="preserve">Theme 3 </w:t>
      </w:r>
      <w:r w:rsidRPr="00C26227">
        <w:rPr>
          <w:rFonts w:ascii="Courier New" w:hAnsi="Courier New" w:cs="Courier New"/>
          <w:sz w:val="32"/>
        </w:rPr>
        <w:t>–</w:t>
      </w:r>
      <w:r w:rsidRPr="00C26227">
        <w:rPr>
          <w:rFonts w:ascii="Kinetic Letters" w:hAnsi="Kinetic Letters"/>
          <w:sz w:val="32"/>
        </w:rPr>
        <w:t xml:space="preserve"> Time for a Voyage?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Write a short adventure story about a pirate’s journey.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Create a “Top Facts” poster about a famous explorer.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Use free online children’s history resources.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Build a small boat from recycled materials </w:t>
            </w:r>
            <w:r w:rsidRPr="00C26227">
              <w:rPr>
                <w:rFonts w:ascii="Courier New" w:hAnsi="Courier New" w:cs="Courier New"/>
                <w:sz w:val="24"/>
              </w:rPr>
              <w:t>–</w:t>
            </w:r>
            <w:r w:rsidRPr="00C26227">
              <w:rPr>
                <w:rFonts w:ascii="Kinetic Letters" w:hAnsi="Kinetic Letters"/>
                <w:sz w:val="24"/>
              </w:rPr>
              <w:t xml:space="preserve"> test if it floats and can carry a small toy.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Draw and paint a ship in the style </w:t>
            </w:r>
            <w:r w:rsidRPr="00C26227">
              <w:rPr>
                <w:rFonts w:ascii="Kinetic Letters" w:hAnsi="Kinetic Letters"/>
                <w:sz w:val="24"/>
              </w:rPr>
              <w:t>of Van Gogh or Turner, experimenting with colour to show mood.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Make a family treasure hunt using clues and a hand-drawn map.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Go to Birmingham Library and find an atlas or globe to explore continents and oceans.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Library of Birmingham </w:t>
            </w:r>
            <w:r w:rsidRPr="00C26227">
              <w:rPr>
                <w:rFonts w:ascii="Kinetic Letters" w:hAnsi="Kinetic Letters"/>
                <w:sz w:val="24"/>
              </w:rPr>
              <w:t>(free)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Walk along the Worcester &amp; Birmingham Canal near Selly Oak and watch the boats go through locks.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Selly Oak Canal section (free)</w:t>
            </w:r>
          </w:p>
        </w:tc>
      </w:tr>
    </w:tbl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br w:type="page"/>
      </w:r>
    </w:p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lastRenderedPageBreak/>
        <w:t>Water Mill Primary School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>Optional Homework &amp; Inspiration Ideas for Parents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>These activities are linked to ou</w:t>
      </w:r>
      <w:r w:rsidRPr="00C26227">
        <w:rPr>
          <w:rFonts w:ascii="Kinetic Letters" w:hAnsi="Kinetic Letters"/>
          <w:sz w:val="24"/>
        </w:rPr>
        <w:t xml:space="preserve">r current theme in school and are designed to be fun, flexible and engaging. They are completely optional </w:t>
      </w:r>
      <w:r w:rsidRPr="00C26227">
        <w:rPr>
          <w:rFonts w:ascii="Courier New" w:hAnsi="Courier New" w:cs="Courier New"/>
          <w:sz w:val="24"/>
        </w:rPr>
        <w:t>–</w:t>
      </w:r>
      <w:r w:rsidRPr="00C26227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</w:t>
      </w:r>
      <w:r w:rsidRPr="00C26227">
        <w:rPr>
          <w:rFonts w:ascii="Kinetic Letters" w:hAnsi="Kinetic Letters"/>
          <w:sz w:val="24"/>
        </w:rPr>
        <w:t>ree/low-cost suggestions where possible.</w:t>
      </w:r>
      <w:r w:rsidRPr="00C26227">
        <w:rPr>
          <w:rFonts w:ascii="Kinetic Letters" w:hAnsi="Kinetic Letters"/>
          <w:sz w:val="24"/>
        </w:rPr>
        <w:br/>
      </w:r>
    </w:p>
    <w:p w:rsidR="0098670D" w:rsidRPr="00C26227" w:rsidRDefault="00D7799C">
      <w:pPr>
        <w:pStyle w:val="Heading1"/>
        <w:rPr>
          <w:rFonts w:ascii="Kinetic Letters" w:hAnsi="Kinetic Letters"/>
          <w:sz w:val="32"/>
        </w:rPr>
      </w:pPr>
      <w:r w:rsidRPr="00C26227">
        <w:rPr>
          <w:rFonts w:ascii="Kinetic Letters" w:hAnsi="Kinetic Letters"/>
          <w:sz w:val="32"/>
        </w:rPr>
        <w:t xml:space="preserve">Theme 4 </w:t>
      </w:r>
      <w:r w:rsidRPr="00C26227">
        <w:rPr>
          <w:rFonts w:ascii="Courier New" w:hAnsi="Courier New" w:cs="Courier New"/>
          <w:sz w:val="32"/>
        </w:rPr>
        <w:t>–</w:t>
      </w:r>
      <w:r w:rsidRPr="00C26227">
        <w:rPr>
          <w:rFonts w:ascii="Kinetic Letters" w:hAnsi="Kinetic Letters"/>
          <w:sz w:val="32"/>
        </w:rPr>
        <w:t xml:space="preserve"> How does it grow?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Write step-by-step instructions for planting a seed.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Create a riddle describing a plant without naming it.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</w:t>
            </w:r>
            <w:r w:rsidRPr="00C26227">
              <w:rPr>
                <w:rFonts w:ascii="Kinetic Letters" w:hAnsi="Kinetic Letters"/>
                <w:sz w:val="24"/>
              </w:rPr>
              <w:t>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Plant seeds in a pot or garden patch </w:t>
            </w:r>
            <w:r w:rsidRPr="00C26227">
              <w:rPr>
                <w:rFonts w:ascii="Courier New" w:hAnsi="Courier New" w:cs="Courier New"/>
                <w:sz w:val="24"/>
              </w:rPr>
              <w:t>–</w:t>
            </w:r>
            <w:r w:rsidRPr="00C26227">
              <w:rPr>
                <w:rFonts w:ascii="Kinetic Letters" w:hAnsi="Kinetic Letters"/>
                <w:sz w:val="24"/>
              </w:rPr>
              <w:t xml:space="preserve"> keep a photo diary of changes each week.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Take photos of flowers or plants at different stages of growth </w:t>
            </w:r>
            <w:r w:rsidRPr="00C26227">
              <w:rPr>
                <w:rFonts w:ascii="Courier New" w:hAnsi="Courier New" w:cs="Courier New"/>
                <w:sz w:val="24"/>
              </w:rPr>
              <w:t>–</w:t>
            </w:r>
            <w:r w:rsidRPr="00C26227">
              <w:rPr>
                <w:rFonts w:ascii="Kinetic Letters" w:hAnsi="Kinetic Letters"/>
                <w:sz w:val="24"/>
              </w:rPr>
              <w:t xml:space="preserve"> talk about what they need to grow.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Make a flower collage from cut-up magazines </w:t>
            </w:r>
            <w:r w:rsidRPr="00C26227">
              <w:rPr>
                <w:rFonts w:ascii="Kinetic Letters" w:hAnsi="Kinetic Letters"/>
                <w:sz w:val="24"/>
              </w:rPr>
              <w:t>or coloured paper.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 Winterbourne House &amp; Garden to see a wide range of plants.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Winterbourne House &amp; Garden (small fee, free for children)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Go on a nature walk around the local park to spot different plants and trees.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Cannon Hill Park / C</w:t>
            </w:r>
            <w:r w:rsidRPr="00C26227">
              <w:rPr>
                <w:rFonts w:ascii="Kinetic Letters" w:hAnsi="Kinetic Letters"/>
                <w:sz w:val="24"/>
              </w:rPr>
              <w:t>otteridge Park (free)</w:t>
            </w:r>
          </w:p>
        </w:tc>
      </w:tr>
    </w:tbl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br w:type="page"/>
      </w:r>
    </w:p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lastRenderedPageBreak/>
        <w:t>Water Mill Primary School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>Optional Homework &amp; Inspiration Ideas for Parents</w:t>
      </w:r>
      <w:r w:rsidRPr="00C26227">
        <w:rPr>
          <w:rFonts w:ascii="Kinetic Letters" w:hAnsi="Kinetic Letters"/>
          <w:sz w:val="24"/>
        </w:rPr>
        <w:br/>
      </w:r>
      <w:r w:rsidRPr="00C26227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C26227">
        <w:rPr>
          <w:rFonts w:ascii="Courier New" w:hAnsi="Courier New" w:cs="Courier New"/>
          <w:sz w:val="24"/>
        </w:rPr>
        <w:t>–</w:t>
      </w:r>
      <w:r w:rsidRPr="00C26227">
        <w:rPr>
          <w:rFonts w:ascii="Kinetic Letters" w:hAnsi="Kinetic Letters"/>
          <w:sz w:val="24"/>
        </w:rPr>
        <w:t xml:space="preserve"> please feel </w:t>
      </w:r>
      <w:r w:rsidRPr="00C26227">
        <w:rPr>
          <w:rFonts w:ascii="Kinetic Letters" w:hAnsi="Kinetic Letters"/>
          <w:sz w:val="24"/>
        </w:rPr>
        <w:t>free to choose the ones that interest your child most. They include a mix of written, practical and visit-based activities, with local free/low-cost suggestions where possible.</w:t>
      </w:r>
      <w:r w:rsidRPr="00C26227">
        <w:rPr>
          <w:rFonts w:ascii="Kinetic Letters" w:hAnsi="Kinetic Letters"/>
          <w:sz w:val="24"/>
        </w:rPr>
        <w:br/>
      </w:r>
    </w:p>
    <w:p w:rsidR="0098670D" w:rsidRPr="00C26227" w:rsidRDefault="00D7799C">
      <w:pPr>
        <w:pStyle w:val="Heading1"/>
        <w:rPr>
          <w:rFonts w:ascii="Kinetic Letters" w:hAnsi="Kinetic Letters"/>
          <w:sz w:val="32"/>
        </w:rPr>
      </w:pPr>
      <w:r w:rsidRPr="00C26227">
        <w:rPr>
          <w:rFonts w:ascii="Kinetic Letters" w:hAnsi="Kinetic Letters"/>
          <w:sz w:val="32"/>
        </w:rPr>
        <w:t xml:space="preserve">Theme 5 </w:t>
      </w:r>
      <w:r w:rsidRPr="00C26227">
        <w:rPr>
          <w:rFonts w:ascii="Courier New" w:hAnsi="Courier New" w:cs="Courier New"/>
          <w:sz w:val="32"/>
        </w:rPr>
        <w:t>–</w:t>
      </w:r>
      <w:r w:rsidRPr="00C26227">
        <w:rPr>
          <w:rFonts w:ascii="Kinetic Letters" w:hAnsi="Kinetic Letters"/>
          <w:sz w:val="32"/>
        </w:rPr>
        <w:t xml:space="preserve"> Who are my parents?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Local Link / </w:t>
            </w:r>
            <w:r w:rsidRPr="00C26227">
              <w:rPr>
                <w:rFonts w:ascii="Kinetic Letters" w:hAnsi="Kinetic Letters"/>
                <w:sz w:val="24"/>
              </w:rPr>
              <w:t>Resource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Write a persuasive letter to your local MP about an environmental issue.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Find your MP at www.parliament.uk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Create a nature “spotter’s checklist” and tick off animals or insects you see in a week.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Make a symmetrical </w:t>
            </w:r>
            <w:r w:rsidRPr="00C26227">
              <w:rPr>
                <w:rFonts w:ascii="Kinetic Letters" w:hAnsi="Kinetic Letters"/>
                <w:sz w:val="24"/>
              </w:rPr>
              <w:t>butterfly picture using paint (fold paper to print the wings).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Research the life cycle of a frog or butterfly and make a model showing the stages.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 xml:space="preserve">Design your own beach bag </w:t>
            </w:r>
            <w:r w:rsidRPr="00C26227">
              <w:rPr>
                <w:rFonts w:ascii="Courier New" w:hAnsi="Courier New" w:cs="Courier New"/>
                <w:sz w:val="24"/>
              </w:rPr>
              <w:t>–</w:t>
            </w:r>
            <w:r w:rsidRPr="00C26227">
              <w:rPr>
                <w:rFonts w:ascii="Kinetic Letters" w:hAnsi="Kinetic Letters"/>
                <w:sz w:val="24"/>
              </w:rPr>
              <w:t xml:space="preserve"> draw it and label the materials you would use.</w:t>
            </w:r>
          </w:p>
        </w:tc>
        <w:tc>
          <w:tcPr>
            <w:tcW w:w="2880" w:type="dxa"/>
          </w:tcPr>
          <w:p w:rsidR="0098670D" w:rsidRPr="00C26227" w:rsidRDefault="0098670D">
            <w:pPr>
              <w:rPr>
                <w:rFonts w:ascii="Kinetic Letters" w:hAnsi="Kinetic Letters"/>
                <w:sz w:val="24"/>
              </w:rPr>
            </w:pP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Go</w:t>
            </w:r>
            <w:r w:rsidRPr="00C26227">
              <w:rPr>
                <w:rFonts w:ascii="Kinetic Letters" w:hAnsi="Kinetic Letters"/>
                <w:sz w:val="24"/>
              </w:rPr>
              <w:t xml:space="preserve"> pond dipping at Woodgate Valley Country Park.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Woodgate Valley Country Park (free)</w:t>
            </w:r>
          </w:p>
        </w:tc>
      </w:tr>
      <w:tr w:rsidR="0098670D" w:rsidRPr="00C26227"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Visit Birmingham Wildlife Conservation Park to see animals and habitats.</w:t>
            </w:r>
          </w:p>
        </w:tc>
        <w:tc>
          <w:tcPr>
            <w:tcW w:w="2880" w:type="dxa"/>
          </w:tcPr>
          <w:p w:rsidR="0098670D" w:rsidRPr="00C26227" w:rsidRDefault="00D7799C">
            <w:pPr>
              <w:rPr>
                <w:rFonts w:ascii="Kinetic Letters" w:hAnsi="Kinetic Letters"/>
                <w:sz w:val="24"/>
              </w:rPr>
            </w:pPr>
            <w:r w:rsidRPr="00C26227">
              <w:rPr>
                <w:rFonts w:ascii="Kinetic Letters" w:hAnsi="Kinetic Letters"/>
                <w:sz w:val="24"/>
              </w:rPr>
              <w:t>Small fee</w:t>
            </w:r>
          </w:p>
        </w:tc>
      </w:tr>
    </w:tbl>
    <w:p w:rsidR="0098670D" w:rsidRPr="00C26227" w:rsidRDefault="00D7799C">
      <w:pPr>
        <w:rPr>
          <w:rFonts w:ascii="Kinetic Letters" w:hAnsi="Kinetic Letters"/>
          <w:sz w:val="24"/>
        </w:rPr>
      </w:pPr>
      <w:r w:rsidRPr="00C26227">
        <w:rPr>
          <w:rFonts w:ascii="Kinetic Letters" w:hAnsi="Kinetic Letters"/>
          <w:sz w:val="24"/>
        </w:rPr>
        <w:br w:type="page"/>
      </w:r>
      <w:bookmarkEnd w:id="0"/>
    </w:p>
    <w:sectPr w:rsidR="0098670D" w:rsidRPr="00C26227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99C" w:rsidRDefault="00D7799C" w:rsidP="00C26227">
      <w:pPr>
        <w:spacing w:after="0" w:line="240" w:lineRule="auto"/>
      </w:pPr>
      <w:r>
        <w:separator/>
      </w:r>
    </w:p>
  </w:endnote>
  <w:endnote w:type="continuationSeparator" w:id="0">
    <w:p w:rsidR="00D7799C" w:rsidRDefault="00D7799C" w:rsidP="00C26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99C" w:rsidRDefault="00D7799C" w:rsidP="00C26227">
      <w:pPr>
        <w:spacing w:after="0" w:line="240" w:lineRule="auto"/>
      </w:pPr>
      <w:r>
        <w:separator/>
      </w:r>
    </w:p>
  </w:footnote>
  <w:footnote w:type="continuationSeparator" w:id="0">
    <w:p w:rsidR="00D7799C" w:rsidRDefault="00D7799C" w:rsidP="00C26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227" w:rsidRDefault="00C26227" w:rsidP="00C26227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563880" cy="563880"/>
          <wp:effectExtent l="0" t="0" r="762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3880" cy="563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8670D"/>
    <w:rsid w:val="00AA1D8D"/>
    <w:rsid w:val="00B47730"/>
    <w:rsid w:val="00C26227"/>
    <w:rsid w:val="00CB0664"/>
    <w:rsid w:val="00D779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  <w15:docId w15:val="{0E533F14-7410-4B70-B92E-E6FD79DFA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5D64E4-6AFF-4F82-9380-9E0BCCA75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2025-08-29T10:33:00Z</dcterms:created>
  <dcterms:modified xsi:type="dcterms:W3CDTF">2025-08-29T10:33:00Z</dcterms:modified>
  <cp:category/>
</cp:coreProperties>
</file>