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39D" w:rsidRPr="006B6D03" w:rsidRDefault="001415C4">
      <w:pPr>
        <w:rPr>
          <w:rFonts w:ascii="Kinetic Letters" w:hAnsi="Kinetic Letters"/>
          <w:sz w:val="24"/>
        </w:rPr>
      </w:pPr>
      <w:r w:rsidRPr="006B6D03">
        <w:rPr>
          <w:rFonts w:ascii="Kinetic Letters" w:hAnsi="Kinetic Letters"/>
          <w:sz w:val="24"/>
        </w:rPr>
        <w:t>Water Mill Primary School</w:t>
      </w:r>
      <w:r w:rsidRPr="006B6D03">
        <w:rPr>
          <w:rFonts w:ascii="Kinetic Letters" w:hAnsi="Kinetic Letters"/>
          <w:sz w:val="24"/>
        </w:rPr>
        <w:br/>
      </w:r>
      <w:r w:rsidRPr="006B6D03">
        <w:rPr>
          <w:rFonts w:ascii="Kinetic Letters" w:hAnsi="Kinetic Letters"/>
          <w:sz w:val="24"/>
        </w:rPr>
        <w:br/>
        <w:t>Optional Homework &amp; Inspiration Ideas for Parents</w:t>
      </w:r>
      <w:r w:rsidRPr="006B6D03">
        <w:rPr>
          <w:rFonts w:ascii="Kinetic Letters" w:hAnsi="Kinetic Letters"/>
          <w:sz w:val="24"/>
        </w:rPr>
        <w:br/>
      </w:r>
      <w:r w:rsidRPr="006B6D03">
        <w:rPr>
          <w:rFonts w:ascii="Kinetic Letters" w:hAnsi="Kinetic Letters"/>
          <w:sz w:val="24"/>
        </w:rPr>
        <w:br/>
        <w:t xml:space="preserve">These activities are linked to our current theme in school and are designed to be fun, flexible and engaging. They are completely optional </w:t>
      </w:r>
      <w:r w:rsidRPr="006B6D03">
        <w:rPr>
          <w:rFonts w:ascii="Courier New" w:hAnsi="Courier New" w:cs="Courier New"/>
          <w:sz w:val="24"/>
        </w:rPr>
        <w:t>–</w:t>
      </w:r>
      <w:r w:rsidRPr="006B6D03">
        <w:rPr>
          <w:rFonts w:ascii="Kinetic Letters" w:hAnsi="Kinetic Letters"/>
          <w:sz w:val="24"/>
        </w:rPr>
        <w:t xml:space="preserve"> please feel free to choose the ones that interest your child most. They include a mix of written, practical and visit-based activities, with local free/low-cost suggestions where possible.</w:t>
      </w:r>
      <w:r w:rsidRPr="006B6D03">
        <w:rPr>
          <w:rFonts w:ascii="Kinetic Letters" w:hAnsi="Kinetic Letters"/>
          <w:sz w:val="24"/>
        </w:rPr>
        <w:br/>
      </w:r>
    </w:p>
    <w:p w:rsidR="0091639D" w:rsidRPr="006B6D03" w:rsidRDefault="001415C4">
      <w:pPr>
        <w:pStyle w:val="Heading1"/>
        <w:rPr>
          <w:rFonts w:ascii="Kinetic Letters" w:hAnsi="Kinetic Letters"/>
          <w:sz w:val="32"/>
        </w:rPr>
      </w:pPr>
      <w:r w:rsidRPr="006B6D03">
        <w:rPr>
          <w:rFonts w:ascii="Kinetic Letters" w:hAnsi="Kinetic Letters"/>
          <w:sz w:val="32"/>
        </w:rPr>
        <w:t xml:space="preserve">Theme 1 </w:t>
      </w:r>
      <w:r w:rsidRPr="006B6D03">
        <w:rPr>
          <w:rFonts w:ascii="Courier New" w:hAnsi="Courier New" w:cs="Courier New"/>
          <w:sz w:val="32"/>
        </w:rPr>
        <w:t>–</w:t>
      </w:r>
      <w:r w:rsidRPr="006B6D03">
        <w:rPr>
          <w:rFonts w:ascii="Kinetic Letters" w:hAnsi="Kinetic Letters"/>
          <w:sz w:val="32"/>
        </w:rPr>
        <w:t xml:space="preserve"> Do You Want to be a Caveman?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7"/>
        <w:gridCol w:w="2877"/>
        <w:gridCol w:w="2876"/>
      </w:tblGrid>
      <w:tr w:rsidR="0091639D" w:rsidRPr="006B6D03" w:rsidTr="001E733B">
        <w:tc>
          <w:tcPr>
            <w:tcW w:w="2877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Activity Type</w:t>
            </w:r>
          </w:p>
        </w:tc>
        <w:tc>
          <w:tcPr>
            <w:tcW w:w="2877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Suggested Activity</w:t>
            </w:r>
          </w:p>
        </w:tc>
        <w:tc>
          <w:tcPr>
            <w:tcW w:w="2876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Local Link / Resource</w:t>
            </w:r>
          </w:p>
        </w:tc>
      </w:tr>
      <w:tr w:rsidR="0091639D" w:rsidRPr="006B6D03" w:rsidTr="001E733B">
        <w:tc>
          <w:tcPr>
            <w:tcW w:w="2877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77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Write a diary entry as a Stone Age child (food, shelter, tools, dangers).</w:t>
            </w:r>
          </w:p>
        </w:tc>
        <w:tc>
          <w:tcPr>
            <w:tcW w:w="2876" w:type="dxa"/>
          </w:tcPr>
          <w:p w:rsidR="0091639D" w:rsidRPr="006B6D03" w:rsidRDefault="0091639D">
            <w:pPr>
              <w:rPr>
                <w:rFonts w:ascii="Kinetic Letters" w:hAnsi="Kinetic Letters"/>
                <w:sz w:val="24"/>
              </w:rPr>
            </w:pPr>
          </w:p>
        </w:tc>
      </w:tr>
      <w:tr w:rsidR="0091639D" w:rsidRPr="006B6D03" w:rsidTr="001E733B">
        <w:tc>
          <w:tcPr>
            <w:tcW w:w="2877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77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Explain a simple shadow investigation you tried at home (what you did, what changed, why).</w:t>
            </w:r>
          </w:p>
        </w:tc>
        <w:tc>
          <w:tcPr>
            <w:tcW w:w="2876" w:type="dxa"/>
          </w:tcPr>
          <w:p w:rsidR="0091639D" w:rsidRPr="006B6D03" w:rsidRDefault="0091639D">
            <w:pPr>
              <w:rPr>
                <w:rFonts w:ascii="Kinetic Letters" w:hAnsi="Kinetic Letters"/>
                <w:sz w:val="24"/>
              </w:rPr>
            </w:pPr>
          </w:p>
        </w:tc>
      </w:tr>
      <w:tr w:rsidR="0091639D" w:rsidRPr="006B6D03" w:rsidTr="001E733B">
        <w:tc>
          <w:tcPr>
            <w:tcW w:w="2877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77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Sort a small rock collection (garden/park) by hardness/texture; try a gentle “scratch test” with a coin.</w:t>
            </w:r>
          </w:p>
        </w:tc>
        <w:tc>
          <w:tcPr>
            <w:tcW w:w="2876" w:type="dxa"/>
          </w:tcPr>
          <w:p w:rsidR="0091639D" w:rsidRPr="006B6D03" w:rsidRDefault="0091639D">
            <w:pPr>
              <w:rPr>
                <w:rFonts w:ascii="Kinetic Letters" w:hAnsi="Kinetic Letters"/>
                <w:sz w:val="24"/>
              </w:rPr>
            </w:pPr>
          </w:p>
        </w:tc>
      </w:tr>
      <w:tr w:rsidR="0091639D" w:rsidRPr="006B6D03" w:rsidTr="001E733B">
        <w:tc>
          <w:tcPr>
            <w:tcW w:w="2877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77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Make “cave art” using charcoal/chalk/mud on brown paper; add hand-stencil outlines.</w:t>
            </w:r>
          </w:p>
        </w:tc>
        <w:tc>
          <w:tcPr>
            <w:tcW w:w="2876" w:type="dxa"/>
          </w:tcPr>
          <w:p w:rsidR="0091639D" w:rsidRPr="006B6D03" w:rsidRDefault="0091639D">
            <w:pPr>
              <w:rPr>
                <w:rFonts w:ascii="Kinetic Letters" w:hAnsi="Kinetic Letters"/>
                <w:sz w:val="24"/>
              </w:rPr>
            </w:pPr>
          </w:p>
        </w:tc>
      </w:tr>
      <w:tr w:rsidR="0091639D" w:rsidRPr="006B6D03" w:rsidTr="001E733B">
        <w:tc>
          <w:tcPr>
            <w:tcW w:w="2877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77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Build a mini roundhouse from card/twine/sticks; label parts (door, thatch, wattle).</w:t>
            </w:r>
          </w:p>
        </w:tc>
        <w:tc>
          <w:tcPr>
            <w:tcW w:w="2876" w:type="dxa"/>
          </w:tcPr>
          <w:p w:rsidR="0091639D" w:rsidRPr="006B6D03" w:rsidRDefault="0091639D">
            <w:pPr>
              <w:rPr>
                <w:rFonts w:ascii="Kinetic Letters" w:hAnsi="Kinetic Letters"/>
                <w:sz w:val="24"/>
              </w:rPr>
            </w:pPr>
          </w:p>
        </w:tc>
      </w:tr>
      <w:tr w:rsidR="0091639D" w:rsidRPr="006B6D03" w:rsidTr="001E733B">
        <w:tc>
          <w:tcPr>
            <w:tcW w:w="2877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77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proofErr w:type="gramStart"/>
            <w:r w:rsidRPr="006B6D03">
              <w:rPr>
                <w:rFonts w:ascii="Kinetic Letters" w:hAnsi="Kinetic Letters"/>
                <w:sz w:val="24"/>
              </w:rPr>
              <w:t>Lickey Hills</w:t>
            </w:r>
            <w:proofErr w:type="gramEnd"/>
            <w:r w:rsidRPr="006B6D03">
              <w:rPr>
                <w:rFonts w:ascii="Kinetic Letters" w:hAnsi="Kinetic Letters"/>
                <w:sz w:val="24"/>
              </w:rPr>
              <w:t xml:space="preserve"> geology walk </w:t>
            </w:r>
            <w:r w:rsidRPr="006B6D03">
              <w:rPr>
                <w:rFonts w:ascii="Courier New" w:hAnsi="Courier New" w:cs="Courier New"/>
                <w:sz w:val="24"/>
              </w:rPr>
              <w:t>–</w:t>
            </w:r>
            <w:r w:rsidRPr="006B6D03">
              <w:rPr>
                <w:rFonts w:ascii="Kinetic Letters" w:hAnsi="Kinetic Letters"/>
                <w:sz w:val="24"/>
              </w:rPr>
              <w:t xml:space="preserve"> hunt rock types, spot layers and viewpoints.</w:t>
            </w:r>
          </w:p>
        </w:tc>
        <w:tc>
          <w:tcPr>
            <w:tcW w:w="2876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Lickey Hills Country Park (free)</w:t>
            </w:r>
          </w:p>
        </w:tc>
      </w:tr>
      <w:tr w:rsidR="00155C83" w:rsidRPr="006B6D03" w:rsidTr="001E733B">
        <w:tc>
          <w:tcPr>
            <w:tcW w:w="2877" w:type="dxa"/>
          </w:tcPr>
          <w:p w:rsidR="00155C83" w:rsidRPr="006B6D03" w:rsidRDefault="00155C83">
            <w:pPr>
              <w:rPr>
                <w:rFonts w:ascii="Kinetic Letters" w:hAnsi="Kinetic Letters"/>
                <w:sz w:val="24"/>
              </w:rPr>
            </w:pPr>
            <w:r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77" w:type="dxa"/>
          </w:tcPr>
          <w:p w:rsidR="00155C83" w:rsidRPr="006B6D03" w:rsidRDefault="00155C83">
            <w:pPr>
              <w:rPr>
                <w:rFonts w:ascii="Kinetic Letters" w:hAnsi="Kinetic Letters"/>
                <w:sz w:val="24"/>
              </w:rPr>
            </w:pPr>
            <w:r>
              <w:rPr>
                <w:rFonts w:ascii="Kinetic Letters" w:hAnsi="Kinetic Letters"/>
                <w:sz w:val="24"/>
              </w:rPr>
              <w:t xml:space="preserve">Birmingham Museum and art gallery </w:t>
            </w:r>
            <w:r>
              <w:rPr>
                <w:rFonts w:ascii="Courier New" w:hAnsi="Courier New" w:cs="Courier New"/>
                <w:sz w:val="24"/>
              </w:rPr>
              <w:t>–</w:t>
            </w:r>
            <w:r>
              <w:rPr>
                <w:rFonts w:ascii="Kinetic Letters" w:hAnsi="Kinetic Letters"/>
                <w:sz w:val="24"/>
              </w:rPr>
              <w:t xml:space="preserve"> identify fossils </w:t>
            </w:r>
          </w:p>
        </w:tc>
        <w:tc>
          <w:tcPr>
            <w:tcW w:w="2876" w:type="dxa"/>
          </w:tcPr>
          <w:p w:rsidR="00155C83" w:rsidRPr="006B6D03" w:rsidRDefault="00155C83">
            <w:pPr>
              <w:rPr>
                <w:rFonts w:ascii="Kinetic Letters" w:hAnsi="Kinetic Letters"/>
                <w:sz w:val="24"/>
              </w:rPr>
            </w:pPr>
            <w:r>
              <w:rPr>
                <w:rFonts w:ascii="Kinetic Letters" w:hAnsi="Kinetic Letters"/>
                <w:sz w:val="24"/>
              </w:rPr>
              <w:t xml:space="preserve">Birmingham Museum and art gallery (free) </w:t>
            </w:r>
            <w:bookmarkStart w:id="0" w:name="_GoBack"/>
            <w:bookmarkEnd w:id="0"/>
          </w:p>
        </w:tc>
      </w:tr>
    </w:tbl>
    <w:p w:rsidR="0091639D" w:rsidRPr="006B6D03" w:rsidRDefault="001415C4">
      <w:pPr>
        <w:rPr>
          <w:rFonts w:ascii="Kinetic Letters" w:hAnsi="Kinetic Letters"/>
          <w:sz w:val="24"/>
        </w:rPr>
      </w:pPr>
      <w:r w:rsidRPr="006B6D03">
        <w:rPr>
          <w:rFonts w:ascii="Kinetic Letters" w:hAnsi="Kinetic Letters"/>
          <w:sz w:val="24"/>
        </w:rPr>
        <w:br w:type="page"/>
      </w:r>
    </w:p>
    <w:p w:rsidR="0091639D" w:rsidRPr="006B6D03" w:rsidRDefault="001415C4">
      <w:pPr>
        <w:rPr>
          <w:rFonts w:ascii="Kinetic Letters" w:hAnsi="Kinetic Letters"/>
          <w:sz w:val="24"/>
        </w:rPr>
      </w:pPr>
      <w:r w:rsidRPr="006B6D03">
        <w:rPr>
          <w:rFonts w:ascii="Kinetic Letters" w:hAnsi="Kinetic Letters"/>
          <w:sz w:val="24"/>
        </w:rPr>
        <w:lastRenderedPageBreak/>
        <w:t>Water Mill Primary School</w:t>
      </w:r>
      <w:r w:rsidRPr="006B6D03">
        <w:rPr>
          <w:rFonts w:ascii="Kinetic Letters" w:hAnsi="Kinetic Letters"/>
          <w:sz w:val="24"/>
        </w:rPr>
        <w:br/>
      </w:r>
      <w:r w:rsidRPr="006B6D03">
        <w:rPr>
          <w:rFonts w:ascii="Kinetic Letters" w:hAnsi="Kinetic Letters"/>
          <w:sz w:val="24"/>
        </w:rPr>
        <w:br/>
        <w:t>Optional Homework &amp; Inspiration Ideas for Parents</w:t>
      </w:r>
      <w:r w:rsidRPr="006B6D03">
        <w:rPr>
          <w:rFonts w:ascii="Kinetic Letters" w:hAnsi="Kinetic Letters"/>
          <w:sz w:val="24"/>
        </w:rPr>
        <w:br/>
      </w:r>
      <w:r w:rsidRPr="006B6D03">
        <w:rPr>
          <w:rFonts w:ascii="Kinetic Letters" w:hAnsi="Kinetic Letters"/>
          <w:sz w:val="24"/>
        </w:rPr>
        <w:br/>
        <w:t xml:space="preserve">These activities are linked to our current theme in school and are designed to be fun, flexible and engaging. They are completely optional </w:t>
      </w:r>
      <w:r w:rsidRPr="006B6D03">
        <w:rPr>
          <w:rFonts w:ascii="Courier New" w:hAnsi="Courier New" w:cs="Courier New"/>
          <w:sz w:val="24"/>
        </w:rPr>
        <w:t>–</w:t>
      </w:r>
      <w:r w:rsidRPr="006B6D03">
        <w:rPr>
          <w:rFonts w:ascii="Kinetic Letters" w:hAnsi="Kinetic Letters"/>
          <w:sz w:val="24"/>
        </w:rPr>
        <w:t xml:space="preserve"> please feel free to choose the ones that interest your child most. They include a mix of written, practical and visit-based activities, with local free/low-cost suggestions where possible.</w:t>
      </w:r>
      <w:r w:rsidRPr="006B6D03">
        <w:rPr>
          <w:rFonts w:ascii="Kinetic Letters" w:hAnsi="Kinetic Letters"/>
          <w:sz w:val="24"/>
        </w:rPr>
        <w:br/>
      </w:r>
    </w:p>
    <w:p w:rsidR="0091639D" w:rsidRPr="006B6D03" w:rsidRDefault="001415C4">
      <w:pPr>
        <w:pStyle w:val="Heading1"/>
        <w:rPr>
          <w:rFonts w:ascii="Kinetic Letters" w:hAnsi="Kinetic Letters"/>
          <w:sz w:val="32"/>
        </w:rPr>
      </w:pPr>
      <w:r w:rsidRPr="006B6D03">
        <w:rPr>
          <w:rFonts w:ascii="Kinetic Letters" w:hAnsi="Kinetic Letters"/>
          <w:sz w:val="32"/>
        </w:rPr>
        <w:t xml:space="preserve">Theme 2 </w:t>
      </w:r>
      <w:r w:rsidRPr="006B6D03">
        <w:rPr>
          <w:rFonts w:ascii="Courier New" w:hAnsi="Courier New" w:cs="Courier New"/>
          <w:sz w:val="32"/>
        </w:rPr>
        <w:t>–</w:t>
      </w:r>
      <w:r w:rsidRPr="006B6D03">
        <w:rPr>
          <w:rFonts w:ascii="Kinetic Letters" w:hAnsi="Kinetic Letters"/>
          <w:sz w:val="32"/>
        </w:rPr>
        <w:t xml:space="preserve"> Can You Feel the Force?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91639D" w:rsidRPr="006B6D03"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Activity Type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Suggested Activity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Local Link / Resource</w:t>
            </w:r>
          </w:p>
        </w:tc>
      </w:tr>
      <w:tr w:rsidR="0091639D" w:rsidRPr="006B6D03"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Write up a “ramp test” comparing how a toy car moves on carpet, tile, cardboard; include a simple bar chart.</w:t>
            </w:r>
          </w:p>
        </w:tc>
        <w:tc>
          <w:tcPr>
            <w:tcW w:w="2880" w:type="dxa"/>
          </w:tcPr>
          <w:p w:rsidR="0091639D" w:rsidRPr="006B6D03" w:rsidRDefault="0091639D">
            <w:pPr>
              <w:rPr>
                <w:rFonts w:ascii="Kinetic Letters" w:hAnsi="Kinetic Letters"/>
                <w:sz w:val="24"/>
              </w:rPr>
            </w:pPr>
          </w:p>
        </w:tc>
      </w:tr>
      <w:tr w:rsidR="0091639D" w:rsidRPr="006B6D03"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Create a one-page profile of a Birmingham changemaker (e.g., James Watt/Brindley) and how their ideas moved the city forward.</w:t>
            </w:r>
          </w:p>
        </w:tc>
        <w:tc>
          <w:tcPr>
            <w:tcW w:w="2880" w:type="dxa"/>
          </w:tcPr>
          <w:p w:rsidR="0091639D" w:rsidRPr="006B6D03" w:rsidRDefault="0091639D">
            <w:pPr>
              <w:rPr>
                <w:rFonts w:ascii="Kinetic Letters" w:hAnsi="Kinetic Letters"/>
                <w:sz w:val="24"/>
              </w:rPr>
            </w:pPr>
          </w:p>
        </w:tc>
      </w:tr>
      <w:tr w:rsidR="0091639D" w:rsidRPr="006B6D03"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Magnet scavenger hunt at home: predict, then test which objects are magnetic; sort and photograph results.</w:t>
            </w:r>
          </w:p>
        </w:tc>
        <w:tc>
          <w:tcPr>
            <w:tcW w:w="2880" w:type="dxa"/>
          </w:tcPr>
          <w:p w:rsidR="0091639D" w:rsidRPr="006B6D03" w:rsidRDefault="0091639D">
            <w:pPr>
              <w:rPr>
                <w:rFonts w:ascii="Kinetic Letters" w:hAnsi="Kinetic Letters"/>
                <w:sz w:val="24"/>
              </w:rPr>
            </w:pPr>
          </w:p>
        </w:tc>
      </w:tr>
      <w:tr w:rsidR="0091639D" w:rsidRPr="006B6D03"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Make a simple compass (magnetise a needle with a fridge magnet, float on card in water); note what happens.</w:t>
            </w:r>
          </w:p>
        </w:tc>
        <w:tc>
          <w:tcPr>
            <w:tcW w:w="2880" w:type="dxa"/>
          </w:tcPr>
          <w:p w:rsidR="0091639D" w:rsidRPr="006B6D03" w:rsidRDefault="0091639D">
            <w:pPr>
              <w:rPr>
                <w:rFonts w:ascii="Kinetic Letters" w:hAnsi="Kinetic Letters"/>
                <w:sz w:val="24"/>
              </w:rPr>
            </w:pPr>
          </w:p>
        </w:tc>
      </w:tr>
      <w:tr w:rsidR="0091639D" w:rsidRPr="006B6D03"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Build a “low-friction” sled for a toy (smooth base) and compare travel distance to a “high-friction” version.</w:t>
            </w:r>
          </w:p>
        </w:tc>
        <w:tc>
          <w:tcPr>
            <w:tcW w:w="2880" w:type="dxa"/>
          </w:tcPr>
          <w:p w:rsidR="0091639D" w:rsidRPr="006B6D03" w:rsidRDefault="0091639D">
            <w:pPr>
              <w:rPr>
                <w:rFonts w:ascii="Kinetic Letters" w:hAnsi="Kinetic Letters"/>
                <w:sz w:val="24"/>
              </w:rPr>
            </w:pPr>
          </w:p>
        </w:tc>
      </w:tr>
      <w:tr w:rsidR="0091639D" w:rsidRPr="006B6D03"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 xml:space="preserve">Selly Oak Canal &amp; locks </w:t>
            </w:r>
            <w:r w:rsidRPr="006B6D03">
              <w:rPr>
                <w:rFonts w:ascii="Courier New" w:hAnsi="Courier New" w:cs="Courier New"/>
                <w:sz w:val="24"/>
              </w:rPr>
              <w:t>–</w:t>
            </w:r>
            <w:r w:rsidRPr="006B6D03">
              <w:rPr>
                <w:rFonts w:ascii="Kinetic Letters" w:hAnsi="Kinetic Letters"/>
                <w:sz w:val="24"/>
              </w:rPr>
              <w:t xml:space="preserve"> observe forces in action (water flow, gates, balance beams).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Worcester &amp; Birmingham Canal (free)</w:t>
            </w:r>
          </w:p>
        </w:tc>
      </w:tr>
      <w:tr w:rsidR="0091639D" w:rsidRPr="006B6D03"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 xml:space="preserve">Birmingham Back to Backs </w:t>
            </w:r>
            <w:r w:rsidRPr="006B6D03">
              <w:rPr>
                <w:rFonts w:ascii="Courier New" w:hAnsi="Courier New" w:cs="Courier New"/>
                <w:sz w:val="24"/>
              </w:rPr>
              <w:t>–</w:t>
            </w:r>
            <w:r w:rsidRPr="006B6D03">
              <w:rPr>
                <w:rFonts w:ascii="Kinetic Letters" w:hAnsi="Kinetic Letters"/>
                <w:sz w:val="24"/>
              </w:rPr>
              <w:t xml:space="preserve"> family history/industry (optional paid).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National Trust (ticketed)</w:t>
            </w:r>
          </w:p>
        </w:tc>
      </w:tr>
    </w:tbl>
    <w:p w:rsidR="0091639D" w:rsidRPr="006B6D03" w:rsidRDefault="001415C4">
      <w:pPr>
        <w:rPr>
          <w:rFonts w:ascii="Kinetic Letters" w:hAnsi="Kinetic Letters"/>
          <w:sz w:val="24"/>
        </w:rPr>
      </w:pPr>
      <w:r w:rsidRPr="006B6D03">
        <w:rPr>
          <w:rFonts w:ascii="Kinetic Letters" w:hAnsi="Kinetic Letters"/>
          <w:sz w:val="24"/>
        </w:rPr>
        <w:br w:type="page"/>
      </w:r>
    </w:p>
    <w:p w:rsidR="0091639D" w:rsidRPr="006B6D03" w:rsidRDefault="001415C4">
      <w:pPr>
        <w:rPr>
          <w:rFonts w:ascii="Kinetic Letters" w:hAnsi="Kinetic Letters"/>
          <w:sz w:val="24"/>
        </w:rPr>
      </w:pPr>
      <w:r w:rsidRPr="006B6D03">
        <w:rPr>
          <w:rFonts w:ascii="Kinetic Letters" w:hAnsi="Kinetic Letters"/>
          <w:sz w:val="24"/>
        </w:rPr>
        <w:lastRenderedPageBreak/>
        <w:t>Water Mill Primary School</w:t>
      </w:r>
      <w:r w:rsidRPr="006B6D03">
        <w:rPr>
          <w:rFonts w:ascii="Kinetic Letters" w:hAnsi="Kinetic Letters"/>
          <w:sz w:val="24"/>
        </w:rPr>
        <w:br/>
      </w:r>
      <w:r w:rsidRPr="006B6D03">
        <w:rPr>
          <w:rFonts w:ascii="Kinetic Letters" w:hAnsi="Kinetic Letters"/>
          <w:sz w:val="24"/>
        </w:rPr>
        <w:br/>
        <w:t>Optional Homework &amp; Inspiration Ideas for Parents</w:t>
      </w:r>
      <w:r w:rsidRPr="006B6D03">
        <w:rPr>
          <w:rFonts w:ascii="Kinetic Letters" w:hAnsi="Kinetic Letters"/>
          <w:sz w:val="24"/>
        </w:rPr>
        <w:br/>
      </w:r>
      <w:r w:rsidRPr="006B6D03">
        <w:rPr>
          <w:rFonts w:ascii="Kinetic Letters" w:hAnsi="Kinetic Letters"/>
          <w:sz w:val="24"/>
        </w:rPr>
        <w:br/>
        <w:t xml:space="preserve">These activities are linked to our current theme in school and are designed to be fun, flexible and engaging. They are completely optional </w:t>
      </w:r>
      <w:r w:rsidRPr="006B6D03">
        <w:rPr>
          <w:rFonts w:ascii="Courier New" w:hAnsi="Courier New" w:cs="Courier New"/>
          <w:sz w:val="24"/>
        </w:rPr>
        <w:t>–</w:t>
      </w:r>
      <w:r w:rsidRPr="006B6D03">
        <w:rPr>
          <w:rFonts w:ascii="Kinetic Letters" w:hAnsi="Kinetic Letters"/>
          <w:sz w:val="24"/>
        </w:rPr>
        <w:t xml:space="preserve"> please feel free to choose the ones that interest your child most. They include a mix of written, practical and visit-based activities, with local free/low-cost suggestions where possible.</w:t>
      </w:r>
      <w:r w:rsidRPr="006B6D03">
        <w:rPr>
          <w:rFonts w:ascii="Kinetic Letters" w:hAnsi="Kinetic Letters"/>
          <w:sz w:val="24"/>
        </w:rPr>
        <w:br/>
      </w:r>
    </w:p>
    <w:p w:rsidR="0091639D" w:rsidRPr="006B6D03" w:rsidRDefault="001415C4">
      <w:pPr>
        <w:pStyle w:val="Heading1"/>
        <w:rPr>
          <w:rFonts w:ascii="Kinetic Letters" w:hAnsi="Kinetic Letters"/>
          <w:sz w:val="32"/>
        </w:rPr>
      </w:pPr>
      <w:r w:rsidRPr="006B6D03">
        <w:rPr>
          <w:rFonts w:ascii="Kinetic Letters" w:hAnsi="Kinetic Letters"/>
          <w:sz w:val="32"/>
        </w:rPr>
        <w:t xml:space="preserve">Theme 3 </w:t>
      </w:r>
      <w:r w:rsidRPr="006B6D03">
        <w:rPr>
          <w:rFonts w:ascii="Courier New" w:hAnsi="Courier New" w:cs="Courier New"/>
          <w:sz w:val="32"/>
        </w:rPr>
        <w:t>–</w:t>
      </w:r>
      <w:r w:rsidRPr="006B6D03">
        <w:rPr>
          <w:rFonts w:ascii="Kinetic Letters" w:hAnsi="Kinetic Letters"/>
          <w:sz w:val="32"/>
        </w:rPr>
        <w:t xml:space="preserve"> Back to Nature?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91639D" w:rsidRPr="006B6D03"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Activity Type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Suggested Activity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Local Link / Resource</w:t>
            </w:r>
          </w:p>
        </w:tc>
      </w:tr>
      <w:tr w:rsidR="0091639D" w:rsidRPr="006B6D03"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Instructions: “How to keep a houseplant alive” (light, water, drainage, soil).</w:t>
            </w:r>
          </w:p>
        </w:tc>
        <w:tc>
          <w:tcPr>
            <w:tcW w:w="2880" w:type="dxa"/>
          </w:tcPr>
          <w:p w:rsidR="0091639D" w:rsidRPr="006B6D03" w:rsidRDefault="0091639D">
            <w:pPr>
              <w:rPr>
                <w:rFonts w:ascii="Kinetic Letters" w:hAnsi="Kinetic Letters"/>
                <w:sz w:val="24"/>
              </w:rPr>
            </w:pPr>
          </w:p>
        </w:tc>
      </w:tr>
      <w:tr w:rsidR="0091639D" w:rsidRPr="006B6D03"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Make a UK city/region fact card (location, flag/emblem, one human &amp; one physical feature).</w:t>
            </w:r>
          </w:p>
        </w:tc>
        <w:tc>
          <w:tcPr>
            <w:tcW w:w="2880" w:type="dxa"/>
          </w:tcPr>
          <w:p w:rsidR="0091639D" w:rsidRPr="006B6D03" w:rsidRDefault="0091639D">
            <w:pPr>
              <w:rPr>
                <w:rFonts w:ascii="Kinetic Letters" w:hAnsi="Kinetic Letters"/>
                <w:sz w:val="24"/>
              </w:rPr>
            </w:pPr>
          </w:p>
        </w:tc>
      </w:tr>
      <w:tr w:rsidR="0091639D" w:rsidRPr="006B6D03"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Celery &amp; food colouring investigation to show water transport; sketch before/after.</w:t>
            </w:r>
          </w:p>
        </w:tc>
        <w:tc>
          <w:tcPr>
            <w:tcW w:w="2880" w:type="dxa"/>
          </w:tcPr>
          <w:p w:rsidR="0091639D" w:rsidRPr="006B6D03" w:rsidRDefault="0091639D">
            <w:pPr>
              <w:rPr>
                <w:rFonts w:ascii="Kinetic Letters" w:hAnsi="Kinetic Letters"/>
                <w:sz w:val="24"/>
              </w:rPr>
            </w:pPr>
          </w:p>
        </w:tc>
      </w:tr>
      <w:tr w:rsidR="0091639D" w:rsidRPr="006B6D03"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Seed-dispersal engineering: design paper “helicopter” or “parachute” seeds; test and time drops.</w:t>
            </w:r>
          </w:p>
        </w:tc>
        <w:tc>
          <w:tcPr>
            <w:tcW w:w="2880" w:type="dxa"/>
          </w:tcPr>
          <w:p w:rsidR="0091639D" w:rsidRPr="006B6D03" w:rsidRDefault="0091639D">
            <w:pPr>
              <w:rPr>
                <w:rFonts w:ascii="Kinetic Letters" w:hAnsi="Kinetic Letters"/>
                <w:sz w:val="24"/>
              </w:rPr>
            </w:pPr>
          </w:p>
        </w:tc>
      </w:tr>
      <w:tr w:rsidR="0091639D" w:rsidRPr="006B6D03"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Leaf rubbings + repeat-printing to create a William Morris</w:t>
            </w:r>
            <w:r w:rsidRPr="006B6D03">
              <w:rPr>
                <w:rFonts w:ascii="Courier New" w:hAnsi="Courier New" w:cs="Courier New"/>
                <w:sz w:val="24"/>
              </w:rPr>
              <w:t>–</w:t>
            </w:r>
            <w:r w:rsidRPr="006B6D03">
              <w:rPr>
                <w:rFonts w:ascii="Kinetic Letters" w:hAnsi="Kinetic Letters"/>
                <w:sz w:val="24"/>
              </w:rPr>
              <w:t>style pattern.</w:t>
            </w:r>
          </w:p>
        </w:tc>
        <w:tc>
          <w:tcPr>
            <w:tcW w:w="2880" w:type="dxa"/>
          </w:tcPr>
          <w:p w:rsidR="0091639D" w:rsidRPr="006B6D03" w:rsidRDefault="0091639D">
            <w:pPr>
              <w:rPr>
                <w:rFonts w:ascii="Kinetic Letters" w:hAnsi="Kinetic Letters"/>
                <w:sz w:val="24"/>
              </w:rPr>
            </w:pPr>
          </w:p>
        </w:tc>
      </w:tr>
      <w:tr w:rsidR="0091639D" w:rsidRPr="006B6D03"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 xml:space="preserve">Winterbourne House &amp; Garden </w:t>
            </w:r>
            <w:r w:rsidRPr="006B6D03">
              <w:rPr>
                <w:rFonts w:ascii="Courier New" w:hAnsi="Courier New" w:cs="Courier New"/>
                <w:sz w:val="24"/>
              </w:rPr>
              <w:t>–</w:t>
            </w:r>
            <w:r w:rsidRPr="006B6D03">
              <w:rPr>
                <w:rFonts w:ascii="Kinetic Letters" w:hAnsi="Kinetic Letters"/>
                <w:sz w:val="24"/>
              </w:rPr>
              <w:t xml:space="preserve"> plant collections, glasshouses (small adult fee; children often free).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University of Birmingham, Edgbaston</w:t>
            </w:r>
          </w:p>
        </w:tc>
      </w:tr>
      <w:tr w:rsidR="0091639D" w:rsidRPr="006B6D03"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 xml:space="preserve">Cannon Hill / Cotteridge Park </w:t>
            </w:r>
            <w:r w:rsidRPr="006B6D03">
              <w:rPr>
                <w:rFonts w:ascii="Courier New" w:hAnsi="Courier New" w:cs="Courier New"/>
                <w:sz w:val="24"/>
              </w:rPr>
              <w:t>–</w:t>
            </w:r>
            <w:r w:rsidRPr="006B6D03">
              <w:rPr>
                <w:rFonts w:ascii="Kinetic Letters" w:hAnsi="Kinetic Letters"/>
                <w:sz w:val="24"/>
              </w:rPr>
              <w:t xml:space="preserve"> tree/plant ID trail and seasonal changes.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Local parks (free)</w:t>
            </w:r>
          </w:p>
        </w:tc>
      </w:tr>
    </w:tbl>
    <w:p w:rsidR="0091639D" w:rsidRPr="006B6D03" w:rsidRDefault="001415C4">
      <w:pPr>
        <w:rPr>
          <w:rFonts w:ascii="Kinetic Letters" w:hAnsi="Kinetic Letters"/>
          <w:sz w:val="24"/>
        </w:rPr>
      </w:pPr>
      <w:r w:rsidRPr="006B6D03">
        <w:rPr>
          <w:rFonts w:ascii="Kinetic Letters" w:hAnsi="Kinetic Letters"/>
          <w:sz w:val="24"/>
        </w:rPr>
        <w:br w:type="page"/>
      </w:r>
    </w:p>
    <w:p w:rsidR="0091639D" w:rsidRPr="006B6D03" w:rsidRDefault="001415C4">
      <w:pPr>
        <w:rPr>
          <w:rFonts w:ascii="Kinetic Letters" w:hAnsi="Kinetic Letters"/>
          <w:sz w:val="24"/>
        </w:rPr>
      </w:pPr>
      <w:r w:rsidRPr="006B6D03">
        <w:rPr>
          <w:rFonts w:ascii="Kinetic Letters" w:hAnsi="Kinetic Letters"/>
          <w:sz w:val="24"/>
        </w:rPr>
        <w:lastRenderedPageBreak/>
        <w:t>Water Mill Primary School</w:t>
      </w:r>
      <w:r w:rsidRPr="006B6D03">
        <w:rPr>
          <w:rFonts w:ascii="Kinetic Letters" w:hAnsi="Kinetic Letters"/>
          <w:sz w:val="24"/>
        </w:rPr>
        <w:br/>
      </w:r>
      <w:r w:rsidRPr="006B6D03">
        <w:rPr>
          <w:rFonts w:ascii="Kinetic Letters" w:hAnsi="Kinetic Letters"/>
          <w:sz w:val="24"/>
        </w:rPr>
        <w:br/>
        <w:t>Optional Homework &amp; Inspiration Ideas for Parents</w:t>
      </w:r>
      <w:r w:rsidRPr="006B6D03">
        <w:rPr>
          <w:rFonts w:ascii="Kinetic Letters" w:hAnsi="Kinetic Letters"/>
          <w:sz w:val="24"/>
        </w:rPr>
        <w:br/>
      </w:r>
      <w:r w:rsidRPr="006B6D03">
        <w:rPr>
          <w:rFonts w:ascii="Kinetic Letters" w:hAnsi="Kinetic Letters"/>
          <w:sz w:val="24"/>
        </w:rPr>
        <w:br/>
        <w:t xml:space="preserve">These activities are linked to our current theme in school and are designed to be fun, flexible and engaging. They are completely optional </w:t>
      </w:r>
      <w:r w:rsidRPr="006B6D03">
        <w:rPr>
          <w:rFonts w:ascii="Courier New" w:hAnsi="Courier New" w:cs="Courier New"/>
          <w:sz w:val="24"/>
        </w:rPr>
        <w:t>–</w:t>
      </w:r>
      <w:r w:rsidRPr="006B6D03">
        <w:rPr>
          <w:rFonts w:ascii="Kinetic Letters" w:hAnsi="Kinetic Letters"/>
          <w:sz w:val="24"/>
        </w:rPr>
        <w:t xml:space="preserve"> please feel free to choose the ones that interest your child most. They include a mix of written, practical and visit-based activities, with local free/low-cost suggestions where possible.</w:t>
      </w:r>
      <w:r w:rsidRPr="006B6D03">
        <w:rPr>
          <w:rFonts w:ascii="Kinetic Letters" w:hAnsi="Kinetic Letters"/>
          <w:sz w:val="24"/>
        </w:rPr>
        <w:br/>
      </w:r>
    </w:p>
    <w:p w:rsidR="0091639D" w:rsidRPr="006B6D03" w:rsidRDefault="001415C4">
      <w:pPr>
        <w:pStyle w:val="Heading1"/>
        <w:rPr>
          <w:rFonts w:ascii="Kinetic Letters" w:hAnsi="Kinetic Letters"/>
          <w:sz w:val="32"/>
        </w:rPr>
      </w:pPr>
      <w:r w:rsidRPr="006B6D03">
        <w:rPr>
          <w:rFonts w:ascii="Kinetic Letters" w:hAnsi="Kinetic Letters"/>
          <w:sz w:val="32"/>
        </w:rPr>
        <w:t xml:space="preserve">Theme 4 </w:t>
      </w:r>
      <w:r w:rsidRPr="006B6D03">
        <w:rPr>
          <w:rFonts w:ascii="Courier New" w:hAnsi="Courier New" w:cs="Courier New"/>
          <w:sz w:val="32"/>
        </w:rPr>
        <w:t>–</w:t>
      </w:r>
      <w:r w:rsidRPr="006B6D03">
        <w:rPr>
          <w:rFonts w:ascii="Kinetic Letters" w:hAnsi="Kinetic Letters"/>
          <w:sz w:val="32"/>
        </w:rPr>
        <w:t xml:space="preserve"> How healthy are you?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91639D" w:rsidRPr="006B6D03"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Activity Type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Suggested Activity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Local Link / Resource</w:t>
            </w:r>
          </w:p>
        </w:tc>
      </w:tr>
      <w:tr w:rsidR="0091639D" w:rsidRPr="006B6D03"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Plan a balanced lunchbox: list foods by food group; justify your choices.</w:t>
            </w:r>
          </w:p>
        </w:tc>
        <w:tc>
          <w:tcPr>
            <w:tcW w:w="2880" w:type="dxa"/>
          </w:tcPr>
          <w:p w:rsidR="0091639D" w:rsidRPr="006B6D03" w:rsidRDefault="0091639D">
            <w:pPr>
              <w:rPr>
                <w:rFonts w:ascii="Kinetic Letters" w:hAnsi="Kinetic Letters"/>
                <w:sz w:val="24"/>
              </w:rPr>
            </w:pPr>
          </w:p>
        </w:tc>
      </w:tr>
      <w:tr w:rsidR="0091639D" w:rsidRPr="006B6D03"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Sketch-and-label: bones &amp; muscles used in a favourite sport or playground game.</w:t>
            </w:r>
          </w:p>
        </w:tc>
        <w:tc>
          <w:tcPr>
            <w:tcW w:w="2880" w:type="dxa"/>
          </w:tcPr>
          <w:p w:rsidR="0091639D" w:rsidRPr="006B6D03" w:rsidRDefault="0091639D">
            <w:pPr>
              <w:rPr>
                <w:rFonts w:ascii="Kinetic Letters" w:hAnsi="Kinetic Letters"/>
                <w:sz w:val="24"/>
              </w:rPr>
            </w:pPr>
          </w:p>
        </w:tc>
      </w:tr>
      <w:tr w:rsidR="0091639D" w:rsidRPr="006B6D03"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“Pasta skeleton” model (use different pasta shapes for bones; label major bones).</w:t>
            </w:r>
          </w:p>
        </w:tc>
        <w:tc>
          <w:tcPr>
            <w:tcW w:w="2880" w:type="dxa"/>
          </w:tcPr>
          <w:p w:rsidR="0091639D" w:rsidRPr="006B6D03" w:rsidRDefault="0091639D">
            <w:pPr>
              <w:rPr>
                <w:rFonts w:ascii="Kinetic Letters" w:hAnsi="Kinetic Letters"/>
                <w:sz w:val="24"/>
              </w:rPr>
            </w:pPr>
          </w:p>
        </w:tc>
      </w:tr>
      <w:tr w:rsidR="0091639D" w:rsidRPr="006B6D03"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Pulse-rate enquiry: measure resting pulse, then after 1</w:t>
            </w:r>
            <w:r w:rsidRPr="006B6D03">
              <w:rPr>
                <w:rFonts w:ascii="Courier New" w:hAnsi="Courier New" w:cs="Courier New"/>
                <w:sz w:val="24"/>
              </w:rPr>
              <w:t>–</w:t>
            </w:r>
            <w:r w:rsidRPr="006B6D03">
              <w:rPr>
                <w:rFonts w:ascii="Kinetic Letters" w:hAnsi="Kinetic Letters"/>
                <w:sz w:val="24"/>
              </w:rPr>
              <w:t>2 minutes of exercise; chart results.</w:t>
            </w:r>
          </w:p>
        </w:tc>
        <w:tc>
          <w:tcPr>
            <w:tcW w:w="2880" w:type="dxa"/>
          </w:tcPr>
          <w:p w:rsidR="0091639D" w:rsidRPr="006B6D03" w:rsidRDefault="0091639D">
            <w:pPr>
              <w:rPr>
                <w:rFonts w:ascii="Kinetic Letters" w:hAnsi="Kinetic Letters"/>
                <w:sz w:val="24"/>
              </w:rPr>
            </w:pPr>
          </w:p>
        </w:tc>
      </w:tr>
      <w:tr w:rsidR="0091639D" w:rsidRPr="006B6D03"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Prepare a simple healthy snack (veg sticks &amp; hummus / fruit &amp; yoghurt); write a short recipe.</w:t>
            </w:r>
          </w:p>
        </w:tc>
        <w:tc>
          <w:tcPr>
            <w:tcW w:w="2880" w:type="dxa"/>
          </w:tcPr>
          <w:p w:rsidR="0091639D" w:rsidRPr="006B6D03" w:rsidRDefault="0091639D">
            <w:pPr>
              <w:rPr>
                <w:rFonts w:ascii="Kinetic Letters" w:hAnsi="Kinetic Letters"/>
                <w:sz w:val="24"/>
              </w:rPr>
            </w:pPr>
          </w:p>
        </w:tc>
      </w:tr>
      <w:tr w:rsidR="0091639D" w:rsidRPr="006B6D03"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 xml:space="preserve">Selly Oak / Cotteridge Park orienteering </w:t>
            </w:r>
            <w:r w:rsidRPr="006B6D03">
              <w:rPr>
                <w:rFonts w:ascii="Courier New" w:hAnsi="Courier New" w:cs="Courier New"/>
                <w:sz w:val="24"/>
              </w:rPr>
              <w:t>–</w:t>
            </w:r>
            <w:r w:rsidRPr="006B6D03">
              <w:rPr>
                <w:rFonts w:ascii="Kinetic Letters" w:hAnsi="Kinetic Letters"/>
                <w:sz w:val="24"/>
              </w:rPr>
              <w:t xml:space="preserve"> map a short route using the 4 compass points and simple symbols.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Local parks (free)</w:t>
            </w:r>
          </w:p>
        </w:tc>
      </w:tr>
      <w:tr w:rsidR="0091639D" w:rsidRPr="006B6D03"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 xml:space="preserve">Local supermarket label hunt </w:t>
            </w:r>
            <w:r w:rsidRPr="006B6D03">
              <w:rPr>
                <w:rFonts w:ascii="Courier New" w:hAnsi="Courier New" w:cs="Courier New"/>
                <w:sz w:val="24"/>
              </w:rPr>
              <w:t>–</w:t>
            </w:r>
            <w:r w:rsidRPr="006B6D03">
              <w:rPr>
                <w:rFonts w:ascii="Kinetic Letters" w:hAnsi="Kinetic Letters"/>
                <w:sz w:val="24"/>
              </w:rPr>
              <w:t xml:space="preserve"> compare sugar/salt on similar foods; choose healthier swaps.</w:t>
            </w:r>
          </w:p>
        </w:tc>
        <w:tc>
          <w:tcPr>
            <w:tcW w:w="2880" w:type="dxa"/>
          </w:tcPr>
          <w:p w:rsidR="0091639D" w:rsidRPr="006B6D03" w:rsidRDefault="001415C4">
            <w:pPr>
              <w:rPr>
                <w:rFonts w:ascii="Kinetic Letters" w:hAnsi="Kinetic Letters"/>
                <w:sz w:val="24"/>
              </w:rPr>
            </w:pPr>
            <w:r w:rsidRPr="006B6D03">
              <w:rPr>
                <w:rFonts w:ascii="Kinetic Letters" w:hAnsi="Kinetic Letters"/>
                <w:sz w:val="24"/>
              </w:rPr>
              <w:t>Any supermarket (free)</w:t>
            </w:r>
          </w:p>
        </w:tc>
      </w:tr>
    </w:tbl>
    <w:p w:rsidR="0091639D" w:rsidRPr="006B6D03" w:rsidRDefault="001415C4">
      <w:pPr>
        <w:rPr>
          <w:rFonts w:ascii="Kinetic Letters" w:hAnsi="Kinetic Letters"/>
          <w:sz w:val="24"/>
        </w:rPr>
      </w:pPr>
      <w:r w:rsidRPr="006B6D03">
        <w:rPr>
          <w:rFonts w:ascii="Kinetic Letters" w:hAnsi="Kinetic Letters"/>
          <w:sz w:val="24"/>
        </w:rPr>
        <w:br w:type="page"/>
      </w:r>
    </w:p>
    <w:sectPr w:rsidR="0091639D" w:rsidRPr="006B6D03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6C9" w:rsidRDefault="00A346C9" w:rsidP="006B6D03">
      <w:pPr>
        <w:spacing w:after="0" w:line="240" w:lineRule="auto"/>
      </w:pPr>
      <w:r>
        <w:separator/>
      </w:r>
    </w:p>
  </w:endnote>
  <w:endnote w:type="continuationSeparator" w:id="0">
    <w:p w:rsidR="00A346C9" w:rsidRDefault="00A346C9" w:rsidP="006B6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6C9" w:rsidRDefault="00A346C9" w:rsidP="006B6D03">
      <w:pPr>
        <w:spacing w:after="0" w:line="240" w:lineRule="auto"/>
      </w:pPr>
      <w:r>
        <w:separator/>
      </w:r>
    </w:p>
  </w:footnote>
  <w:footnote w:type="continuationSeparator" w:id="0">
    <w:p w:rsidR="00A346C9" w:rsidRDefault="00A346C9" w:rsidP="006B6D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D03" w:rsidRPr="006B6D03" w:rsidRDefault="006B6D03" w:rsidP="006B6D03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537210" cy="53721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7210" cy="537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415C4"/>
    <w:rsid w:val="0015074B"/>
    <w:rsid w:val="00155C83"/>
    <w:rsid w:val="001E733B"/>
    <w:rsid w:val="0029639D"/>
    <w:rsid w:val="00326F90"/>
    <w:rsid w:val="006B6D03"/>
    <w:rsid w:val="0091639D"/>
    <w:rsid w:val="00A346C9"/>
    <w:rsid w:val="00AA1D8D"/>
    <w:rsid w:val="00B47730"/>
    <w:rsid w:val="00C57EF9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0242B73"/>
  <w14:defaultImageDpi w14:val="300"/>
  <w15:docId w15:val="{962521C9-B469-4108-9CC3-9BC1F5BE6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3D8CE1-006E-4C25-9FF4-43B94E1C3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748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Office 2016</cp:lastModifiedBy>
  <cp:revision>4</cp:revision>
  <dcterms:created xsi:type="dcterms:W3CDTF">2025-08-29T10:33:00Z</dcterms:created>
  <dcterms:modified xsi:type="dcterms:W3CDTF">2025-09-11T07:43:00Z</dcterms:modified>
  <cp:category/>
</cp:coreProperties>
</file>