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42E" w:rsidRPr="001F6A42" w:rsidRDefault="00BF3053">
      <w:pPr>
        <w:rPr>
          <w:rFonts w:ascii="Kinetic Letters" w:hAnsi="Kinetic Letters"/>
          <w:sz w:val="24"/>
        </w:rPr>
      </w:pPr>
      <w:r w:rsidRPr="001F6A42">
        <w:rPr>
          <w:rFonts w:ascii="Kinetic Letters" w:hAnsi="Kinetic Letters"/>
          <w:sz w:val="24"/>
        </w:rPr>
        <w:t>Water Mill Primary School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>Optional Homework &amp; Inspiration Ideas for Parents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1F6A42">
        <w:rPr>
          <w:rFonts w:ascii="Courier New" w:hAnsi="Courier New" w:cs="Courier New"/>
          <w:sz w:val="24"/>
        </w:rPr>
        <w:t>–</w:t>
      </w:r>
      <w:r w:rsidRPr="001F6A42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1F6A42">
        <w:rPr>
          <w:rFonts w:ascii="Kinetic Letters" w:hAnsi="Kinetic Letters"/>
          <w:sz w:val="24"/>
        </w:rPr>
        <w:br/>
      </w:r>
    </w:p>
    <w:p w:rsidR="00A9742E" w:rsidRPr="001F6A42" w:rsidRDefault="00BF3053">
      <w:pPr>
        <w:pStyle w:val="Heading1"/>
        <w:rPr>
          <w:rFonts w:ascii="Kinetic Letters" w:hAnsi="Kinetic Letters"/>
          <w:sz w:val="32"/>
        </w:rPr>
      </w:pPr>
      <w:r w:rsidRPr="001F6A42">
        <w:rPr>
          <w:rFonts w:ascii="Kinetic Letters" w:hAnsi="Kinetic Letters"/>
          <w:sz w:val="32"/>
        </w:rPr>
        <w:t xml:space="preserve">Theme 1 </w:t>
      </w:r>
      <w:r w:rsidRPr="001F6A42">
        <w:rPr>
          <w:rFonts w:ascii="Courier New" w:hAnsi="Courier New" w:cs="Courier New"/>
          <w:sz w:val="32"/>
        </w:rPr>
        <w:t>–</w:t>
      </w:r>
      <w:r w:rsidRPr="001F6A42">
        <w:rPr>
          <w:rFonts w:ascii="Kinetic Letters" w:hAnsi="Kinetic Letters"/>
          <w:sz w:val="32"/>
        </w:rPr>
        <w:t xml:space="preserve"> </w:t>
      </w:r>
      <w:r w:rsidR="00E24E29">
        <w:rPr>
          <w:rFonts w:ascii="Kinetic Letters" w:hAnsi="Kinetic Letters"/>
          <w:sz w:val="32"/>
        </w:rPr>
        <w:t>Who came next?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Write a “day in the life” diary as an Anglo-Saxon villager.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Create a fact file about an Anglo-Saxon king or queen.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Design an illuminated letter in an Anglo-Saxon style using gold/yellow and bold patterns.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Make a model Anglo-Saxon home from card or natural materials.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Bake a simple Anglo-Saxon style bread with an adult.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 xml:space="preserve">Selly Manor Museum </w:t>
            </w:r>
            <w:r w:rsidRPr="001F6A42">
              <w:rPr>
                <w:rFonts w:ascii="Courier New" w:hAnsi="Courier New" w:cs="Courier New"/>
                <w:sz w:val="24"/>
              </w:rPr>
              <w:t>–</w:t>
            </w:r>
            <w:r w:rsidRPr="001F6A42">
              <w:rPr>
                <w:rFonts w:ascii="Kinetic Letters" w:hAnsi="Kinetic Letters"/>
                <w:sz w:val="24"/>
              </w:rPr>
              <w:t xml:space="preserve"> artefacts and medieval history links.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Bournville</w:t>
            </w: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 xml:space="preserve">Birmingham Museum &amp; Art Gallery </w:t>
            </w:r>
            <w:r w:rsidRPr="001F6A42">
              <w:rPr>
                <w:rFonts w:ascii="Courier New" w:hAnsi="Courier New" w:cs="Courier New"/>
                <w:sz w:val="24"/>
              </w:rPr>
              <w:t>–</w:t>
            </w:r>
            <w:r w:rsidRPr="001F6A42">
              <w:rPr>
                <w:rFonts w:ascii="Kinetic Letters" w:hAnsi="Kinetic Letters"/>
                <w:sz w:val="24"/>
              </w:rPr>
              <w:t xml:space="preserve"> Anglo-Saxon and medieval collections.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Free</w:t>
            </w:r>
          </w:p>
        </w:tc>
      </w:tr>
    </w:tbl>
    <w:p w:rsidR="00A9742E" w:rsidRDefault="00BF3053">
      <w:pPr>
        <w:rPr>
          <w:rFonts w:ascii="Kinetic Letters" w:hAnsi="Kinetic Letters"/>
          <w:sz w:val="24"/>
        </w:rPr>
      </w:pPr>
      <w:r w:rsidRPr="001F6A42">
        <w:rPr>
          <w:rFonts w:ascii="Kinetic Letters" w:hAnsi="Kinetic Letters"/>
          <w:sz w:val="24"/>
        </w:rPr>
        <w:br w:type="page"/>
      </w:r>
    </w:p>
    <w:p w:rsidR="003E4CF0" w:rsidRPr="001F6A42" w:rsidRDefault="003E4CF0" w:rsidP="003E4CF0">
      <w:pPr>
        <w:rPr>
          <w:rFonts w:ascii="Kinetic Letters" w:hAnsi="Kinetic Letters"/>
          <w:sz w:val="24"/>
        </w:rPr>
      </w:pPr>
      <w:r w:rsidRPr="001F6A42">
        <w:rPr>
          <w:rFonts w:ascii="Kinetic Letters" w:hAnsi="Kinetic Letters"/>
          <w:sz w:val="24"/>
        </w:rPr>
        <w:lastRenderedPageBreak/>
        <w:t>Water Mill Primary School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>Optional Homework &amp; Inspiration Ideas for Parents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1F6A42">
        <w:rPr>
          <w:rFonts w:ascii="Courier New" w:hAnsi="Courier New" w:cs="Courier New"/>
          <w:sz w:val="24"/>
        </w:rPr>
        <w:t>–</w:t>
      </w:r>
      <w:r w:rsidRPr="001F6A42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1F6A42">
        <w:rPr>
          <w:rFonts w:ascii="Kinetic Letters" w:hAnsi="Kinetic Letters"/>
          <w:sz w:val="24"/>
        </w:rPr>
        <w:br/>
      </w:r>
    </w:p>
    <w:p w:rsidR="003E4CF0" w:rsidRPr="001F6A42" w:rsidRDefault="003E4CF0" w:rsidP="003E4CF0">
      <w:pPr>
        <w:pStyle w:val="Heading1"/>
        <w:rPr>
          <w:rFonts w:ascii="Kinetic Letters" w:hAnsi="Kinetic Letters"/>
          <w:sz w:val="32"/>
        </w:rPr>
      </w:pPr>
      <w:r w:rsidRPr="001F6A42">
        <w:rPr>
          <w:rFonts w:ascii="Kinetic Letters" w:hAnsi="Kinetic Letters"/>
          <w:sz w:val="32"/>
        </w:rPr>
        <w:t xml:space="preserve">Theme </w:t>
      </w:r>
      <w:r>
        <w:rPr>
          <w:rFonts w:ascii="Kinetic Letters" w:hAnsi="Kinetic Letters"/>
          <w:sz w:val="32"/>
        </w:rPr>
        <w:t>2</w:t>
      </w:r>
      <w:r w:rsidRPr="001F6A42">
        <w:rPr>
          <w:rFonts w:ascii="Kinetic Letters" w:hAnsi="Kinetic Letters"/>
          <w:sz w:val="32"/>
        </w:rPr>
        <w:t xml:space="preserve"> </w:t>
      </w:r>
      <w:r w:rsidRPr="001F6A42">
        <w:rPr>
          <w:rFonts w:ascii="Courier New" w:hAnsi="Courier New" w:cs="Courier New"/>
          <w:sz w:val="32"/>
        </w:rPr>
        <w:t>–</w:t>
      </w:r>
      <w:r w:rsidRPr="001F6A42">
        <w:rPr>
          <w:rFonts w:ascii="Kinetic Letters" w:hAnsi="Kinetic Letters"/>
          <w:sz w:val="32"/>
        </w:rPr>
        <w:t xml:space="preserve"> </w:t>
      </w:r>
      <w:r>
        <w:rPr>
          <w:rFonts w:ascii="Kinetic Letters" w:hAnsi="Kinetic Letters"/>
          <w:sz w:val="32"/>
        </w:rPr>
        <w:t>Is there anybody out there?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3E4CF0" w:rsidRPr="001F6A42" w:rsidTr="003E4CF0">
        <w:tc>
          <w:tcPr>
            <w:tcW w:w="2876" w:type="dxa"/>
          </w:tcPr>
          <w:p w:rsidR="003E4CF0" w:rsidRPr="001F6A42" w:rsidRDefault="003E4CF0" w:rsidP="00B02AF6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77" w:type="dxa"/>
          </w:tcPr>
          <w:p w:rsidR="003E4CF0" w:rsidRPr="001F6A42" w:rsidRDefault="003E4CF0" w:rsidP="00B02AF6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77" w:type="dxa"/>
          </w:tcPr>
          <w:p w:rsidR="003E4CF0" w:rsidRPr="001F6A42" w:rsidRDefault="003E4CF0" w:rsidP="00B02AF6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3E4CF0" w:rsidRPr="001F6A42" w:rsidTr="003E4CF0">
        <w:tc>
          <w:tcPr>
            <w:tcW w:w="2876" w:type="dxa"/>
          </w:tcPr>
          <w:p w:rsidR="003E4CF0" w:rsidRPr="003E4CF0" w:rsidRDefault="003E4CF0" w:rsidP="003E4CF0">
            <w:pPr>
              <w:rPr>
                <w:rFonts w:ascii="Kinetic Letters" w:hAnsi="Kinetic Letters"/>
                <w:sz w:val="24"/>
              </w:rPr>
            </w:pPr>
            <w:r w:rsidRPr="003E4CF0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77" w:type="dxa"/>
            <w:vAlign w:val="center"/>
          </w:tcPr>
          <w:p w:rsidR="003E4CF0" w:rsidRPr="003E4CF0" w:rsidRDefault="003E4CF0" w:rsidP="003E4CF0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R</w:t>
            </w: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esearch 5 fascinating facts about a planet of their choice and </w:t>
            </w: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produce a poster displaying them.</w:t>
            </w:r>
          </w:p>
        </w:tc>
        <w:tc>
          <w:tcPr>
            <w:tcW w:w="2877" w:type="dxa"/>
          </w:tcPr>
          <w:p w:rsidR="003E4CF0" w:rsidRPr="003E4CF0" w:rsidRDefault="003E4CF0" w:rsidP="003E4CF0">
            <w:pPr>
              <w:rPr>
                <w:rFonts w:ascii="Kinetic Letters" w:hAnsi="Kinetic Letters"/>
                <w:sz w:val="24"/>
              </w:rPr>
            </w:pPr>
          </w:p>
        </w:tc>
      </w:tr>
      <w:tr w:rsidR="003E4CF0" w:rsidRPr="001F6A42" w:rsidTr="003E4CF0">
        <w:tc>
          <w:tcPr>
            <w:tcW w:w="2876" w:type="dxa"/>
          </w:tcPr>
          <w:p w:rsidR="003E4CF0" w:rsidRPr="003E4CF0" w:rsidRDefault="003E4CF0" w:rsidP="003E4CF0">
            <w:pPr>
              <w:rPr>
                <w:rFonts w:ascii="Kinetic Letters" w:hAnsi="Kinetic Letters"/>
                <w:sz w:val="24"/>
              </w:rPr>
            </w:pPr>
            <w:r w:rsidRPr="003E4CF0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77" w:type="dxa"/>
            <w:vAlign w:val="center"/>
          </w:tcPr>
          <w:p w:rsidR="003E4CF0" w:rsidRPr="003E4CF0" w:rsidRDefault="003E4CF0" w:rsidP="003E4CF0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Moon Landing Detective </w:t>
            </w:r>
            <w:r w:rsidRPr="003E4CF0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watch short clips or read simple articles together about the Moon landings. Ask your child whether they think they really happened and why. Record their thoughts.</w:t>
            </w:r>
          </w:p>
        </w:tc>
        <w:tc>
          <w:tcPr>
            <w:tcW w:w="2877" w:type="dxa"/>
          </w:tcPr>
          <w:p w:rsidR="003E4CF0" w:rsidRPr="003E4CF0" w:rsidRDefault="003E4CF0" w:rsidP="003E4CF0">
            <w:pPr>
              <w:rPr>
                <w:rFonts w:ascii="Kinetic Letters" w:hAnsi="Kinetic Letters"/>
                <w:sz w:val="24"/>
              </w:rPr>
            </w:pPr>
          </w:p>
        </w:tc>
      </w:tr>
      <w:tr w:rsidR="003E4CF0" w:rsidRPr="001F6A42" w:rsidTr="003E4CF0">
        <w:tc>
          <w:tcPr>
            <w:tcW w:w="2876" w:type="dxa"/>
          </w:tcPr>
          <w:p w:rsidR="003E4CF0" w:rsidRPr="003E4CF0" w:rsidRDefault="003E4CF0" w:rsidP="003E4CF0">
            <w:pPr>
              <w:rPr>
                <w:rFonts w:ascii="Kinetic Letters" w:hAnsi="Kinetic Letters"/>
                <w:sz w:val="24"/>
              </w:rPr>
            </w:pPr>
            <w:r w:rsidRPr="003E4CF0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77" w:type="dxa"/>
            <w:vAlign w:val="center"/>
          </w:tcPr>
          <w:p w:rsidR="003E4CF0" w:rsidRPr="003E4CF0" w:rsidRDefault="003E4CF0" w:rsidP="003E4CF0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Create a Space-Themed Meal </w:t>
            </w:r>
            <w:r w:rsidRPr="003E4CF0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design a plate of food inspired by planets or astronauts (e.g. crater pancakes, rocket fruit kebabs). Take a photo to share.</w:t>
            </w:r>
          </w:p>
        </w:tc>
        <w:tc>
          <w:tcPr>
            <w:tcW w:w="2877" w:type="dxa"/>
          </w:tcPr>
          <w:p w:rsidR="003E4CF0" w:rsidRPr="003E4CF0" w:rsidRDefault="003E4CF0" w:rsidP="003E4CF0">
            <w:pPr>
              <w:rPr>
                <w:rFonts w:ascii="Kinetic Letters" w:hAnsi="Kinetic Letters"/>
                <w:sz w:val="24"/>
              </w:rPr>
            </w:pPr>
          </w:p>
        </w:tc>
      </w:tr>
      <w:tr w:rsidR="003E4CF0" w:rsidRPr="001F6A42" w:rsidTr="003E4CF0">
        <w:tc>
          <w:tcPr>
            <w:tcW w:w="2876" w:type="dxa"/>
          </w:tcPr>
          <w:p w:rsidR="003E4CF0" w:rsidRPr="003E4CF0" w:rsidRDefault="003E4CF0" w:rsidP="003E4CF0">
            <w:pPr>
              <w:rPr>
                <w:rFonts w:ascii="Kinetic Letters" w:hAnsi="Kinetic Letters"/>
                <w:sz w:val="24"/>
              </w:rPr>
            </w:pPr>
            <w:r w:rsidRPr="003E4CF0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77" w:type="dxa"/>
            <w:vAlign w:val="center"/>
          </w:tcPr>
          <w:p w:rsidR="003E4CF0" w:rsidRPr="003E4CF0" w:rsidRDefault="003E4CF0" w:rsidP="003E4CF0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Make a Constellation Viewer </w:t>
            </w:r>
            <w:r w:rsidRPr="003E4CF0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use a cardboard tube, foil and a pin to make a simple viewer showing a star pattern.</w:t>
            </w:r>
          </w:p>
        </w:tc>
        <w:tc>
          <w:tcPr>
            <w:tcW w:w="2877" w:type="dxa"/>
          </w:tcPr>
          <w:p w:rsidR="003E4CF0" w:rsidRPr="003E4CF0" w:rsidRDefault="003E4CF0" w:rsidP="003E4CF0">
            <w:pPr>
              <w:rPr>
                <w:rFonts w:ascii="Kinetic Letters" w:hAnsi="Kinetic Letters"/>
                <w:sz w:val="24"/>
              </w:rPr>
            </w:pPr>
          </w:p>
        </w:tc>
      </w:tr>
      <w:tr w:rsidR="003E4CF0" w:rsidRPr="001F6A42" w:rsidTr="003E4CF0">
        <w:tc>
          <w:tcPr>
            <w:tcW w:w="2876" w:type="dxa"/>
          </w:tcPr>
          <w:p w:rsidR="003E4CF0" w:rsidRPr="003E4CF0" w:rsidRDefault="003E4CF0" w:rsidP="003E4CF0">
            <w:pPr>
              <w:rPr>
                <w:rFonts w:ascii="Kinetic Letters" w:hAnsi="Kinetic Letters"/>
                <w:sz w:val="24"/>
              </w:rPr>
            </w:pPr>
            <w:r w:rsidRPr="003E4CF0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77" w:type="dxa"/>
            <w:vAlign w:val="center"/>
          </w:tcPr>
          <w:p w:rsidR="003E4CF0" w:rsidRPr="003E4CF0" w:rsidRDefault="003E4CF0" w:rsidP="003E4CF0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Build a Mini Moon Rover </w:t>
            </w:r>
            <w:r w:rsidRPr="003E4CF0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use recycled materials to create a model vehicle. Decorate and name it!</w:t>
            </w:r>
          </w:p>
        </w:tc>
        <w:tc>
          <w:tcPr>
            <w:tcW w:w="2877" w:type="dxa"/>
          </w:tcPr>
          <w:p w:rsidR="003E4CF0" w:rsidRPr="003E4CF0" w:rsidRDefault="003E4CF0" w:rsidP="003E4CF0">
            <w:pPr>
              <w:rPr>
                <w:rFonts w:ascii="Kinetic Letters" w:hAnsi="Kinetic Letters"/>
                <w:sz w:val="24"/>
              </w:rPr>
            </w:pPr>
          </w:p>
        </w:tc>
      </w:tr>
      <w:tr w:rsidR="003E4CF0" w:rsidRPr="001F6A42" w:rsidTr="007B5AF1">
        <w:tc>
          <w:tcPr>
            <w:tcW w:w="2876" w:type="dxa"/>
          </w:tcPr>
          <w:p w:rsidR="003E4CF0" w:rsidRPr="003E4CF0" w:rsidRDefault="003E4CF0" w:rsidP="003E4CF0">
            <w:pPr>
              <w:rPr>
                <w:rFonts w:ascii="Kinetic Letters" w:hAnsi="Kinetic Letters"/>
                <w:sz w:val="24"/>
              </w:rPr>
            </w:pPr>
            <w:r w:rsidRPr="003E4CF0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77" w:type="dxa"/>
            <w:vAlign w:val="center"/>
          </w:tcPr>
          <w:p w:rsidR="003E4CF0" w:rsidRPr="003E4CF0" w:rsidRDefault="003E4CF0" w:rsidP="003E4CF0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Spot the Stars </w:t>
            </w:r>
            <w:r w:rsidRPr="003E4CF0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wrap up warm and head outside one clear evening to look for the Moon and bright stars. Try to find the Plough or Orion.</w:t>
            </w:r>
          </w:p>
        </w:tc>
        <w:tc>
          <w:tcPr>
            <w:tcW w:w="2877" w:type="dxa"/>
            <w:vAlign w:val="center"/>
          </w:tcPr>
          <w:p w:rsidR="003E4CF0" w:rsidRPr="003E4CF0" w:rsidRDefault="003E4CF0" w:rsidP="003E4CF0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Your garden/local park</w:t>
            </w:r>
          </w:p>
        </w:tc>
      </w:tr>
      <w:tr w:rsidR="003E4CF0" w:rsidRPr="001F6A42" w:rsidTr="00D04149">
        <w:tc>
          <w:tcPr>
            <w:tcW w:w="2876" w:type="dxa"/>
          </w:tcPr>
          <w:p w:rsidR="003E4CF0" w:rsidRPr="003E4CF0" w:rsidRDefault="003E4CF0" w:rsidP="003E4CF0">
            <w:pPr>
              <w:rPr>
                <w:rFonts w:ascii="Kinetic Letters" w:hAnsi="Kinetic Letters"/>
                <w:sz w:val="24"/>
              </w:rPr>
            </w:pPr>
            <w:r w:rsidRPr="003E4CF0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77" w:type="dxa"/>
            <w:vAlign w:val="center"/>
          </w:tcPr>
          <w:p w:rsidR="003E4CF0" w:rsidRPr="003E4CF0" w:rsidRDefault="003E4CF0" w:rsidP="003E4CF0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Explore the Night Sky Indoors </w:t>
            </w:r>
            <w:r w:rsidRPr="003E4CF0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visit the </w:t>
            </w:r>
            <w:proofErr w:type="spellStart"/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Thinktank</w:t>
            </w:r>
            <w:proofErr w:type="spellEnd"/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Science Museum</w:t>
            </w:r>
            <w:r w:rsidRPr="003E4CF0">
              <w:rPr>
                <w:rFonts w:ascii="Kinetic Letters" w:eastAsia="Times New Roman" w:hAnsi="Kinetic Letters" w:cs="Kinetic Letters"/>
                <w:sz w:val="24"/>
                <w:szCs w:val="24"/>
                <w:lang w:val="en-GB" w:eastAsia="en-GB"/>
              </w:rPr>
              <w:t>’</w:t>
            </w:r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s planetarium to see a space show.</w:t>
            </w:r>
          </w:p>
        </w:tc>
        <w:tc>
          <w:tcPr>
            <w:tcW w:w="2877" w:type="dxa"/>
            <w:vAlign w:val="center"/>
          </w:tcPr>
          <w:p w:rsidR="003E4CF0" w:rsidRPr="003E4CF0" w:rsidRDefault="003E4CF0" w:rsidP="003E4CF0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proofErr w:type="spellStart"/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Thinktank</w:t>
            </w:r>
            <w:proofErr w:type="spellEnd"/>
            <w:r w:rsidRPr="003E4CF0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Science Museum, Birmingham</w:t>
            </w:r>
          </w:p>
        </w:tc>
      </w:tr>
    </w:tbl>
    <w:p w:rsidR="003E4CF0" w:rsidRDefault="003E4CF0" w:rsidP="003E4CF0">
      <w:pPr>
        <w:rPr>
          <w:rFonts w:ascii="Kinetic Letters" w:hAnsi="Kinetic Letters"/>
          <w:sz w:val="24"/>
        </w:rPr>
      </w:pPr>
    </w:p>
    <w:p w:rsidR="003E4CF0" w:rsidRPr="001F6A42" w:rsidRDefault="003E4CF0" w:rsidP="003E4CF0">
      <w:pPr>
        <w:rPr>
          <w:rFonts w:ascii="Kinetic Letters" w:hAnsi="Kinetic Letters"/>
          <w:sz w:val="24"/>
        </w:rPr>
      </w:pPr>
      <w:r w:rsidRPr="001F6A42">
        <w:rPr>
          <w:rFonts w:ascii="Kinetic Letters" w:hAnsi="Kinetic Letters"/>
          <w:sz w:val="24"/>
        </w:rPr>
        <w:br w:type="page"/>
      </w:r>
    </w:p>
    <w:p w:rsidR="00A9742E" w:rsidRPr="001F6A42" w:rsidRDefault="00BF3053">
      <w:pPr>
        <w:rPr>
          <w:rFonts w:ascii="Kinetic Letters" w:hAnsi="Kinetic Letters"/>
          <w:sz w:val="24"/>
        </w:rPr>
      </w:pPr>
      <w:bookmarkStart w:id="0" w:name="_GoBack"/>
      <w:bookmarkEnd w:id="0"/>
      <w:r w:rsidRPr="001F6A42">
        <w:rPr>
          <w:rFonts w:ascii="Kinetic Letters" w:hAnsi="Kinetic Letters"/>
          <w:sz w:val="24"/>
        </w:rPr>
        <w:lastRenderedPageBreak/>
        <w:t>Water Mill Primary School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>Optional Homework &amp; Inspiration Ideas for Parents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1F6A42">
        <w:rPr>
          <w:rFonts w:ascii="Courier New" w:hAnsi="Courier New" w:cs="Courier New"/>
          <w:sz w:val="24"/>
        </w:rPr>
        <w:t>–</w:t>
      </w:r>
      <w:r w:rsidRPr="001F6A42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1F6A42">
        <w:rPr>
          <w:rFonts w:ascii="Kinetic Letters" w:hAnsi="Kinetic Letters"/>
          <w:sz w:val="24"/>
        </w:rPr>
        <w:br/>
      </w:r>
    </w:p>
    <w:p w:rsidR="00A9742E" w:rsidRPr="001F6A42" w:rsidRDefault="00BF3053">
      <w:pPr>
        <w:pStyle w:val="Heading1"/>
        <w:rPr>
          <w:rFonts w:ascii="Kinetic Letters" w:hAnsi="Kinetic Letters"/>
          <w:sz w:val="32"/>
        </w:rPr>
      </w:pPr>
      <w:r w:rsidRPr="001F6A42">
        <w:rPr>
          <w:rFonts w:ascii="Kinetic Letters" w:hAnsi="Kinetic Letters"/>
          <w:sz w:val="32"/>
        </w:rPr>
        <w:t xml:space="preserve">Theme </w:t>
      </w:r>
      <w:r w:rsidR="00E81E30">
        <w:rPr>
          <w:rFonts w:ascii="Kinetic Letters" w:hAnsi="Kinetic Letters"/>
          <w:sz w:val="32"/>
        </w:rPr>
        <w:t>3</w:t>
      </w:r>
      <w:r w:rsidRPr="001F6A42">
        <w:rPr>
          <w:rFonts w:ascii="Kinetic Letters" w:hAnsi="Kinetic Letters"/>
          <w:sz w:val="32"/>
        </w:rPr>
        <w:t xml:space="preserve"> </w:t>
      </w:r>
      <w:r w:rsidRPr="001F6A42">
        <w:rPr>
          <w:rFonts w:ascii="Courier New" w:hAnsi="Courier New" w:cs="Courier New"/>
          <w:sz w:val="32"/>
        </w:rPr>
        <w:t>–</w:t>
      </w:r>
      <w:r w:rsidRPr="001F6A42">
        <w:rPr>
          <w:rFonts w:ascii="Kinetic Letters" w:hAnsi="Kinetic Letters"/>
          <w:sz w:val="32"/>
        </w:rPr>
        <w:t xml:space="preserve"> </w:t>
      </w:r>
      <w:r w:rsidR="00E81E30">
        <w:rPr>
          <w:rFonts w:ascii="Kinetic Letters" w:hAnsi="Kinetic Letters"/>
          <w:sz w:val="32"/>
        </w:rPr>
        <w:t>How can we save our planet?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Keep a nature observation journal for 5 days, recording at least 3 species per day.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Write a script for a 1-minute wildlife documentary about an animal you’ve seen locally.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Build a bird feeder from recycled materials and record which species visit.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Create a bug hotel using sticks, leaves, cardboard tubes.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Take photographs of wildlife and make an annotated display.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 xml:space="preserve">Woodgate Valley Country Park </w:t>
            </w:r>
            <w:r w:rsidRPr="001F6A42">
              <w:rPr>
                <w:rFonts w:ascii="Courier New" w:hAnsi="Courier New" w:cs="Courier New"/>
                <w:sz w:val="24"/>
              </w:rPr>
              <w:t>–</w:t>
            </w:r>
            <w:r w:rsidRPr="001F6A42">
              <w:rPr>
                <w:rFonts w:ascii="Kinetic Letters" w:hAnsi="Kinetic Letters"/>
                <w:sz w:val="24"/>
              </w:rPr>
              <w:t xml:space="preserve"> diverse habitats for wildlife spotting.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Free</w:t>
            </w: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 xml:space="preserve">Birmingham Wildlife Conservation Park </w:t>
            </w:r>
            <w:r w:rsidRPr="001F6A42">
              <w:rPr>
                <w:rFonts w:ascii="Courier New" w:hAnsi="Courier New" w:cs="Courier New"/>
                <w:sz w:val="24"/>
              </w:rPr>
              <w:t>–</w:t>
            </w:r>
            <w:r w:rsidRPr="001F6A42">
              <w:rPr>
                <w:rFonts w:ascii="Kinetic Letters" w:hAnsi="Kinetic Letters"/>
                <w:sz w:val="24"/>
              </w:rPr>
              <w:t xml:space="preserve"> see and learn about animals from around the world.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Small fee</w:t>
            </w:r>
          </w:p>
        </w:tc>
      </w:tr>
    </w:tbl>
    <w:p w:rsidR="00A9742E" w:rsidRPr="001F6A42" w:rsidRDefault="00BF3053">
      <w:pPr>
        <w:rPr>
          <w:rFonts w:ascii="Kinetic Letters" w:hAnsi="Kinetic Letters"/>
          <w:sz w:val="24"/>
        </w:rPr>
      </w:pPr>
      <w:r w:rsidRPr="001F6A42">
        <w:rPr>
          <w:rFonts w:ascii="Kinetic Letters" w:hAnsi="Kinetic Letters"/>
          <w:sz w:val="24"/>
        </w:rPr>
        <w:br w:type="page"/>
      </w:r>
    </w:p>
    <w:p w:rsidR="00A9742E" w:rsidRPr="001F6A42" w:rsidRDefault="00BF3053">
      <w:pPr>
        <w:rPr>
          <w:rFonts w:ascii="Kinetic Letters" w:hAnsi="Kinetic Letters"/>
          <w:sz w:val="24"/>
        </w:rPr>
      </w:pPr>
      <w:r w:rsidRPr="001F6A42">
        <w:rPr>
          <w:rFonts w:ascii="Kinetic Letters" w:hAnsi="Kinetic Letters"/>
          <w:sz w:val="24"/>
        </w:rPr>
        <w:lastRenderedPageBreak/>
        <w:t>Water Mill Primary School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>Optional Homework &amp; Inspiration Ideas for Parents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1F6A42">
        <w:rPr>
          <w:rFonts w:ascii="Courier New" w:hAnsi="Courier New" w:cs="Courier New"/>
          <w:sz w:val="24"/>
        </w:rPr>
        <w:t>–</w:t>
      </w:r>
      <w:r w:rsidRPr="001F6A42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1F6A42">
        <w:rPr>
          <w:rFonts w:ascii="Kinetic Letters" w:hAnsi="Kinetic Letters"/>
          <w:sz w:val="24"/>
        </w:rPr>
        <w:br/>
      </w:r>
    </w:p>
    <w:p w:rsidR="00A9742E" w:rsidRPr="001F6A42" w:rsidRDefault="00E81E30">
      <w:pPr>
        <w:pStyle w:val="Heading1"/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>Theme 4</w:t>
      </w:r>
      <w:r w:rsidR="00BF3053" w:rsidRPr="001F6A42">
        <w:rPr>
          <w:rFonts w:ascii="Kinetic Letters" w:hAnsi="Kinetic Letters"/>
          <w:sz w:val="32"/>
        </w:rPr>
        <w:t xml:space="preserve"> </w:t>
      </w:r>
      <w:r w:rsidR="00BF3053" w:rsidRPr="001F6A42">
        <w:rPr>
          <w:rFonts w:ascii="Courier New" w:hAnsi="Courier New" w:cs="Courier New"/>
          <w:sz w:val="32"/>
        </w:rPr>
        <w:t>–</w:t>
      </w:r>
      <w:r w:rsidR="00BF3053" w:rsidRPr="001F6A42">
        <w:rPr>
          <w:rFonts w:ascii="Kinetic Letters" w:hAnsi="Kinetic Letters"/>
          <w:sz w:val="32"/>
        </w:rPr>
        <w:t xml:space="preserve"> </w:t>
      </w:r>
      <w:r>
        <w:rPr>
          <w:rFonts w:ascii="Kinetic Letters" w:hAnsi="Kinetic Letters"/>
          <w:sz w:val="32"/>
        </w:rPr>
        <w:t>How did we get to where we are today?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Compare Ancient Greek democracy to UK democracy today in a double bubble map.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Write a myth set in modern Birmingham using Greek gods or creatures.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Make a Greek theatre mask from card and decorate it.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Cook a simple Greek-inspired dish (e.g., tzatziki, flatbread).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Design and play a mini Olympic Games at home or in the park.</w:t>
            </w:r>
          </w:p>
        </w:tc>
        <w:tc>
          <w:tcPr>
            <w:tcW w:w="2880" w:type="dxa"/>
          </w:tcPr>
          <w:p w:rsidR="00A9742E" w:rsidRPr="001F6A42" w:rsidRDefault="00A9742E">
            <w:pPr>
              <w:rPr>
                <w:rFonts w:ascii="Kinetic Letters" w:hAnsi="Kinetic Letters"/>
                <w:sz w:val="24"/>
              </w:rPr>
            </w:pP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 xml:space="preserve">The Barber Institute </w:t>
            </w:r>
            <w:r w:rsidRPr="001F6A42">
              <w:rPr>
                <w:rFonts w:ascii="Courier New" w:hAnsi="Courier New" w:cs="Courier New"/>
                <w:sz w:val="24"/>
              </w:rPr>
              <w:t>–</w:t>
            </w:r>
            <w:r w:rsidRPr="001F6A42">
              <w:rPr>
                <w:rFonts w:ascii="Kinetic Letters" w:hAnsi="Kinetic Letters"/>
                <w:sz w:val="24"/>
              </w:rPr>
              <w:t xml:space="preserve"> Greek pottery and artefacts.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University of Birmingham (free)</w:t>
            </w:r>
          </w:p>
        </w:tc>
      </w:tr>
      <w:tr w:rsidR="00A9742E" w:rsidRPr="001F6A42"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 xml:space="preserve">Library of Birmingham </w:t>
            </w:r>
            <w:r w:rsidRPr="001F6A42">
              <w:rPr>
                <w:rFonts w:ascii="Courier New" w:hAnsi="Courier New" w:cs="Courier New"/>
                <w:sz w:val="24"/>
              </w:rPr>
              <w:t>–</w:t>
            </w:r>
            <w:r w:rsidRPr="001F6A42">
              <w:rPr>
                <w:rFonts w:ascii="Kinetic Letters" w:hAnsi="Kinetic Letters"/>
                <w:sz w:val="24"/>
              </w:rPr>
              <w:t xml:space="preserve"> books on Ancient Greek myths and history.</w:t>
            </w:r>
          </w:p>
        </w:tc>
        <w:tc>
          <w:tcPr>
            <w:tcW w:w="288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Free</w:t>
            </w:r>
          </w:p>
        </w:tc>
      </w:tr>
    </w:tbl>
    <w:p w:rsidR="00A9742E" w:rsidRPr="001F6A42" w:rsidRDefault="00A9742E">
      <w:pPr>
        <w:rPr>
          <w:rFonts w:ascii="Kinetic Letters" w:hAnsi="Kinetic Letters"/>
          <w:sz w:val="24"/>
        </w:rPr>
      </w:pPr>
    </w:p>
    <w:sectPr w:rsidR="00A9742E" w:rsidRPr="001F6A42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DD4" w:rsidRDefault="00065DD4" w:rsidP="001F6A42">
      <w:pPr>
        <w:spacing w:after="0" w:line="240" w:lineRule="auto"/>
      </w:pPr>
      <w:r>
        <w:separator/>
      </w:r>
    </w:p>
  </w:endnote>
  <w:endnote w:type="continuationSeparator" w:id="0">
    <w:p w:rsidR="00065DD4" w:rsidRDefault="00065DD4" w:rsidP="001F6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DD4" w:rsidRDefault="00065DD4" w:rsidP="001F6A42">
      <w:pPr>
        <w:spacing w:after="0" w:line="240" w:lineRule="auto"/>
      </w:pPr>
      <w:r>
        <w:separator/>
      </w:r>
    </w:p>
  </w:footnote>
  <w:footnote w:type="continuationSeparator" w:id="0">
    <w:p w:rsidR="00065DD4" w:rsidRDefault="00065DD4" w:rsidP="001F6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A42" w:rsidRDefault="001F6A42" w:rsidP="001F6A42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68781BED" wp14:editId="62D44835">
          <wp:extent cx="537210" cy="53721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7210" cy="537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65DD4"/>
    <w:rsid w:val="0015074B"/>
    <w:rsid w:val="001F6A42"/>
    <w:rsid w:val="0029639D"/>
    <w:rsid w:val="00326F90"/>
    <w:rsid w:val="003E4CF0"/>
    <w:rsid w:val="00A9742E"/>
    <w:rsid w:val="00AA1D8D"/>
    <w:rsid w:val="00B47730"/>
    <w:rsid w:val="00BF3053"/>
    <w:rsid w:val="00CB0664"/>
    <w:rsid w:val="00E24E29"/>
    <w:rsid w:val="00E81E3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4C0557D"/>
  <w14:defaultImageDpi w14:val="300"/>
  <w15:docId w15:val="{FA307437-0B99-4EA8-B945-4AC6DF8BE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3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A756127-75CF-437E-B1C9-925772781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5</cp:revision>
  <dcterms:created xsi:type="dcterms:W3CDTF">2025-08-29T10:40:00Z</dcterms:created>
  <dcterms:modified xsi:type="dcterms:W3CDTF">2025-09-09T13:36:00Z</dcterms:modified>
  <cp:category/>
</cp:coreProperties>
</file>