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BF3053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1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 w:rsidR="00BF2508">
        <w:rPr>
          <w:rFonts w:ascii="Kinetic Letters" w:hAnsi="Kinetic Letters"/>
          <w:sz w:val="32"/>
        </w:rPr>
        <w:t>What was the impact of WWII?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953"/>
        <w:gridCol w:w="1831"/>
      </w:tblGrid>
      <w:tr w:rsidR="00A9742E" w:rsidRPr="001F6A42" w:rsidTr="00BF2508">
        <w:tc>
          <w:tcPr>
            <w:tcW w:w="846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5953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1831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1C0962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Evacuee Diary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ask y</w:t>
            </w:r>
            <w:r w:rsid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our child to imagine they were a parent whose child is a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n evacuee on 1st September 1939 and describe</w:t>
            </w:r>
            <w:r w:rsid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, as a parent, what they went through. 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You can jot down what they tell you.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Blitz Memories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watch a short video about the Coventry Blitz together. Ask your child to describe what they think it would have been like and record their ideas.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Create a Wartime Recipe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research a rationing recipe (e.g. carrot cookies, </w:t>
            </w:r>
            <w:proofErr w:type="spellStart"/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Woolton</w:t>
            </w:r>
            <w:proofErr w:type="spellEnd"/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pie) and make it together. Take a photo and taste test!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Design a Blackout Light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using a torch and cardboard box, work out how to block or hide light so it can</w:t>
            </w:r>
            <w:r w:rsidRPr="00BF2508">
              <w:rPr>
                <w:rFonts w:ascii="Kinetic Letters" w:eastAsia="Times New Roman" w:hAnsi="Kinetic Letters" w:cs="Kinetic Letters"/>
                <w:sz w:val="24"/>
                <w:szCs w:val="24"/>
                <w:lang w:val="en-GB" w:eastAsia="en-GB"/>
              </w:rPr>
              <w:t>’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t be seen from outside.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Make a Propaganda Poster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design and decorate a World War II style motivational poster.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Explore Local War Memorials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visit your nearest war memorial and talk about the names and dates on it.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Selly Oak Park War Memorial</w:t>
            </w:r>
          </w:p>
        </w:tc>
      </w:tr>
      <w:tr w:rsidR="00BF2508" w:rsidRPr="001F6A42" w:rsidTr="00BF2508">
        <w:tc>
          <w:tcPr>
            <w:tcW w:w="846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953" w:type="dxa"/>
            <w:vAlign w:val="center"/>
          </w:tcPr>
          <w:p w:rsidR="00BF2508" w:rsidRPr="00BF2508" w:rsidRDefault="00BF2508" w:rsidP="00B17CFD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Step Back in Time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="00B17CFD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explore </w:t>
            </w:r>
            <w:r w:rsidR="00B17CFD" w:rsidRPr="00B17CFD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the innovative design and cutting-edge technology of the </w:t>
            </w:r>
            <w:proofErr w:type="spellStart"/>
            <w:r w:rsidR="00B17CFD" w:rsidRPr="00B17CFD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Supermarine</w:t>
            </w:r>
            <w:proofErr w:type="spellEnd"/>
            <w:r w:rsidR="00B17CFD" w:rsidRPr="00B17CFD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Spitfire, which played a vital role in the war effort, with over 11,000 built in Birmingham during WW2.</w:t>
            </w:r>
            <w:bookmarkStart w:id="0" w:name="_GoBack"/>
            <w:bookmarkEnd w:id="0"/>
          </w:p>
        </w:tc>
        <w:tc>
          <w:tcPr>
            <w:tcW w:w="1831" w:type="dxa"/>
            <w:vAlign w:val="center"/>
          </w:tcPr>
          <w:p w:rsidR="00BF2508" w:rsidRPr="00BF2508" w:rsidRDefault="00B17CFD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Birmingham Science Museum (</w:t>
            </w:r>
            <w:proofErr w:type="spellStart"/>
            <w: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Thinktank</w:t>
            </w:r>
            <w:proofErr w:type="spellEnd"/>
            <w: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)</w:t>
            </w:r>
          </w:p>
        </w:tc>
      </w:tr>
    </w:tbl>
    <w:p w:rsidR="00BF2508" w:rsidRDefault="00BF2508">
      <w:pPr>
        <w:rPr>
          <w:rFonts w:ascii="Kinetic Letters" w:hAnsi="Kinetic Letters"/>
          <w:sz w:val="24"/>
        </w:rPr>
      </w:pPr>
    </w:p>
    <w:p w:rsidR="00A9742E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3E4CF0" w:rsidRPr="001F6A42" w:rsidRDefault="003E4CF0" w:rsidP="003E4CF0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3E4CF0" w:rsidRPr="001F6A42" w:rsidRDefault="003E4CF0" w:rsidP="003E4CF0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</w:t>
      </w:r>
      <w:r>
        <w:rPr>
          <w:rFonts w:ascii="Kinetic Letters" w:hAnsi="Kinetic Letters"/>
          <w:sz w:val="32"/>
        </w:rPr>
        <w:t>2</w:t>
      </w:r>
      <w:r w:rsidRPr="001F6A42">
        <w:rPr>
          <w:rFonts w:ascii="Kinetic Letters" w:hAnsi="Kinetic Letters"/>
          <w:sz w:val="32"/>
        </w:rPr>
        <w:t xml:space="preserve">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 w:rsidR="00BF2508">
        <w:rPr>
          <w:rFonts w:ascii="Kinetic Letters" w:hAnsi="Kinetic Letters"/>
          <w:sz w:val="32"/>
        </w:rPr>
        <w:t>Where did we come from?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244"/>
        <w:gridCol w:w="1831"/>
      </w:tblGrid>
      <w:tr w:rsidR="003E4CF0" w:rsidRPr="001F6A42" w:rsidTr="00BF2508">
        <w:tc>
          <w:tcPr>
            <w:tcW w:w="1555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5244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1831" w:type="dxa"/>
          </w:tcPr>
          <w:p w:rsidR="003E4CF0" w:rsidRPr="001F6A42" w:rsidRDefault="003E4CF0" w:rsidP="00B02AF6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Family Origins Map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talk to your child about where different members of your family come from. Ask them to mark these on a world map and write down something special or interesting about each place.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244" w:type="dxa"/>
            <w:vAlign w:val="center"/>
          </w:tcPr>
          <w:p w:rsidR="00BF2508" w:rsidRPr="00BF2508" w:rsidRDefault="001C0962" w:rsidP="001C0962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Future Tech Inventor! </w:t>
            </w:r>
            <w:r w:rsidRPr="001C0962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Ask your child to design an exciting new piece of technology that </w:t>
            </w:r>
            <w:proofErr w:type="gramStart"/>
            <w:r w:rsidRP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doesn’t</w:t>
            </w:r>
            <w:proofErr w:type="gramEnd"/>
            <w:r w:rsidRP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exist yet. They can draw their invention, give it a creative name, and then write a short description explaining what it does, how it works, who would use it, and why it’s useful or fun</w:t>
            </w:r>
            <w: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Narrative Art Story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create a small piece of art that tells part of your family</w:t>
            </w:r>
            <w:r w:rsidRPr="00BF2508">
              <w:rPr>
                <w:rFonts w:ascii="Kinetic Letters" w:eastAsia="Times New Roman" w:hAnsi="Kinetic Letters" w:cs="Kinetic Letters"/>
                <w:sz w:val="24"/>
                <w:szCs w:val="24"/>
                <w:lang w:val="en-GB" w:eastAsia="en-GB"/>
              </w:rPr>
              <w:t>’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s story or an important event in your life. Use any materials you have at home.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Create a Travel Brochure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choose a country linked to your family or one they</w:t>
            </w:r>
            <w:r w:rsidRPr="00BF2508">
              <w:rPr>
                <w:rFonts w:ascii="Kinetic Letters" w:eastAsia="Times New Roman" w:hAnsi="Kinetic Letters" w:cs="Kinetic Letters"/>
                <w:sz w:val="24"/>
                <w:szCs w:val="24"/>
                <w:lang w:val="en-GB" w:eastAsia="en-GB"/>
              </w:rPr>
              <w:t>’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ve learned about in class and make a short brochure showing its climate, wildlife, and culture.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Adaptation Challenge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choose a favourite animal and design a way it could adapt to survive in a completely different environment (e.g. a penguin in the desert!).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Explore Wildlife and Habitats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spot and identify plants, animals, and habitats in your local park or green space.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Cannon Hill Park</w:t>
            </w:r>
          </w:p>
        </w:tc>
      </w:tr>
      <w:tr w:rsidR="00BF2508" w:rsidRPr="001F6A42" w:rsidTr="00BF2508">
        <w:tc>
          <w:tcPr>
            <w:tcW w:w="1555" w:type="dxa"/>
          </w:tcPr>
          <w:p w:rsidR="00BF2508" w:rsidRPr="003E4CF0" w:rsidRDefault="00BF2508" w:rsidP="00BF2508">
            <w:pPr>
              <w:rPr>
                <w:rFonts w:ascii="Kinetic Letters" w:hAnsi="Kinetic Letters"/>
                <w:sz w:val="24"/>
              </w:rPr>
            </w:pPr>
            <w:r w:rsidRPr="003E4CF0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244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Discover the World Indoors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explore natural history and global culture displays.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Birmingham Museum and Art Gallery</w:t>
            </w:r>
          </w:p>
        </w:tc>
      </w:tr>
    </w:tbl>
    <w:p w:rsidR="003E4CF0" w:rsidRDefault="003E4CF0" w:rsidP="003E4CF0">
      <w:pPr>
        <w:rPr>
          <w:rFonts w:ascii="Kinetic Letters" w:hAnsi="Kinetic Letters"/>
          <w:sz w:val="24"/>
        </w:rPr>
      </w:pPr>
    </w:p>
    <w:p w:rsidR="003E4CF0" w:rsidRPr="001F6A42" w:rsidRDefault="003E4CF0" w:rsidP="003E4CF0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BF3053">
      <w:pPr>
        <w:pStyle w:val="Heading1"/>
        <w:rPr>
          <w:rFonts w:ascii="Kinetic Letters" w:hAnsi="Kinetic Letters"/>
          <w:sz w:val="32"/>
        </w:rPr>
      </w:pPr>
      <w:r w:rsidRPr="001F6A42">
        <w:rPr>
          <w:rFonts w:ascii="Kinetic Letters" w:hAnsi="Kinetic Letters"/>
          <w:sz w:val="32"/>
        </w:rPr>
        <w:t xml:space="preserve">Theme </w:t>
      </w:r>
      <w:r w:rsidR="00E81E30">
        <w:rPr>
          <w:rFonts w:ascii="Kinetic Letters" w:hAnsi="Kinetic Letters"/>
          <w:sz w:val="32"/>
        </w:rPr>
        <w:t>3</w:t>
      </w:r>
      <w:r w:rsidRPr="001F6A42">
        <w:rPr>
          <w:rFonts w:ascii="Kinetic Letters" w:hAnsi="Kinetic Letters"/>
          <w:sz w:val="32"/>
        </w:rPr>
        <w:t xml:space="preserve"> </w:t>
      </w:r>
      <w:r w:rsidRPr="001F6A42">
        <w:rPr>
          <w:rFonts w:ascii="Courier New" w:hAnsi="Courier New" w:cs="Courier New"/>
          <w:sz w:val="32"/>
        </w:rPr>
        <w:t>–</w:t>
      </w:r>
      <w:r w:rsidRPr="001F6A42">
        <w:rPr>
          <w:rFonts w:ascii="Kinetic Letters" w:hAnsi="Kinetic Letters"/>
          <w:sz w:val="32"/>
        </w:rPr>
        <w:t xml:space="preserve"> </w:t>
      </w:r>
      <w:r w:rsidR="00BF2508">
        <w:rPr>
          <w:rFonts w:ascii="Kinetic Letters" w:hAnsi="Kinetic Letters"/>
          <w:sz w:val="32"/>
        </w:rPr>
        <w:t>How do we look after ourselves?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812"/>
        <w:gridCol w:w="1689"/>
      </w:tblGrid>
      <w:tr w:rsidR="00A9742E" w:rsidRPr="001F6A42" w:rsidTr="00BF2508">
        <w:tc>
          <w:tcPr>
            <w:tcW w:w="1129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5812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1689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My Healthy Week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ask your child to keep a short record of the meals, drinks, and activities they do in a week. Write down their reflections on what was healthy and what could be improved.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1C0962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Circulation Comic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your child creates a short comic strip about the journey of </w:t>
            </w:r>
            <w:r w:rsidR="001C0962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food 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through the body, adding captions or speech bubbles.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Design a Healthy Menu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together, create a menu for a day using locally sourced, seasonal foods where possible.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Mindful Moment Jar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decorate a jar and fill it with small ideas for calming activities (e.g. stretching, drawing, breathing exercises). Use when feeling stressed.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Make a Heart Model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use household materials (e.g. balloons, plastic bottles) to create a simple model showing how the heart pumps blood.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Active Adventure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take a walk or cycle together, tracking your route on a map or app, and noting interesting landmarks.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proofErr w:type="spellStart"/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Bournville</w:t>
            </w:r>
            <w:proofErr w:type="spellEnd"/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Park / Rea Valley Route</w:t>
            </w:r>
          </w:p>
        </w:tc>
      </w:tr>
      <w:tr w:rsidR="00BF2508" w:rsidRPr="001F6A42" w:rsidTr="009B2C36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812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Healthy Living Explorer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visit a local food market to spot seasonal produce and discuss healthy meal ideas.</w:t>
            </w:r>
          </w:p>
        </w:tc>
        <w:tc>
          <w:tcPr>
            <w:tcW w:w="1689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Bullring Indoor Market</w:t>
            </w:r>
          </w:p>
        </w:tc>
      </w:tr>
    </w:tbl>
    <w:p w:rsidR="00BF2508" w:rsidRDefault="00BF2508">
      <w:pPr>
        <w:rPr>
          <w:rFonts w:ascii="Kinetic Letters" w:hAnsi="Kinetic Letters"/>
          <w:sz w:val="24"/>
        </w:rPr>
      </w:pPr>
    </w:p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br w:type="page"/>
      </w:r>
    </w:p>
    <w:p w:rsidR="00A9742E" w:rsidRPr="001F6A42" w:rsidRDefault="00BF3053">
      <w:pPr>
        <w:rPr>
          <w:rFonts w:ascii="Kinetic Letters" w:hAnsi="Kinetic Letters"/>
          <w:sz w:val="24"/>
        </w:rPr>
      </w:pPr>
      <w:r w:rsidRPr="001F6A42">
        <w:rPr>
          <w:rFonts w:ascii="Kinetic Letters" w:hAnsi="Kinetic Letters"/>
          <w:sz w:val="24"/>
        </w:rPr>
        <w:lastRenderedPageBreak/>
        <w:t>Water Mill Primary School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>Optional Homework &amp; Inspiration Ideas for Parents</w:t>
      </w:r>
      <w:r w:rsidRPr="001F6A42">
        <w:rPr>
          <w:rFonts w:ascii="Kinetic Letters" w:hAnsi="Kinetic Letters"/>
          <w:sz w:val="24"/>
        </w:rPr>
        <w:br/>
      </w:r>
      <w:r w:rsidRPr="001F6A42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1F6A42">
        <w:rPr>
          <w:rFonts w:ascii="Courier New" w:hAnsi="Courier New" w:cs="Courier New"/>
          <w:sz w:val="24"/>
        </w:rPr>
        <w:t>–</w:t>
      </w:r>
      <w:r w:rsidRPr="001F6A42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1F6A42">
        <w:rPr>
          <w:rFonts w:ascii="Kinetic Letters" w:hAnsi="Kinetic Letters"/>
          <w:sz w:val="24"/>
        </w:rPr>
        <w:br/>
      </w:r>
    </w:p>
    <w:p w:rsidR="00A9742E" w:rsidRPr="001F6A42" w:rsidRDefault="00E81E30">
      <w:pPr>
        <w:pStyle w:val="Heading1"/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Theme 4</w:t>
      </w:r>
      <w:r w:rsidR="00BF3053" w:rsidRPr="001F6A42">
        <w:rPr>
          <w:rFonts w:ascii="Kinetic Letters" w:hAnsi="Kinetic Letters"/>
          <w:sz w:val="32"/>
        </w:rPr>
        <w:t xml:space="preserve"> </w:t>
      </w:r>
      <w:r w:rsidR="00BF3053" w:rsidRPr="001F6A42">
        <w:rPr>
          <w:rFonts w:ascii="Courier New" w:hAnsi="Courier New" w:cs="Courier New"/>
          <w:sz w:val="32"/>
        </w:rPr>
        <w:t>–</w:t>
      </w:r>
      <w:r w:rsidR="00BF3053" w:rsidRPr="001F6A42">
        <w:rPr>
          <w:rFonts w:ascii="Kinetic Letters" w:hAnsi="Kinetic Letters"/>
          <w:sz w:val="32"/>
        </w:rPr>
        <w:t xml:space="preserve"> </w:t>
      </w:r>
      <w:r w:rsidR="00BF2508">
        <w:rPr>
          <w:rFonts w:ascii="Kinetic Letters" w:hAnsi="Kinetic Letters"/>
          <w:sz w:val="32"/>
        </w:rPr>
        <w:t>What was the Shang Dynasty?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670"/>
        <w:gridCol w:w="1831"/>
      </w:tblGrid>
      <w:tr w:rsidR="00A9742E" w:rsidRPr="001F6A42" w:rsidTr="00BF2508">
        <w:tc>
          <w:tcPr>
            <w:tcW w:w="1129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5670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1831" w:type="dxa"/>
          </w:tcPr>
          <w:p w:rsidR="00A9742E" w:rsidRPr="001F6A42" w:rsidRDefault="00BF3053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Life in the Shang Dynasty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ask your child to write (or tell you and you record) a short diary entry as if they were living in the Shang Dynasty, describing their home, job, and daily life.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Ancient vs Modern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ask your child to compare the Shang Dynasty to life today in three key areas (e.g. transport, food, buildings). Record their answers.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Collage Art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create a collage using mixed textures inspired by Shang Dynasty life or Chinese landscapes. Use any scrap paper, fabric, or recycled materials you have.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Build a Great Wall Model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use Lego, cardboard, or other materials to build a model section of the Great Wall of China.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Chinese Calligraphy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research simple Chinese characters and try to paint or draw them.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Explore Chinese History and Art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see artefacts and artworks related to China and its history.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Birmingham Museum and Art Gallery</w:t>
            </w:r>
          </w:p>
        </w:tc>
      </w:tr>
      <w:tr w:rsidR="00BF2508" w:rsidRPr="001F6A42" w:rsidTr="00FD0DA8">
        <w:tc>
          <w:tcPr>
            <w:tcW w:w="1129" w:type="dxa"/>
          </w:tcPr>
          <w:p w:rsidR="00BF2508" w:rsidRPr="001F6A42" w:rsidRDefault="00BF2508" w:rsidP="00BF2508">
            <w:pPr>
              <w:rPr>
                <w:rFonts w:ascii="Kinetic Letters" w:hAnsi="Kinetic Letters"/>
                <w:sz w:val="24"/>
              </w:rPr>
            </w:pPr>
            <w:r w:rsidRPr="001F6A42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5670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Local Market Adventure </w:t>
            </w:r>
            <w:r w:rsidRPr="00BF2508">
              <w:rPr>
                <w:rFonts w:ascii="Courier New" w:eastAsia="Times New Roman" w:hAnsi="Courier New" w:cs="Courier New"/>
                <w:sz w:val="24"/>
                <w:szCs w:val="24"/>
                <w:lang w:val="en-GB" w:eastAsia="en-GB"/>
              </w:rPr>
              <w:t>–</w:t>
            </w: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 xml:space="preserve"> visit a Chinese or Asian supermarket to explore different foods, spices, and ingredients.</w:t>
            </w:r>
          </w:p>
        </w:tc>
        <w:tc>
          <w:tcPr>
            <w:tcW w:w="1831" w:type="dxa"/>
            <w:vAlign w:val="center"/>
          </w:tcPr>
          <w:p w:rsidR="00BF2508" w:rsidRPr="00BF2508" w:rsidRDefault="00BF2508" w:rsidP="00BF2508">
            <w:pPr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</w:pPr>
            <w:r w:rsidRPr="00BF2508">
              <w:rPr>
                <w:rFonts w:ascii="Kinetic Letters" w:eastAsia="Times New Roman" w:hAnsi="Kinetic Letters" w:cs="Times New Roman"/>
                <w:sz w:val="24"/>
                <w:szCs w:val="24"/>
                <w:lang w:val="en-GB" w:eastAsia="en-GB"/>
              </w:rPr>
              <w:t>Chinatown, Birmingham</w:t>
            </w:r>
          </w:p>
        </w:tc>
      </w:tr>
    </w:tbl>
    <w:p w:rsidR="00A9742E" w:rsidRDefault="00A9742E">
      <w:pPr>
        <w:rPr>
          <w:rFonts w:ascii="Kinetic Letters" w:hAnsi="Kinetic Letters"/>
          <w:sz w:val="24"/>
        </w:rPr>
      </w:pPr>
    </w:p>
    <w:p w:rsidR="00BF2508" w:rsidRPr="001F6A42" w:rsidRDefault="00BF2508">
      <w:pPr>
        <w:rPr>
          <w:rFonts w:ascii="Kinetic Letters" w:hAnsi="Kinetic Letters"/>
          <w:sz w:val="24"/>
        </w:rPr>
      </w:pPr>
    </w:p>
    <w:sectPr w:rsidR="00BF2508" w:rsidRPr="001F6A42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A1F" w:rsidRDefault="00104A1F" w:rsidP="001F6A42">
      <w:pPr>
        <w:spacing w:after="0" w:line="240" w:lineRule="auto"/>
      </w:pPr>
      <w:r>
        <w:separator/>
      </w:r>
    </w:p>
  </w:endnote>
  <w:endnote w:type="continuationSeparator" w:id="0">
    <w:p w:rsidR="00104A1F" w:rsidRDefault="00104A1F" w:rsidP="001F6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A1F" w:rsidRDefault="00104A1F" w:rsidP="001F6A42">
      <w:pPr>
        <w:spacing w:after="0" w:line="240" w:lineRule="auto"/>
      </w:pPr>
      <w:r>
        <w:separator/>
      </w:r>
    </w:p>
  </w:footnote>
  <w:footnote w:type="continuationSeparator" w:id="0">
    <w:p w:rsidR="00104A1F" w:rsidRDefault="00104A1F" w:rsidP="001F6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42" w:rsidRDefault="001F6A42" w:rsidP="001F6A42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8781BED" wp14:editId="62D44835">
          <wp:extent cx="537210" cy="5372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5DD4"/>
    <w:rsid w:val="00104A1F"/>
    <w:rsid w:val="0015074B"/>
    <w:rsid w:val="001C0962"/>
    <w:rsid w:val="001F6A42"/>
    <w:rsid w:val="002447F8"/>
    <w:rsid w:val="0029639D"/>
    <w:rsid w:val="00326F90"/>
    <w:rsid w:val="003924D6"/>
    <w:rsid w:val="003E4CF0"/>
    <w:rsid w:val="007971B9"/>
    <w:rsid w:val="00A9742E"/>
    <w:rsid w:val="00AA1D8D"/>
    <w:rsid w:val="00B17CFD"/>
    <w:rsid w:val="00B47730"/>
    <w:rsid w:val="00BF2508"/>
    <w:rsid w:val="00BF3053"/>
    <w:rsid w:val="00CB0664"/>
    <w:rsid w:val="00E24E29"/>
    <w:rsid w:val="00E81E3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FF709C"/>
  <w14:defaultImageDpi w14:val="300"/>
  <w15:docId w15:val="{FA307437-0B99-4EA8-B945-4AC6DF8B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F4AF3F-03F8-4EA4-B316-9148A4C59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Office 2016</cp:lastModifiedBy>
  <cp:revision>4</cp:revision>
  <dcterms:created xsi:type="dcterms:W3CDTF">2025-09-09T13:43:00Z</dcterms:created>
  <dcterms:modified xsi:type="dcterms:W3CDTF">2025-09-10T15:30:00Z</dcterms:modified>
  <cp:category/>
</cp:coreProperties>
</file>