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t>Water Mill Primary School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>Optional Homework &amp; Inspiration Ideas for Parents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6E1425">
        <w:rPr>
          <w:rFonts w:ascii="Courier New" w:hAnsi="Courier New" w:cs="Courier New"/>
          <w:sz w:val="24"/>
        </w:rPr>
        <w:t>–</w:t>
      </w:r>
      <w:r w:rsidRPr="006E1425">
        <w:rPr>
          <w:rFonts w:ascii="Kinetic Letters" w:hAnsi="Kinetic Letters"/>
          <w:sz w:val="24"/>
        </w:rPr>
        <w:t xml:space="preserve"> please feel free to choose the ones </w:t>
      </w:r>
      <w:r w:rsidRPr="006E1425">
        <w:rPr>
          <w:rFonts w:ascii="Kinetic Letters" w:hAnsi="Kinetic Letters"/>
          <w:sz w:val="24"/>
        </w:rPr>
        <w:t>that interest your child most. They include a mix of written, practical and visit-based activities, with local free/low-cost suggestions where possible.</w:t>
      </w:r>
      <w:r w:rsidRPr="006E1425">
        <w:rPr>
          <w:rFonts w:ascii="Kinetic Letters" w:hAnsi="Kinetic Letters"/>
          <w:sz w:val="24"/>
        </w:rPr>
        <w:br/>
      </w:r>
    </w:p>
    <w:p w:rsidR="00C11155" w:rsidRPr="006E1425" w:rsidRDefault="00A80A74">
      <w:pPr>
        <w:pStyle w:val="Heading1"/>
        <w:rPr>
          <w:rFonts w:ascii="Kinetic Letters" w:hAnsi="Kinetic Letters"/>
          <w:sz w:val="32"/>
        </w:rPr>
      </w:pPr>
      <w:r w:rsidRPr="006E1425">
        <w:rPr>
          <w:rFonts w:ascii="Kinetic Letters" w:hAnsi="Kinetic Letters"/>
          <w:sz w:val="32"/>
        </w:rPr>
        <w:t xml:space="preserve">Theme 1 </w:t>
      </w:r>
      <w:r w:rsidRPr="006E1425">
        <w:rPr>
          <w:rFonts w:ascii="Courier New" w:hAnsi="Courier New" w:cs="Courier New"/>
          <w:sz w:val="32"/>
        </w:rPr>
        <w:t>–</w:t>
      </w:r>
      <w:r w:rsidRPr="006E1425">
        <w:rPr>
          <w:rFonts w:ascii="Kinetic Letters" w:hAnsi="Kinetic Letters"/>
          <w:sz w:val="32"/>
        </w:rPr>
        <w:t xml:space="preserve"> What makes me, me?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 xml:space="preserve">Create a </w:t>
            </w:r>
            <w:r w:rsidRPr="006E1425">
              <w:rPr>
                <w:rFonts w:ascii="Kinetic Letters" w:hAnsi="Kinetic Letters"/>
                <w:sz w:val="24"/>
              </w:rPr>
              <w:t>“Me Book” with one page about your family, one about your favourite things, and one about your skills.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Make a labelled drawing of yourself showing main body parts and senses.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Create a Cubist-style self-portrait using cut-out paper sha</w:t>
            </w:r>
            <w:r w:rsidRPr="006E1425">
              <w:rPr>
                <w:rFonts w:ascii="Kinetic Letters" w:hAnsi="Kinetic Letters"/>
                <w:sz w:val="24"/>
              </w:rPr>
              <w:t>pes, inspired by Picasso.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Paint a portrait using light and shade in the style of Leonardo da Vinci.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Interview a family member about how you have changed since you were a baby and record their answers.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 Birmingham Museum</w:t>
            </w:r>
            <w:r w:rsidRPr="006E1425">
              <w:rPr>
                <w:rFonts w:ascii="Kinetic Letters" w:hAnsi="Kinetic Letters"/>
                <w:sz w:val="24"/>
              </w:rPr>
              <w:t xml:space="preserve"> &amp; Art Gallery to see portraits in different styles.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Birmingham Museum &amp; Art Gallery (free)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Go on a “senses walk” in a local park and record sounds, smells, and sights on a map.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Cannon Hill Park (free)</w:t>
            </w:r>
          </w:p>
        </w:tc>
      </w:tr>
    </w:tbl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br w:type="page"/>
      </w:r>
    </w:p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lastRenderedPageBreak/>
        <w:t>Water Mill Primary School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>Optional Homework</w:t>
      </w:r>
      <w:r w:rsidRPr="006E1425">
        <w:rPr>
          <w:rFonts w:ascii="Kinetic Letters" w:hAnsi="Kinetic Letters"/>
          <w:sz w:val="24"/>
        </w:rPr>
        <w:t xml:space="preserve"> &amp; Inspiration Ideas for Parents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6E1425">
        <w:rPr>
          <w:rFonts w:ascii="Courier New" w:hAnsi="Courier New" w:cs="Courier New"/>
          <w:sz w:val="24"/>
        </w:rPr>
        <w:t>–</w:t>
      </w:r>
      <w:r w:rsidRPr="006E1425">
        <w:rPr>
          <w:rFonts w:ascii="Kinetic Letters" w:hAnsi="Kinetic Letters"/>
          <w:sz w:val="24"/>
        </w:rPr>
        <w:t xml:space="preserve"> please feel free to choose the ones that interest your child most. They include a</w:t>
      </w:r>
      <w:r w:rsidRPr="006E1425">
        <w:rPr>
          <w:rFonts w:ascii="Kinetic Letters" w:hAnsi="Kinetic Letters"/>
          <w:sz w:val="24"/>
        </w:rPr>
        <w:t xml:space="preserve"> mix of written, practical and visit-based activities, with local free/low-cost suggestions where possible.</w:t>
      </w:r>
      <w:r w:rsidRPr="006E1425">
        <w:rPr>
          <w:rFonts w:ascii="Kinetic Letters" w:hAnsi="Kinetic Letters"/>
          <w:sz w:val="24"/>
        </w:rPr>
        <w:br/>
      </w:r>
    </w:p>
    <w:p w:rsidR="00C11155" w:rsidRPr="006E1425" w:rsidRDefault="00A80A74">
      <w:pPr>
        <w:pStyle w:val="Heading1"/>
        <w:rPr>
          <w:rFonts w:ascii="Kinetic Letters" w:hAnsi="Kinetic Letters"/>
          <w:sz w:val="32"/>
        </w:rPr>
      </w:pPr>
      <w:r w:rsidRPr="006E1425">
        <w:rPr>
          <w:rFonts w:ascii="Kinetic Letters" w:hAnsi="Kinetic Letters"/>
          <w:sz w:val="32"/>
        </w:rPr>
        <w:t xml:space="preserve">Theme 2 </w:t>
      </w:r>
      <w:r w:rsidRPr="006E1425">
        <w:rPr>
          <w:rFonts w:ascii="Courier New" w:hAnsi="Courier New" w:cs="Courier New"/>
          <w:sz w:val="32"/>
        </w:rPr>
        <w:t>–</w:t>
      </w:r>
      <w:r w:rsidRPr="006E1425">
        <w:rPr>
          <w:rFonts w:ascii="Kinetic Letters" w:hAnsi="Kinetic Letters"/>
          <w:sz w:val="32"/>
        </w:rPr>
        <w:t xml:space="preserve"> What</w:t>
      </w:r>
      <w:r w:rsidRPr="006E1425">
        <w:rPr>
          <w:rFonts w:ascii="Kinetic Letters" w:hAnsi="Kinetic Letters" w:cs="Kinetic Letters"/>
          <w:sz w:val="32"/>
        </w:rPr>
        <w:t>’</w:t>
      </w:r>
      <w:r w:rsidRPr="006E1425">
        <w:rPr>
          <w:rFonts w:ascii="Kinetic Letters" w:hAnsi="Kinetic Letters"/>
          <w:sz w:val="32"/>
        </w:rPr>
        <w:t>s the weather like?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Create a comic strip showing a day of extreme we</w:t>
            </w:r>
            <w:r w:rsidRPr="006E1425">
              <w:rPr>
                <w:rFonts w:ascii="Kinetic Letters" w:hAnsi="Kinetic Letters"/>
                <w:sz w:val="24"/>
              </w:rPr>
              <w:t>ather.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Keep a 7-day weather diary using drawings and weather symbols.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Make a collage of a bonfire using red, orange, and yellow materials.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Design and sew a simple Christmas decoration.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 xml:space="preserve">Build a simple wind sock </w:t>
            </w:r>
            <w:r w:rsidRPr="006E1425">
              <w:rPr>
                <w:rFonts w:ascii="Kinetic Letters" w:hAnsi="Kinetic Letters"/>
                <w:sz w:val="24"/>
              </w:rPr>
              <w:t>from fabric or paper to show wind direction.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 xml:space="preserve">Go for a seasonal walk in a local park </w:t>
            </w:r>
            <w:r w:rsidRPr="006E1425">
              <w:rPr>
                <w:rFonts w:ascii="Courier New" w:hAnsi="Courier New" w:cs="Courier New"/>
                <w:sz w:val="24"/>
              </w:rPr>
              <w:t>–</w:t>
            </w:r>
            <w:r w:rsidRPr="006E1425">
              <w:rPr>
                <w:rFonts w:ascii="Kinetic Letters" w:hAnsi="Kinetic Letters"/>
                <w:sz w:val="24"/>
              </w:rPr>
              <w:t xml:space="preserve"> spot signs of the current season.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Cannon Hill Park / Cotteridge Park (free)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Explore Winterbourne House &amp; Garden to see how plants change with the seasons.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Winterbourne House &amp; Garden (small fee, free for children)</w:t>
            </w:r>
          </w:p>
        </w:tc>
      </w:tr>
    </w:tbl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br w:type="page"/>
      </w:r>
      <w:bookmarkStart w:id="0" w:name="_GoBack"/>
      <w:bookmarkEnd w:id="0"/>
    </w:p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lastRenderedPageBreak/>
        <w:t>Water Mill Primary School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>Optional Homework &amp; Inspiration Ideas for Parents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>These activities are linked to our current theme in school and are designed to be fun, flexible and engaging. They a</w:t>
      </w:r>
      <w:r w:rsidRPr="006E1425">
        <w:rPr>
          <w:rFonts w:ascii="Kinetic Letters" w:hAnsi="Kinetic Letters"/>
          <w:sz w:val="24"/>
        </w:rPr>
        <w:t xml:space="preserve">re completely optional </w:t>
      </w:r>
      <w:r w:rsidRPr="006E1425">
        <w:rPr>
          <w:rFonts w:ascii="Courier New" w:hAnsi="Courier New" w:cs="Courier New"/>
          <w:sz w:val="24"/>
        </w:rPr>
        <w:t>–</w:t>
      </w:r>
      <w:r w:rsidRPr="006E1425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6E1425">
        <w:rPr>
          <w:rFonts w:ascii="Kinetic Letters" w:hAnsi="Kinetic Letters"/>
          <w:sz w:val="24"/>
        </w:rPr>
        <w:br/>
      </w:r>
    </w:p>
    <w:p w:rsidR="00C11155" w:rsidRPr="006E1425" w:rsidRDefault="00A80A74">
      <w:pPr>
        <w:pStyle w:val="Heading1"/>
        <w:rPr>
          <w:rFonts w:ascii="Kinetic Letters" w:hAnsi="Kinetic Letters"/>
          <w:sz w:val="32"/>
        </w:rPr>
      </w:pPr>
      <w:r w:rsidRPr="006E1425">
        <w:rPr>
          <w:rFonts w:ascii="Kinetic Letters" w:hAnsi="Kinetic Letters"/>
          <w:sz w:val="32"/>
        </w:rPr>
        <w:t xml:space="preserve">Theme 3 </w:t>
      </w:r>
      <w:r w:rsidRPr="006E1425">
        <w:rPr>
          <w:rFonts w:ascii="Courier New" w:hAnsi="Courier New" w:cs="Courier New"/>
          <w:sz w:val="32"/>
        </w:rPr>
        <w:t>–</w:t>
      </w:r>
      <w:r w:rsidRPr="006E1425">
        <w:rPr>
          <w:rFonts w:ascii="Kinetic Letters" w:hAnsi="Kinetic Letters"/>
          <w:sz w:val="32"/>
        </w:rPr>
        <w:t xml:space="preserve"> Do you want to play?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 xml:space="preserve">Activity </w:t>
            </w:r>
            <w:r w:rsidRPr="006E1425">
              <w:rPr>
                <w:rFonts w:ascii="Kinetic Letters" w:hAnsi="Kinetic Letters"/>
                <w:sz w:val="24"/>
              </w:rPr>
              <w:t>Type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Write a diary entry imagining you are a Victorian child at school.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Create an interview script with questions for someone about their favourite childhood toy.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 xml:space="preserve">Design and build a </w:t>
            </w:r>
            <w:r w:rsidRPr="006E1425">
              <w:rPr>
                <w:rFonts w:ascii="Kinetic Letters" w:hAnsi="Kinetic Letters"/>
                <w:sz w:val="24"/>
              </w:rPr>
              <w:t xml:space="preserve">small bridge from recycled materials </w:t>
            </w:r>
            <w:r w:rsidRPr="006E1425">
              <w:rPr>
                <w:rFonts w:ascii="Courier New" w:hAnsi="Courier New" w:cs="Courier New"/>
                <w:sz w:val="24"/>
              </w:rPr>
              <w:t>–</w:t>
            </w:r>
            <w:r w:rsidRPr="006E1425">
              <w:rPr>
                <w:rFonts w:ascii="Kinetic Letters" w:hAnsi="Kinetic Letters"/>
                <w:sz w:val="24"/>
              </w:rPr>
              <w:t xml:space="preserve"> test how much weight it holds.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Sketch a favourite toy using shading to make it look 3D.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Make a “museum display box” for a favourite toy, including labels and a short description.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 xml:space="preserve">Visit </w:t>
            </w:r>
            <w:r w:rsidRPr="006E1425">
              <w:rPr>
                <w:rFonts w:ascii="Kinetic Letters" w:hAnsi="Kinetic Letters"/>
                <w:sz w:val="24"/>
              </w:rPr>
              <w:t>Selly Manor Museum to see historical toys and household objects.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Selly Manor Museum, Bournville (low cost)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Explore Birmingham Library’s local history section for old photos of schools and streets.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Library of Birmingham (free)</w:t>
            </w:r>
          </w:p>
        </w:tc>
      </w:tr>
    </w:tbl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br w:type="page"/>
      </w:r>
    </w:p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lastRenderedPageBreak/>
        <w:t>Water Mill Primary S</w:t>
      </w:r>
      <w:r w:rsidRPr="006E1425">
        <w:rPr>
          <w:rFonts w:ascii="Kinetic Letters" w:hAnsi="Kinetic Letters"/>
          <w:sz w:val="24"/>
        </w:rPr>
        <w:t>chool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>Optional Homework &amp; Inspiration Ideas for Parents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6E1425">
        <w:rPr>
          <w:rFonts w:ascii="Courier New" w:hAnsi="Courier New" w:cs="Courier New"/>
          <w:sz w:val="24"/>
        </w:rPr>
        <w:t>–</w:t>
      </w:r>
      <w:r w:rsidRPr="006E1425">
        <w:rPr>
          <w:rFonts w:ascii="Kinetic Letters" w:hAnsi="Kinetic Letters"/>
          <w:sz w:val="24"/>
        </w:rPr>
        <w:t xml:space="preserve"> please feel free to choose the ones that interest your ch</w:t>
      </w:r>
      <w:r w:rsidRPr="006E1425">
        <w:rPr>
          <w:rFonts w:ascii="Kinetic Letters" w:hAnsi="Kinetic Letters"/>
          <w:sz w:val="24"/>
        </w:rPr>
        <w:t>ild most. They include a mix of written, practical and visit-based activities, with local free/low-cost suggestions where possible.</w:t>
      </w:r>
      <w:r w:rsidRPr="006E1425">
        <w:rPr>
          <w:rFonts w:ascii="Kinetic Letters" w:hAnsi="Kinetic Letters"/>
          <w:sz w:val="24"/>
        </w:rPr>
        <w:br/>
      </w:r>
    </w:p>
    <w:p w:rsidR="00C11155" w:rsidRPr="006E1425" w:rsidRDefault="00A80A74">
      <w:pPr>
        <w:pStyle w:val="Heading1"/>
        <w:rPr>
          <w:rFonts w:ascii="Kinetic Letters" w:hAnsi="Kinetic Letters"/>
          <w:sz w:val="32"/>
        </w:rPr>
      </w:pPr>
      <w:r w:rsidRPr="006E1425">
        <w:rPr>
          <w:rFonts w:ascii="Kinetic Letters" w:hAnsi="Kinetic Letters"/>
          <w:sz w:val="32"/>
        </w:rPr>
        <w:t xml:space="preserve">Theme 4 </w:t>
      </w:r>
      <w:r w:rsidRPr="006E1425">
        <w:rPr>
          <w:rFonts w:ascii="Courier New" w:hAnsi="Courier New" w:cs="Courier New"/>
          <w:sz w:val="32"/>
        </w:rPr>
        <w:t>–</w:t>
      </w:r>
      <w:r w:rsidRPr="006E1425">
        <w:rPr>
          <w:rFonts w:ascii="Kinetic Letters" w:hAnsi="Kinetic Letters"/>
          <w:sz w:val="32"/>
        </w:rPr>
        <w:t xml:space="preserve"> Who climbed up the beanstalk?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Write a letter to J</w:t>
            </w:r>
            <w:r w:rsidRPr="006E1425">
              <w:rPr>
                <w:rFonts w:ascii="Kinetic Letters" w:hAnsi="Kinetic Letters"/>
                <w:sz w:val="24"/>
              </w:rPr>
              <w:t>ack giving him advice before he climbs the beanstalk.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Make a fact file about King Charles III.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 xml:space="preserve">Grow your own bean in a jar or pot </w:t>
            </w:r>
            <w:r w:rsidRPr="006E1425">
              <w:rPr>
                <w:rFonts w:ascii="Courier New" w:hAnsi="Courier New" w:cs="Courier New"/>
                <w:sz w:val="24"/>
              </w:rPr>
              <w:t>–</w:t>
            </w:r>
            <w:r w:rsidRPr="006E1425">
              <w:rPr>
                <w:rFonts w:ascii="Kinetic Letters" w:hAnsi="Kinetic Letters"/>
                <w:sz w:val="24"/>
              </w:rPr>
              <w:t xml:space="preserve"> keep a diary of its growth.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 xml:space="preserve">Design and build a model castle from boxes, Lego, or other </w:t>
            </w:r>
            <w:r w:rsidRPr="006E1425">
              <w:rPr>
                <w:rFonts w:ascii="Kinetic Letters" w:hAnsi="Kinetic Letters"/>
                <w:sz w:val="24"/>
              </w:rPr>
              <w:t>construction materials.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Create a “Royal Crown” using craft materials.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 Weoley Castle ruins to explore real medieval remains.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Weoley Castle (free)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Take a walk through the University of Birmingham campus to spot historical bui</w:t>
            </w:r>
            <w:r w:rsidRPr="006E1425">
              <w:rPr>
                <w:rFonts w:ascii="Kinetic Letters" w:hAnsi="Kinetic Letters"/>
                <w:sz w:val="24"/>
              </w:rPr>
              <w:t>ldings and the clock tower.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University of Birmingham (free)</w:t>
            </w:r>
          </w:p>
        </w:tc>
      </w:tr>
    </w:tbl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br w:type="page"/>
      </w:r>
    </w:p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lastRenderedPageBreak/>
        <w:t>Water Mill Primary School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>Optional Homework &amp; Inspiration Ideas for Parents</w:t>
      </w:r>
      <w:r w:rsidRPr="006E1425">
        <w:rPr>
          <w:rFonts w:ascii="Kinetic Letters" w:hAnsi="Kinetic Letters"/>
          <w:sz w:val="24"/>
        </w:rPr>
        <w:br/>
      </w:r>
      <w:r w:rsidRPr="006E1425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</w:t>
      </w:r>
      <w:r w:rsidRPr="006E1425">
        <w:rPr>
          <w:rFonts w:ascii="Kinetic Letters" w:hAnsi="Kinetic Letters"/>
          <w:sz w:val="24"/>
        </w:rPr>
        <w:t xml:space="preserve">are completely optional </w:t>
      </w:r>
      <w:r w:rsidRPr="006E1425">
        <w:rPr>
          <w:rFonts w:ascii="Courier New" w:hAnsi="Courier New" w:cs="Courier New"/>
          <w:sz w:val="24"/>
        </w:rPr>
        <w:t>–</w:t>
      </w:r>
      <w:r w:rsidRPr="006E1425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6E1425">
        <w:rPr>
          <w:rFonts w:ascii="Kinetic Letters" w:hAnsi="Kinetic Letters"/>
          <w:sz w:val="24"/>
        </w:rPr>
        <w:br/>
      </w:r>
    </w:p>
    <w:p w:rsidR="00C11155" w:rsidRPr="006E1425" w:rsidRDefault="00A80A74">
      <w:pPr>
        <w:pStyle w:val="Heading1"/>
        <w:rPr>
          <w:rFonts w:ascii="Kinetic Letters" w:hAnsi="Kinetic Letters"/>
          <w:sz w:val="32"/>
        </w:rPr>
      </w:pPr>
      <w:r w:rsidRPr="006E1425">
        <w:rPr>
          <w:rFonts w:ascii="Kinetic Letters" w:hAnsi="Kinetic Letters"/>
          <w:sz w:val="32"/>
        </w:rPr>
        <w:t xml:space="preserve">Theme 5 </w:t>
      </w:r>
      <w:r w:rsidRPr="006E1425">
        <w:rPr>
          <w:rFonts w:ascii="Courier New" w:hAnsi="Courier New" w:cs="Courier New"/>
          <w:sz w:val="32"/>
        </w:rPr>
        <w:t>–</w:t>
      </w:r>
      <w:r w:rsidRPr="006E1425">
        <w:rPr>
          <w:rFonts w:ascii="Kinetic Letters" w:hAnsi="Kinetic Letters"/>
          <w:sz w:val="32"/>
        </w:rPr>
        <w:t xml:space="preserve"> Are you an animal?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Activity Ty</w:t>
            </w:r>
            <w:r w:rsidRPr="006E1425">
              <w:rPr>
                <w:rFonts w:ascii="Kinetic Letters" w:hAnsi="Kinetic Letters"/>
                <w:sz w:val="24"/>
              </w:rPr>
              <w:t>pe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Write a “Lost Animal” poster describing a real or imaginary creature.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Create a menu for a healthy meal.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Make an animal sculpture from clay, playdough, or recycled materials.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Design an “animal home” using natural materials in your garden or local park.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Write and decorate a senses poem about a chosen animal habitat.</w:t>
            </w:r>
          </w:p>
        </w:tc>
        <w:tc>
          <w:tcPr>
            <w:tcW w:w="2880" w:type="dxa"/>
          </w:tcPr>
          <w:p w:rsidR="00C11155" w:rsidRPr="006E1425" w:rsidRDefault="00C11155">
            <w:pPr>
              <w:rPr>
                <w:rFonts w:ascii="Kinetic Letters" w:hAnsi="Kinetic Letters"/>
                <w:sz w:val="24"/>
              </w:rPr>
            </w:pP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 xml:space="preserve">Explore Woodgate Valley Country Park for wildlife spotting, mini-beast hunts, and </w:t>
            </w:r>
            <w:r w:rsidRPr="006E1425">
              <w:rPr>
                <w:rFonts w:ascii="Kinetic Letters" w:hAnsi="Kinetic Letters"/>
                <w:sz w:val="24"/>
              </w:rPr>
              <w:t>pond areas.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Woodgate Valley Country Park (free)</w:t>
            </w:r>
          </w:p>
        </w:tc>
      </w:tr>
      <w:tr w:rsidR="00C11155" w:rsidRPr="006E1425"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Visit Birmingham Wildlife Conservation Park to see animals up close.</w:t>
            </w:r>
          </w:p>
        </w:tc>
        <w:tc>
          <w:tcPr>
            <w:tcW w:w="2880" w:type="dxa"/>
          </w:tcPr>
          <w:p w:rsidR="00C11155" w:rsidRPr="006E1425" w:rsidRDefault="00A80A74">
            <w:pPr>
              <w:rPr>
                <w:rFonts w:ascii="Kinetic Letters" w:hAnsi="Kinetic Letters"/>
                <w:sz w:val="24"/>
              </w:rPr>
            </w:pPr>
            <w:r w:rsidRPr="006E1425">
              <w:rPr>
                <w:rFonts w:ascii="Kinetic Letters" w:hAnsi="Kinetic Letters"/>
                <w:sz w:val="24"/>
              </w:rPr>
              <w:t>Small fee</w:t>
            </w:r>
          </w:p>
        </w:tc>
      </w:tr>
    </w:tbl>
    <w:p w:rsidR="00C11155" w:rsidRPr="006E1425" w:rsidRDefault="00A80A74">
      <w:pPr>
        <w:rPr>
          <w:rFonts w:ascii="Kinetic Letters" w:hAnsi="Kinetic Letters"/>
          <w:sz w:val="24"/>
        </w:rPr>
      </w:pPr>
      <w:r w:rsidRPr="006E1425">
        <w:rPr>
          <w:rFonts w:ascii="Kinetic Letters" w:hAnsi="Kinetic Letters"/>
          <w:sz w:val="24"/>
        </w:rPr>
        <w:br w:type="page"/>
      </w:r>
    </w:p>
    <w:sectPr w:rsidR="00C11155" w:rsidRPr="006E1425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A74" w:rsidRDefault="00A80A74" w:rsidP="006E1425">
      <w:pPr>
        <w:spacing w:after="0" w:line="240" w:lineRule="auto"/>
      </w:pPr>
      <w:r>
        <w:separator/>
      </w:r>
    </w:p>
  </w:endnote>
  <w:endnote w:type="continuationSeparator" w:id="0">
    <w:p w:rsidR="00A80A74" w:rsidRDefault="00A80A74" w:rsidP="006E1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A74" w:rsidRDefault="00A80A74" w:rsidP="006E1425">
      <w:pPr>
        <w:spacing w:after="0" w:line="240" w:lineRule="auto"/>
      </w:pPr>
      <w:r>
        <w:separator/>
      </w:r>
    </w:p>
  </w:footnote>
  <w:footnote w:type="continuationSeparator" w:id="0">
    <w:p w:rsidR="00A80A74" w:rsidRDefault="00A80A74" w:rsidP="006E1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425" w:rsidRDefault="006E1425" w:rsidP="006E1425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647700" cy="6477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E1425"/>
    <w:rsid w:val="00A80A74"/>
    <w:rsid w:val="00AA1D8D"/>
    <w:rsid w:val="00B47730"/>
    <w:rsid w:val="00C1115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  <w15:docId w15:val="{87F0C6AE-2C65-437D-898C-3C1B36FFF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3F53BA-872D-40EB-BD33-167E8E94D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2025-08-29T10:35:00Z</dcterms:created>
  <dcterms:modified xsi:type="dcterms:W3CDTF">2025-08-29T10:35:00Z</dcterms:modified>
  <cp:category/>
</cp:coreProperties>
</file>